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E34EB3" w14:textId="77777777" w:rsidR="000538D4" w:rsidRDefault="00CC6CE1">
      <w:r>
        <w:rPr>
          <w:noProof/>
        </w:rPr>
        <w:drawing>
          <wp:inline distT="0" distB="0" distL="0" distR="0" wp14:anchorId="31CF7083" wp14:editId="7E1C2C2D">
            <wp:extent cx="960120" cy="685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src.png"/>
                    <pic:cNvPicPr/>
                  </pic:nvPicPr>
                  <pic:blipFill>
                    <a:blip r:embed="rId8"/>
                    <a:stretch>
                      <a:fillRect/>
                    </a:stretch>
                  </pic:blipFill>
                  <pic:spPr>
                    <a:xfrm>
                      <a:off x="0" y="0"/>
                      <a:ext cx="960120" cy="685800"/>
                    </a:xfrm>
                    <a:prstGeom prst="rect">
                      <a:avLst/>
                    </a:prstGeom>
                  </pic:spPr>
                </pic:pic>
              </a:graphicData>
            </a:graphic>
          </wp:inline>
        </w:drawing>
      </w:r>
    </w:p>
    <w:p w14:paraId="3B4F1B25" w14:textId="77777777" w:rsidR="000538D4" w:rsidRPr="00BA1DA1" w:rsidRDefault="00CC6CE1">
      <w:pPr>
        <w:pStyle w:val="Title"/>
        <w:rPr>
          <w:rFonts w:ascii="Arial" w:hAnsi="Arial" w:cs="Arial"/>
        </w:rPr>
      </w:pPr>
      <w:r w:rsidRPr="00BA1DA1">
        <w:rPr>
          <w:rFonts w:ascii="Arial" w:hAnsi="Arial" w:cs="Arial"/>
        </w:rPr>
        <w:t>Comprehensive events and activities</w:t>
      </w:r>
      <w:r w:rsidRPr="00BA1DA1">
        <w:rPr>
          <w:rFonts w:ascii="Arial" w:hAnsi="Arial" w:cs="Arial"/>
        </w:rPr>
        <w:br/>
        <w:t>Application</w:t>
      </w:r>
    </w:p>
    <w:p w14:paraId="64D1266B" w14:textId="66E23246" w:rsidR="000538D4" w:rsidRDefault="00CC6CE1">
      <w:pPr>
        <w:spacing w:after="100"/>
      </w:pPr>
      <w:r>
        <w:rPr>
          <w:sz w:val="16"/>
        </w:rPr>
        <w:t xml:space="preserve">LOCAL GOVERNMENT ACT </w:t>
      </w:r>
      <w:proofErr w:type="gramStart"/>
      <w:r>
        <w:rPr>
          <w:sz w:val="16"/>
        </w:rPr>
        <w:t>2019  |</w:t>
      </w:r>
      <w:proofErr w:type="gramEnd"/>
      <w:r>
        <w:rPr>
          <w:sz w:val="16"/>
        </w:rPr>
        <w:t xml:space="preserve">  DARWIN CITY COUNCIL BY-LAWS </w:t>
      </w:r>
      <w:r w:rsidR="00B25DDF">
        <w:rPr>
          <w:sz w:val="16"/>
        </w:rPr>
        <w:t>2023 | VERSION</w:t>
      </w:r>
      <w:r>
        <w:rPr>
          <w:sz w:val="16"/>
        </w:rPr>
        <w:t xml:space="preserve"> 3.4</w:t>
      </w:r>
    </w:p>
    <w:tbl>
      <w:tblPr>
        <w:tblStyle w:val="TableGrid"/>
        <w:tblW w:w="0" w:type="auto"/>
        <w:jc w:val="center"/>
        <w:tblLayout w:type="fixed"/>
        <w:tblLook w:val="04A0" w:firstRow="1" w:lastRow="0" w:firstColumn="1" w:lastColumn="0" w:noHBand="0" w:noVBand="1"/>
      </w:tblPr>
      <w:tblGrid>
        <w:gridCol w:w="2520"/>
        <w:gridCol w:w="7229"/>
      </w:tblGrid>
      <w:tr w:rsidR="000538D4" w14:paraId="544D8B7E" w14:textId="77777777" w:rsidTr="00837EF3">
        <w:trPr>
          <w:jc w:val="center"/>
        </w:trPr>
        <w:tc>
          <w:tcPr>
            <w:tcW w:w="2520" w:type="dxa"/>
            <w:tcMar>
              <w:top w:w="90" w:type="dxa"/>
              <w:left w:w="105" w:type="dxa"/>
              <w:bottom w:w="90" w:type="dxa"/>
              <w:right w:w="105" w:type="dxa"/>
            </w:tcMar>
            <w:vAlign w:val="center"/>
          </w:tcPr>
          <w:p w14:paraId="46BBB7C1" w14:textId="77777777" w:rsidR="000538D4" w:rsidRPr="00BA1DA1" w:rsidRDefault="00CC6CE1">
            <w:pPr>
              <w:spacing w:after="0"/>
              <w:rPr>
                <w:rFonts w:ascii="Arial" w:hAnsi="Arial" w:cs="Arial"/>
              </w:rPr>
            </w:pPr>
            <w:r w:rsidRPr="00BA1DA1">
              <w:rPr>
                <w:rFonts w:ascii="Arial" w:hAnsi="Arial" w:cs="Arial"/>
                <w:b/>
                <w:sz w:val="17"/>
              </w:rPr>
              <w:t>Permit # (office use only)</w:t>
            </w:r>
          </w:p>
        </w:tc>
        <w:tc>
          <w:tcPr>
            <w:tcW w:w="7229" w:type="dxa"/>
            <w:shd w:val="clear" w:color="auto" w:fill="D9D9D9" w:themeFill="background1" w:themeFillShade="D9"/>
            <w:tcMar>
              <w:top w:w="90" w:type="dxa"/>
              <w:left w:w="105" w:type="dxa"/>
              <w:bottom w:w="90" w:type="dxa"/>
              <w:right w:w="105" w:type="dxa"/>
            </w:tcMar>
            <w:vAlign w:val="center"/>
          </w:tcPr>
          <w:p w14:paraId="2A853BA2" w14:textId="169F8482" w:rsidR="000538D4" w:rsidRPr="00BA1DA1" w:rsidRDefault="00000000">
            <w:pPr>
              <w:spacing w:after="0"/>
              <w:rPr>
                <w:rFonts w:ascii="Arial" w:hAnsi="Arial" w:cs="Arial"/>
              </w:rPr>
            </w:pPr>
            <w:sdt>
              <w:sdtPr>
                <w:rPr>
                  <w:rFonts w:ascii="Arial" w:hAnsi="Arial" w:cs="Arial"/>
                </w:rPr>
                <w:alias w:val="Text field 001"/>
                <w:tag w:val="TEXT_001"/>
                <w:id w:val="10001"/>
                <w:placeholder>
                  <w:docPart w:val="EC94331EF1724A70BCEEE567F93991AE"/>
                </w:placeholder>
                <w:showingPlcHdr/>
                <w:text w:multiLine="1"/>
              </w:sdtPr>
              <w:sdtContent>
                <w:r w:rsidR="00BA1DA1" w:rsidRPr="00BA1DA1">
                  <w:rPr>
                    <w:rFonts w:ascii="Arial" w:hAnsi="Arial" w:cs="Arial"/>
                  </w:rPr>
                  <w:t xml:space="preserve">     </w:t>
                </w:r>
              </w:sdtContent>
            </w:sdt>
          </w:p>
        </w:tc>
      </w:tr>
    </w:tbl>
    <w:p w14:paraId="3DED5237" w14:textId="77777777" w:rsidR="000538D4" w:rsidRDefault="000538D4">
      <w:pPr>
        <w:spacing w:after="0"/>
      </w:pPr>
    </w:p>
    <w:p w14:paraId="5477E1F8" w14:textId="77777777" w:rsidR="000538D4" w:rsidRPr="00BA1DA1" w:rsidRDefault="00CC6CE1">
      <w:pPr>
        <w:spacing w:after="100"/>
        <w:rPr>
          <w:rFonts w:ascii="Arial" w:hAnsi="Arial" w:cs="Arial"/>
        </w:rPr>
      </w:pPr>
      <w:r w:rsidRPr="00BA1DA1">
        <w:rPr>
          <w:rFonts w:ascii="Arial" w:hAnsi="Arial" w:cs="Arial"/>
          <w:sz w:val="16"/>
        </w:rPr>
        <w:t>Complete this form electronically in Microsoft Word. Select each shaded field to enter text and select the boxes to indicate your answers. Printing may remove fillable functionality.</w:t>
      </w:r>
    </w:p>
    <w:p w14:paraId="1624C6B5" w14:textId="77777777" w:rsidR="000538D4" w:rsidRPr="00BA1DA1" w:rsidRDefault="00CC6CE1">
      <w:pPr>
        <w:pStyle w:val="Heading2"/>
        <w:rPr>
          <w:rFonts w:ascii="Arial" w:hAnsi="Arial" w:cs="Arial"/>
        </w:rPr>
      </w:pPr>
      <w:r w:rsidRPr="00BA1DA1">
        <w:rPr>
          <w:rFonts w:ascii="Arial" w:hAnsi="Arial" w:cs="Arial"/>
        </w:rPr>
        <w:t>Before you apply</w:t>
      </w:r>
    </w:p>
    <w:p w14:paraId="1BE7B88A" w14:textId="77777777" w:rsidR="000538D4" w:rsidRPr="00BA1DA1" w:rsidRDefault="00CC6CE1">
      <w:pPr>
        <w:spacing w:after="100"/>
        <w:rPr>
          <w:rFonts w:ascii="Arial" w:hAnsi="Arial" w:cs="Arial"/>
        </w:rPr>
      </w:pPr>
      <w:r w:rsidRPr="00BA1DA1">
        <w:rPr>
          <w:rFonts w:ascii="Arial" w:hAnsi="Arial" w:cs="Arial"/>
          <w:sz w:val="16"/>
        </w:rPr>
        <w:t>Comprehensive events may include activities with more than 100 people (depending on the activity or assessment), vehicle access, large or heavy infrastructure, traffic or pedestrian impacts, food or licensed areas, activations, fun runs, markets, festivals and military or civic events. Allow up to six months for assessment, depending on the event.</w:t>
      </w:r>
    </w:p>
    <w:p w14:paraId="239F551C" w14:textId="77777777" w:rsidR="000538D4" w:rsidRPr="00C60404" w:rsidRDefault="00CC6CE1">
      <w:pPr>
        <w:spacing w:after="100"/>
        <w:rPr>
          <w:rFonts w:ascii="Arial" w:hAnsi="Arial" w:cs="Arial"/>
          <w:b/>
          <w:bCs/>
        </w:rPr>
      </w:pPr>
      <w:r w:rsidRPr="00C60404">
        <w:rPr>
          <w:rFonts w:ascii="Arial" w:hAnsi="Arial" w:cs="Arial"/>
          <w:b/>
          <w:bCs/>
          <w:sz w:val="16"/>
        </w:rPr>
        <w:t>Questions? Contact Customer Service on (08) 8930 0300 or submit an Event Enquiry Form via the City of Darwin website.</w:t>
      </w:r>
    </w:p>
    <w:p w14:paraId="3290D7E2" w14:textId="77777777" w:rsidR="000538D4" w:rsidRPr="009E5C2E" w:rsidRDefault="00CC6CE1">
      <w:pPr>
        <w:pStyle w:val="Heading1"/>
        <w:rPr>
          <w:rFonts w:ascii="Arial" w:hAnsi="Arial" w:cs="Arial"/>
          <w:color w:val="1F497D" w:themeColor="text2"/>
        </w:rPr>
      </w:pPr>
      <w:r w:rsidRPr="009E5C2E">
        <w:rPr>
          <w:rFonts w:ascii="Arial" w:hAnsi="Arial" w:cs="Arial"/>
          <w:color w:val="1F497D" w:themeColor="text2"/>
        </w:rPr>
        <w:t>SECTION 1 – EVENT DETAILS</w:t>
      </w:r>
    </w:p>
    <w:tbl>
      <w:tblPr>
        <w:tblStyle w:val="TableGrid"/>
        <w:tblW w:w="0" w:type="auto"/>
        <w:jc w:val="center"/>
        <w:tblLayout w:type="fixed"/>
        <w:tblLook w:val="04A0" w:firstRow="1" w:lastRow="0" w:firstColumn="1" w:lastColumn="0" w:noHBand="0" w:noVBand="1"/>
      </w:tblPr>
      <w:tblGrid>
        <w:gridCol w:w="2520"/>
        <w:gridCol w:w="7229"/>
      </w:tblGrid>
      <w:tr w:rsidR="000538D4" w:rsidRPr="00BA1DA1" w14:paraId="6794DB8D" w14:textId="77777777" w:rsidTr="00837EF3">
        <w:trPr>
          <w:jc w:val="center"/>
        </w:trPr>
        <w:tc>
          <w:tcPr>
            <w:tcW w:w="2520" w:type="dxa"/>
            <w:tcMar>
              <w:top w:w="90" w:type="dxa"/>
              <w:left w:w="105" w:type="dxa"/>
              <w:bottom w:w="90" w:type="dxa"/>
              <w:right w:w="105" w:type="dxa"/>
            </w:tcMar>
            <w:vAlign w:val="center"/>
          </w:tcPr>
          <w:p w14:paraId="79B6C23A" w14:textId="77777777" w:rsidR="000538D4" w:rsidRPr="00BA1DA1" w:rsidRDefault="00CC6CE1">
            <w:pPr>
              <w:spacing w:after="0"/>
              <w:rPr>
                <w:rFonts w:ascii="Arial" w:hAnsi="Arial" w:cs="Arial"/>
              </w:rPr>
            </w:pPr>
            <w:r w:rsidRPr="00BA1DA1">
              <w:rPr>
                <w:rFonts w:ascii="Arial" w:hAnsi="Arial" w:cs="Arial"/>
                <w:b/>
                <w:sz w:val="17"/>
              </w:rPr>
              <w:t>Event name</w:t>
            </w:r>
          </w:p>
        </w:tc>
        <w:tc>
          <w:tcPr>
            <w:tcW w:w="7229" w:type="dxa"/>
            <w:shd w:val="clear" w:color="auto" w:fill="D9D9D9" w:themeFill="background1" w:themeFillShade="D9"/>
            <w:tcMar>
              <w:top w:w="90" w:type="dxa"/>
              <w:left w:w="105" w:type="dxa"/>
              <w:bottom w:w="90" w:type="dxa"/>
              <w:right w:w="105" w:type="dxa"/>
            </w:tcMar>
            <w:vAlign w:val="center"/>
          </w:tcPr>
          <w:p w14:paraId="7346360F" w14:textId="445017AB" w:rsidR="000538D4" w:rsidRPr="00BA1DA1" w:rsidRDefault="00000000">
            <w:pPr>
              <w:spacing w:after="0"/>
              <w:rPr>
                <w:rFonts w:ascii="Arial" w:hAnsi="Arial" w:cs="Arial"/>
              </w:rPr>
            </w:pPr>
            <w:sdt>
              <w:sdtPr>
                <w:rPr>
                  <w:rFonts w:ascii="Arial" w:hAnsi="Arial" w:cs="Arial"/>
                </w:rPr>
                <w:alias w:val="Text field 002"/>
                <w:tag w:val="TEXT_002"/>
                <w:id w:val="10002"/>
                <w:placeholder>
                  <w:docPart w:val="033EA92341BE4299B54028F5A134EB38"/>
                </w:placeholder>
                <w:showingPlcHdr/>
                <w:text w:multiLine="1"/>
              </w:sdtPr>
              <w:sdtContent>
                <w:r w:rsidR="00BA1DA1" w:rsidRPr="00BA1DA1">
                  <w:rPr>
                    <w:rFonts w:ascii="Arial" w:hAnsi="Arial" w:cs="Arial"/>
                  </w:rPr>
                  <w:t xml:space="preserve">     </w:t>
                </w:r>
              </w:sdtContent>
            </w:sdt>
          </w:p>
        </w:tc>
      </w:tr>
    </w:tbl>
    <w:p w14:paraId="54B7A509" w14:textId="77777777" w:rsidR="000538D4" w:rsidRPr="00BA1DA1" w:rsidRDefault="000538D4">
      <w:pPr>
        <w:spacing w:after="0"/>
        <w:rPr>
          <w:rFonts w:ascii="Arial" w:hAnsi="Arial" w:cs="Arial"/>
        </w:rPr>
      </w:pPr>
    </w:p>
    <w:tbl>
      <w:tblPr>
        <w:tblStyle w:val="TableGrid"/>
        <w:tblW w:w="0" w:type="auto"/>
        <w:jc w:val="center"/>
        <w:tblLayout w:type="fixed"/>
        <w:tblLook w:val="04A0" w:firstRow="1" w:lastRow="0" w:firstColumn="1" w:lastColumn="0" w:noHBand="0" w:noVBand="1"/>
      </w:tblPr>
      <w:tblGrid>
        <w:gridCol w:w="2520"/>
        <w:gridCol w:w="7229"/>
      </w:tblGrid>
      <w:tr w:rsidR="000538D4" w:rsidRPr="00BA1DA1" w14:paraId="102036E9" w14:textId="77777777" w:rsidTr="00837EF3">
        <w:trPr>
          <w:jc w:val="center"/>
        </w:trPr>
        <w:tc>
          <w:tcPr>
            <w:tcW w:w="2520" w:type="dxa"/>
            <w:tcMar>
              <w:top w:w="90" w:type="dxa"/>
              <w:left w:w="105" w:type="dxa"/>
              <w:bottom w:w="90" w:type="dxa"/>
              <w:right w:w="105" w:type="dxa"/>
            </w:tcMar>
            <w:vAlign w:val="center"/>
          </w:tcPr>
          <w:p w14:paraId="24432AEE" w14:textId="77777777" w:rsidR="000538D4" w:rsidRPr="00BA1DA1" w:rsidRDefault="00CC6CE1">
            <w:pPr>
              <w:spacing w:after="0"/>
              <w:rPr>
                <w:rFonts w:ascii="Arial" w:hAnsi="Arial" w:cs="Arial"/>
              </w:rPr>
            </w:pPr>
            <w:r w:rsidRPr="00BA1DA1">
              <w:rPr>
                <w:rFonts w:ascii="Arial" w:hAnsi="Arial" w:cs="Arial"/>
                <w:b/>
                <w:sz w:val="17"/>
              </w:rPr>
              <w:t>Event type (e.g. festival, birthday, fun run)</w:t>
            </w:r>
          </w:p>
        </w:tc>
        <w:tc>
          <w:tcPr>
            <w:tcW w:w="7229" w:type="dxa"/>
            <w:shd w:val="clear" w:color="auto" w:fill="D9D9D9" w:themeFill="background1" w:themeFillShade="D9"/>
            <w:tcMar>
              <w:top w:w="90" w:type="dxa"/>
              <w:left w:w="105" w:type="dxa"/>
              <w:bottom w:w="90" w:type="dxa"/>
              <w:right w:w="105" w:type="dxa"/>
            </w:tcMar>
            <w:vAlign w:val="center"/>
          </w:tcPr>
          <w:p w14:paraId="3FD2AC13" w14:textId="1C9F8BC1" w:rsidR="000538D4" w:rsidRPr="00BA1DA1" w:rsidRDefault="00000000">
            <w:pPr>
              <w:spacing w:after="0"/>
              <w:rPr>
                <w:rFonts w:ascii="Arial" w:hAnsi="Arial" w:cs="Arial"/>
              </w:rPr>
            </w:pPr>
            <w:sdt>
              <w:sdtPr>
                <w:rPr>
                  <w:rFonts w:ascii="Arial" w:hAnsi="Arial" w:cs="Arial"/>
                </w:rPr>
                <w:alias w:val="Text field 003"/>
                <w:tag w:val="TEXT_003"/>
                <w:id w:val="10003"/>
                <w:placeholder>
                  <w:docPart w:val="FBC5BDAD84AF49069D8953537B174222"/>
                </w:placeholder>
                <w:showingPlcHdr/>
                <w:text w:multiLine="1"/>
              </w:sdtPr>
              <w:sdtContent>
                <w:r w:rsidR="00BA1DA1" w:rsidRPr="00BA1DA1">
                  <w:rPr>
                    <w:rFonts w:ascii="Arial" w:hAnsi="Arial" w:cs="Arial"/>
                  </w:rPr>
                  <w:t xml:space="preserve">     </w:t>
                </w:r>
              </w:sdtContent>
            </w:sdt>
          </w:p>
        </w:tc>
      </w:tr>
    </w:tbl>
    <w:p w14:paraId="3EE75299" w14:textId="77777777" w:rsidR="000538D4" w:rsidRPr="00BA1DA1" w:rsidRDefault="000538D4">
      <w:pPr>
        <w:spacing w:after="0"/>
        <w:rPr>
          <w:rFonts w:ascii="Arial" w:hAnsi="Arial" w:cs="Arial"/>
        </w:rPr>
      </w:pPr>
    </w:p>
    <w:tbl>
      <w:tblPr>
        <w:tblStyle w:val="TableGrid"/>
        <w:tblW w:w="0" w:type="auto"/>
        <w:jc w:val="center"/>
        <w:tblLayout w:type="fixed"/>
        <w:tblLook w:val="04A0" w:firstRow="1" w:lastRow="0" w:firstColumn="1" w:lastColumn="0" w:noHBand="0" w:noVBand="1"/>
      </w:tblPr>
      <w:tblGrid>
        <w:gridCol w:w="2520"/>
        <w:gridCol w:w="7229"/>
      </w:tblGrid>
      <w:tr w:rsidR="000538D4" w:rsidRPr="00BA1DA1" w14:paraId="16A49D0A" w14:textId="77777777" w:rsidTr="00837EF3">
        <w:trPr>
          <w:jc w:val="center"/>
        </w:trPr>
        <w:tc>
          <w:tcPr>
            <w:tcW w:w="2520" w:type="dxa"/>
            <w:tcMar>
              <w:top w:w="90" w:type="dxa"/>
              <w:left w:w="105" w:type="dxa"/>
              <w:bottom w:w="90" w:type="dxa"/>
              <w:right w:w="105" w:type="dxa"/>
            </w:tcMar>
            <w:vAlign w:val="center"/>
          </w:tcPr>
          <w:p w14:paraId="4B589C23" w14:textId="77777777" w:rsidR="000538D4" w:rsidRPr="00BA1DA1" w:rsidRDefault="00CC6CE1">
            <w:pPr>
              <w:spacing w:after="0"/>
              <w:rPr>
                <w:rFonts w:ascii="Arial" w:hAnsi="Arial" w:cs="Arial"/>
              </w:rPr>
            </w:pPr>
            <w:r w:rsidRPr="00BA1DA1">
              <w:rPr>
                <w:rFonts w:ascii="Arial" w:hAnsi="Arial" w:cs="Arial"/>
                <w:b/>
                <w:sz w:val="17"/>
              </w:rPr>
              <w:t>Event location</w:t>
            </w:r>
          </w:p>
        </w:tc>
        <w:tc>
          <w:tcPr>
            <w:tcW w:w="7229" w:type="dxa"/>
            <w:shd w:val="clear" w:color="auto" w:fill="D9D9D9" w:themeFill="background1" w:themeFillShade="D9"/>
            <w:tcMar>
              <w:top w:w="90" w:type="dxa"/>
              <w:left w:w="105" w:type="dxa"/>
              <w:bottom w:w="90" w:type="dxa"/>
              <w:right w:w="105" w:type="dxa"/>
            </w:tcMar>
            <w:vAlign w:val="center"/>
          </w:tcPr>
          <w:p w14:paraId="216ABB6A" w14:textId="1FEA4B14" w:rsidR="000538D4" w:rsidRPr="00BA1DA1" w:rsidRDefault="00000000">
            <w:pPr>
              <w:spacing w:after="0"/>
              <w:rPr>
                <w:rFonts w:ascii="Arial" w:hAnsi="Arial" w:cs="Arial"/>
              </w:rPr>
            </w:pPr>
            <w:sdt>
              <w:sdtPr>
                <w:rPr>
                  <w:rFonts w:ascii="Arial" w:hAnsi="Arial" w:cs="Arial"/>
                </w:rPr>
                <w:alias w:val="Text field 004"/>
                <w:tag w:val="TEXT_004"/>
                <w:id w:val="10004"/>
                <w:placeholder>
                  <w:docPart w:val="588CA021510944CBBB796A7FB873CD2E"/>
                </w:placeholder>
                <w:showingPlcHdr/>
                <w:text w:multiLine="1"/>
              </w:sdtPr>
              <w:sdtContent>
                <w:r w:rsidR="00BA1DA1" w:rsidRPr="00BA1DA1">
                  <w:rPr>
                    <w:rFonts w:ascii="Arial" w:hAnsi="Arial" w:cs="Arial"/>
                  </w:rPr>
                  <w:t xml:space="preserve">     </w:t>
                </w:r>
              </w:sdtContent>
            </w:sdt>
          </w:p>
        </w:tc>
      </w:tr>
    </w:tbl>
    <w:p w14:paraId="44293FB5" w14:textId="77777777" w:rsidR="000538D4" w:rsidRPr="00BA1DA1" w:rsidRDefault="000538D4">
      <w:pPr>
        <w:spacing w:after="0"/>
        <w:rPr>
          <w:rFonts w:ascii="Arial" w:hAnsi="Arial" w:cs="Arial"/>
        </w:rPr>
      </w:pPr>
    </w:p>
    <w:p w14:paraId="7D7DC9A2" w14:textId="77777777" w:rsidR="000538D4" w:rsidRPr="00BA1DA1" w:rsidRDefault="00CC6CE1">
      <w:pPr>
        <w:spacing w:before="100" w:after="60"/>
        <w:rPr>
          <w:rFonts w:ascii="Arial" w:hAnsi="Arial" w:cs="Arial"/>
        </w:rPr>
      </w:pPr>
      <w:r w:rsidRPr="00BA1DA1">
        <w:rPr>
          <w:rFonts w:ascii="Arial" w:hAnsi="Arial" w:cs="Arial"/>
          <w:b/>
        </w:rPr>
        <w:t>Event description</w:t>
      </w:r>
    </w:p>
    <w:tbl>
      <w:tblPr>
        <w:tblStyle w:val="TableGrid"/>
        <w:tblW w:w="0" w:type="auto"/>
        <w:jc w:val="center"/>
        <w:tblLayout w:type="fixed"/>
        <w:tblLook w:val="04A0" w:firstRow="1" w:lastRow="0" w:firstColumn="1" w:lastColumn="0" w:noHBand="0" w:noVBand="1"/>
      </w:tblPr>
      <w:tblGrid>
        <w:gridCol w:w="9749"/>
      </w:tblGrid>
      <w:tr w:rsidR="000538D4" w:rsidRPr="00BA1DA1" w14:paraId="38282054" w14:textId="77777777" w:rsidTr="00837EF3">
        <w:trPr>
          <w:jc w:val="center"/>
        </w:trPr>
        <w:tc>
          <w:tcPr>
            <w:tcW w:w="9749" w:type="dxa"/>
            <w:shd w:val="clear" w:color="auto" w:fill="D9D9D9" w:themeFill="background1" w:themeFillShade="D9"/>
            <w:tcMar>
              <w:top w:w="90" w:type="dxa"/>
              <w:left w:w="105" w:type="dxa"/>
              <w:bottom w:w="90" w:type="dxa"/>
              <w:right w:w="105" w:type="dxa"/>
            </w:tcMar>
            <w:vAlign w:val="center"/>
          </w:tcPr>
          <w:p w14:paraId="5DAD459C" w14:textId="464E61A3" w:rsidR="000538D4" w:rsidRPr="00BA1DA1" w:rsidRDefault="00000000">
            <w:pPr>
              <w:spacing w:after="0"/>
              <w:rPr>
                <w:rFonts w:ascii="Arial" w:hAnsi="Arial" w:cs="Arial"/>
              </w:rPr>
            </w:pPr>
            <w:sdt>
              <w:sdtPr>
                <w:rPr>
                  <w:rFonts w:ascii="Arial" w:hAnsi="Arial" w:cs="Arial"/>
                </w:rPr>
                <w:alias w:val="Text field 005"/>
                <w:tag w:val="TEXT_005"/>
                <w:id w:val="10005"/>
                <w:placeholder>
                  <w:docPart w:val="0F68E330DE84431CBE892AC9ED28C783"/>
                </w:placeholder>
                <w:showingPlcHdr/>
                <w:text w:multiLine="1"/>
              </w:sdtPr>
              <w:sdtContent>
                <w:r w:rsidR="00BA1DA1" w:rsidRPr="00BA1DA1">
                  <w:rPr>
                    <w:rFonts w:ascii="Arial" w:hAnsi="Arial" w:cs="Arial"/>
                  </w:rPr>
                  <w:t xml:space="preserve">     </w:t>
                </w:r>
              </w:sdtContent>
            </w:sdt>
          </w:p>
          <w:p w14:paraId="5B5451F4" w14:textId="77777777" w:rsidR="000538D4" w:rsidRPr="00BA1DA1" w:rsidRDefault="00CC6CE1">
            <w:pPr>
              <w:rPr>
                <w:rFonts w:ascii="Arial" w:hAnsi="Arial" w:cs="Arial"/>
              </w:rPr>
            </w:pPr>
            <w:r w:rsidRPr="00BA1DA1">
              <w:rPr>
                <w:rFonts w:ascii="Arial" w:hAnsi="Arial" w:cs="Arial"/>
              </w:rPr>
              <w:t xml:space="preserve"> </w:t>
            </w:r>
          </w:p>
          <w:p w14:paraId="4CD8E724" w14:textId="77777777" w:rsidR="000538D4" w:rsidRPr="00BA1DA1" w:rsidRDefault="00CC6CE1">
            <w:pPr>
              <w:rPr>
                <w:rFonts w:ascii="Arial" w:hAnsi="Arial" w:cs="Arial"/>
              </w:rPr>
            </w:pPr>
            <w:r w:rsidRPr="00BA1DA1">
              <w:rPr>
                <w:rFonts w:ascii="Arial" w:hAnsi="Arial" w:cs="Arial"/>
              </w:rPr>
              <w:t xml:space="preserve"> </w:t>
            </w:r>
          </w:p>
        </w:tc>
      </w:tr>
    </w:tbl>
    <w:p w14:paraId="766CFE98" w14:textId="77777777" w:rsidR="000538D4" w:rsidRPr="00BA1DA1" w:rsidRDefault="000538D4">
      <w:pPr>
        <w:spacing w:after="0"/>
        <w:rPr>
          <w:rFonts w:ascii="Arial" w:hAnsi="Arial" w:cs="Arial"/>
        </w:rPr>
      </w:pPr>
    </w:p>
    <w:tbl>
      <w:tblPr>
        <w:tblStyle w:val="TableGrid"/>
        <w:tblW w:w="0" w:type="auto"/>
        <w:jc w:val="center"/>
        <w:tblLayout w:type="fixed"/>
        <w:tblLook w:val="04A0" w:firstRow="1" w:lastRow="0" w:firstColumn="1" w:lastColumn="0" w:noHBand="0" w:noVBand="1"/>
      </w:tblPr>
      <w:tblGrid>
        <w:gridCol w:w="1944"/>
        <w:gridCol w:w="576"/>
        <w:gridCol w:w="2376"/>
        <w:gridCol w:w="1944"/>
        <w:gridCol w:w="2909"/>
      </w:tblGrid>
      <w:tr w:rsidR="000538D4" w:rsidRPr="00BA1DA1" w14:paraId="4DD14CA0" w14:textId="77777777" w:rsidTr="00837EF3">
        <w:trPr>
          <w:jc w:val="center"/>
        </w:trPr>
        <w:tc>
          <w:tcPr>
            <w:tcW w:w="1944" w:type="dxa"/>
            <w:tcMar>
              <w:top w:w="90" w:type="dxa"/>
              <w:left w:w="105" w:type="dxa"/>
              <w:bottom w:w="90" w:type="dxa"/>
              <w:right w:w="105" w:type="dxa"/>
            </w:tcMar>
            <w:vAlign w:val="center"/>
          </w:tcPr>
          <w:p w14:paraId="4E700361" w14:textId="77777777" w:rsidR="000538D4" w:rsidRPr="00BA1DA1" w:rsidRDefault="00CC6CE1">
            <w:pPr>
              <w:spacing w:after="0"/>
              <w:rPr>
                <w:rFonts w:ascii="Arial" w:hAnsi="Arial" w:cs="Arial"/>
              </w:rPr>
            </w:pPr>
            <w:r w:rsidRPr="00BA1DA1">
              <w:rPr>
                <w:rFonts w:ascii="Arial" w:hAnsi="Arial" w:cs="Arial"/>
                <w:b/>
                <w:sz w:val="17"/>
              </w:rPr>
              <w:t>Bump-in date</w:t>
            </w:r>
          </w:p>
        </w:tc>
        <w:tc>
          <w:tcPr>
            <w:tcW w:w="2952" w:type="dxa"/>
            <w:gridSpan w:val="2"/>
            <w:shd w:val="clear" w:color="auto" w:fill="D9D9D9" w:themeFill="background1" w:themeFillShade="D9"/>
            <w:tcMar>
              <w:top w:w="90" w:type="dxa"/>
              <w:left w:w="105" w:type="dxa"/>
              <w:bottom w:w="90" w:type="dxa"/>
              <w:right w:w="105" w:type="dxa"/>
            </w:tcMar>
            <w:vAlign w:val="center"/>
          </w:tcPr>
          <w:p w14:paraId="3A3E8B50" w14:textId="70C95911" w:rsidR="000538D4" w:rsidRPr="00BA1DA1" w:rsidRDefault="00000000">
            <w:pPr>
              <w:spacing w:after="0"/>
              <w:rPr>
                <w:rFonts w:ascii="Arial" w:hAnsi="Arial" w:cs="Arial"/>
              </w:rPr>
            </w:pPr>
            <w:sdt>
              <w:sdtPr>
                <w:rPr>
                  <w:rFonts w:ascii="Arial" w:hAnsi="Arial" w:cs="Arial"/>
                </w:rPr>
                <w:alias w:val="Text field 006"/>
                <w:tag w:val="TEXT_006"/>
                <w:id w:val="10006"/>
                <w:placeholder>
                  <w:docPart w:val="B20D5CE7CC044229B4F4D5DC72F285F4"/>
                </w:placeholder>
                <w:showingPlcHdr/>
                <w:text w:multiLine="1"/>
              </w:sdtPr>
              <w:sdtContent>
                <w:r w:rsidR="00BA1DA1" w:rsidRPr="00BA1DA1">
                  <w:rPr>
                    <w:rFonts w:ascii="Arial" w:hAnsi="Arial" w:cs="Arial"/>
                  </w:rPr>
                  <w:t xml:space="preserve">     </w:t>
                </w:r>
              </w:sdtContent>
            </w:sdt>
          </w:p>
        </w:tc>
        <w:tc>
          <w:tcPr>
            <w:tcW w:w="1944" w:type="dxa"/>
            <w:tcMar>
              <w:top w:w="90" w:type="dxa"/>
              <w:left w:w="105" w:type="dxa"/>
              <w:bottom w:w="90" w:type="dxa"/>
              <w:right w:w="105" w:type="dxa"/>
            </w:tcMar>
            <w:vAlign w:val="center"/>
          </w:tcPr>
          <w:p w14:paraId="0C734532" w14:textId="77777777" w:rsidR="000538D4" w:rsidRPr="00BA1DA1" w:rsidRDefault="00CC6CE1">
            <w:pPr>
              <w:spacing w:after="0"/>
              <w:rPr>
                <w:rFonts w:ascii="Arial" w:hAnsi="Arial" w:cs="Arial"/>
              </w:rPr>
            </w:pPr>
            <w:r w:rsidRPr="00BA1DA1">
              <w:rPr>
                <w:rFonts w:ascii="Arial" w:hAnsi="Arial" w:cs="Arial"/>
                <w:b/>
                <w:sz w:val="17"/>
              </w:rPr>
              <w:t>Event date(s)</w:t>
            </w:r>
          </w:p>
        </w:tc>
        <w:tc>
          <w:tcPr>
            <w:tcW w:w="2909" w:type="dxa"/>
            <w:shd w:val="clear" w:color="auto" w:fill="D9D9D9" w:themeFill="background1" w:themeFillShade="D9"/>
            <w:tcMar>
              <w:top w:w="90" w:type="dxa"/>
              <w:left w:w="105" w:type="dxa"/>
              <w:bottom w:w="90" w:type="dxa"/>
              <w:right w:w="105" w:type="dxa"/>
            </w:tcMar>
            <w:vAlign w:val="center"/>
          </w:tcPr>
          <w:p w14:paraId="3D324D6E" w14:textId="5CAE34BE" w:rsidR="000538D4" w:rsidRPr="00BA1DA1" w:rsidRDefault="00000000">
            <w:pPr>
              <w:spacing w:after="0"/>
              <w:rPr>
                <w:rFonts w:ascii="Arial" w:hAnsi="Arial" w:cs="Arial"/>
              </w:rPr>
            </w:pPr>
            <w:sdt>
              <w:sdtPr>
                <w:rPr>
                  <w:rFonts w:ascii="Arial" w:hAnsi="Arial" w:cs="Arial"/>
                </w:rPr>
                <w:alias w:val="Text field 007"/>
                <w:tag w:val="TEXT_007"/>
                <w:id w:val="10007"/>
                <w:placeholder>
                  <w:docPart w:val="8054533F1B9749E5AA35D4017AE0110A"/>
                </w:placeholder>
                <w:showingPlcHdr/>
                <w:text w:multiLine="1"/>
              </w:sdtPr>
              <w:sdtContent>
                <w:r w:rsidR="00BA1DA1" w:rsidRPr="00BA1DA1">
                  <w:rPr>
                    <w:rFonts w:ascii="Arial" w:hAnsi="Arial" w:cs="Arial"/>
                  </w:rPr>
                  <w:t xml:space="preserve">     </w:t>
                </w:r>
              </w:sdtContent>
            </w:sdt>
          </w:p>
        </w:tc>
      </w:tr>
      <w:tr w:rsidR="000538D4" w:rsidRPr="00BA1DA1" w14:paraId="06C0E082" w14:textId="77777777" w:rsidTr="00837EF3">
        <w:trPr>
          <w:jc w:val="center"/>
        </w:trPr>
        <w:tc>
          <w:tcPr>
            <w:tcW w:w="1944" w:type="dxa"/>
            <w:tcMar>
              <w:top w:w="90" w:type="dxa"/>
              <w:left w:w="105" w:type="dxa"/>
              <w:bottom w:w="90" w:type="dxa"/>
              <w:right w:w="105" w:type="dxa"/>
            </w:tcMar>
            <w:vAlign w:val="center"/>
          </w:tcPr>
          <w:p w14:paraId="717583E4" w14:textId="77777777" w:rsidR="000538D4" w:rsidRPr="00BA1DA1" w:rsidRDefault="00CC6CE1">
            <w:pPr>
              <w:spacing w:after="0"/>
              <w:rPr>
                <w:rFonts w:ascii="Arial" w:hAnsi="Arial" w:cs="Arial"/>
              </w:rPr>
            </w:pPr>
            <w:r w:rsidRPr="00BA1DA1">
              <w:rPr>
                <w:rFonts w:ascii="Arial" w:hAnsi="Arial" w:cs="Arial"/>
                <w:b/>
                <w:sz w:val="17"/>
              </w:rPr>
              <w:t>Bump-out date</w:t>
            </w:r>
          </w:p>
        </w:tc>
        <w:tc>
          <w:tcPr>
            <w:tcW w:w="2952" w:type="dxa"/>
            <w:gridSpan w:val="2"/>
            <w:shd w:val="clear" w:color="auto" w:fill="D9D9D9" w:themeFill="background1" w:themeFillShade="D9"/>
            <w:tcMar>
              <w:top w:w="90" w:type="dxa"/>
              <w:left w:w="105" w:type="dxa"/>
              <w:bottom w:w="90" w:type="dxa"/>
              <w:right w:w="105" w:type="dxa"/>
            </w:tcMar>
            <w:vAlign w:val="center"/>
          </w:tcPr>
          <w:p w14:paraId="4451C600" w14:textId="561688DF" w:rsidR="000538D4" w:rsidRPr="00BA1DA1" w:rsidRDefault="00000000">
            <w:pPr>
              <w:spacing w:after="0"/>
              <w:rPr>
                <w:rFonts w:ascii="Arial" w:hAnsi="Arial" w:cs="Arial"/>
              </w:rPr>
            </w:pPr>
            <w:sdt>
              <w:sdtPr>
                <w:rPr>
                  <w:rFonts w:ascii="Arial" w:hAnsi="Arial" w:cs="Arial"/>
                </w:rPr>
                <w:alias w:val="Text field 008"/>
                <w:tag w:val="TEXT_008"/>
                <w:id w:val="10008"/>
                <w:placeholder>
                  <w:docPart w:val="29DAFF271B3F462F852F43C95029339B"/>
                </w:placeholder>
                <w:showingPlcHdr/>
                <w:text w:multiLine="1"/>
              </w:sdtPr>
              <w:sdtContent>
                <w:r w:rsidR="00BA1DA1" w:rsidRPr="00BA1DA1">
                  <w:rPr>
                    <w:rFonts w:ascii="Arial" w:hAnsi="Arial" w:cs="Arial"/>
                  </w:rPr>
                  <w:t xml:space="preserve">     </w:t>
                </w:r>
              </w:sdtContent>
            </w:sdt>
          </w:p>
        </w:tc>
        <w:tc>
          <w:tcPr>
            <w:tcW w:w="1944" w:type="dxa"/>
            <w:tcMar>
              <w:top w:w="90" w:type="dxa"/>
              <w:left w:w="105" w:type="dxa"/>
              <w:bottom w:w="90" w:type="dxa"/>
              <w:right w:w="105" w:type="dxa"/>
            </w:tcMar>
            <w:vAlign w:val="center"/>
          </w:tcPr>
          <w:p w14:paraId="1025D7BA" w14:textId="77777777" w:rsidR="000538D4" w:rsidRPr="00BA1DA1" w:rsidRDefault="00CC6CE1">
            <w:pPr>
              <w:spacing w:after="0"/>
              <w:rPr>
                <w:rFonts w:ascii="Arial" w:hAnsi="Arial" w:cs="Arial"/>
              </w:rPr>
            </w:pPr>
            <w:r w:rsidRPr="00BA1DA1">
              <w:rPr>
                <w:rFonts w:ascii="Arial" w:hAnsi="Arial" w:cs="Arial"/>
                <w:b/>
                <w:sz w:val="17"/>
              </w:rPr>
              <w:t>Event start time</w:t>
            </w:r>
          </w:p>
        </w:tc>
        <w:tc>
          <w:tcPr>
            <w:tcW w:w="2909" w:type="dxa"/>
            <w:shd w:val="clear" w:color="auto" w:fill="D9D9D9" w:themeFill="background1" w:themeFillShade="D9"/>
            <w:tcMar>
              <w:top w:w="90" w:type="dxa"/>
              <w:left w:w="105" w:type="dxa"/>
              <w:bottom w:w="90" w:type="dxa"/>
              <w:right w:w="105" w:type="dxa"/>
            </w:tcMar>
            <w:vAlign w:val="center"/>
          </w:tcPr>
          <w:p w14:paraId="16D1B95D" w14:textId="4917477E" w:rsidR="000538D4" w:rsidRPr="00BA1DA1" w:rsidRDefault="00000000">
            <w:pPr>
              <w:spacing w:after="0"/>
              <w:rPr>
                <w:rFonts w:ascii="Arial" w:hAnsi="Arial" w:cs="Arial"/>
              </w:rPr>
            </w:pPr>
            <w:sdt>
              <w:sdtPr>
                <w:rPr>
                  <w:rFonts w:ascii="Arial" w:hAnsi="Arial" w:cs="Arial"/>
                </w:rPr>
                <w:alias w:val="Text field 009"/>
                <w:tag w:val="TEXT_009"/>
                <w:id w:val="10009"/>
                <w:placeholder>
                  <w:docPart w:val="5565210C16944589ADEAD6301739C1BA"/>
                </w:placeholder>
                <w:showingPlcHdr/>
                <w:text w:multiLine="1"/>
              </w:sdtPr>
              <w:sdtContent>
                <w:r w:rsidR="00BA1DA1" w:rsidRPr="00BA1DA1">
                  <w:rPr>
                    <w:rFonts w:ascii="Arial" w:hAnsi="Arial" w:cs="Arial"/>
                  </w:rPr>
                  <w:t xml:space="preserve">     </w:t>
                </w:r>
              </w:sdtContent>
            </w:sdt>
          </w:p>
        </w:tc>
      </w:tr>
      <w:tr w:rsidR="000538D4" w:rsidRPr="00BA1DA1" w14:paraId="6EE94336" w14:textId="77777777" w:rsidTr="00837EF3">
        <w:trPr>
          <w:jc w:val="center"/>
        </w:trPr>
        <w:tc>
          <w:tcPr>
            <w:tcW w:w="2520" w:type="dxa"/>
            <w:gridSpan w:val="2"/>
            <w:tcMar>
              <w:top w:w="90" w:type="dxa"/>
              <w:left w:w="105" w:type="dxa"/>
              <w:bottom w:w="90" w:type="dxa"/>
              <w:right w:w="105" w:type="dxa"/>
            </w:tcMar>
            <w:vAlign w:val="center"/>
          </w:tcPr>
          <w:p w14:paraId="307185CA" w14:textId="77777777" w:rsidR="000538D4" w:rsidRPr="00BA1DA1" w:rsidRDefault="00CC6CE1">
            <w:pPr>
              <w:spacing w:after="0"/>
              <w:rPr>
                <w:rFonts w:ascii="Arial" w:hAnsi="Arial" w:cs="Arial"/>
              </w:rPr>
            </w:pPr>
            <w:r w:rsidRPr="00BA1DA1">
              <w:rPr>
                <w:rFonts w:ascii="Arial" w:hAnsi="Arial" w:cs="Arial"/>
                <w:b/>
                <w:sz w:val="17"/>
              </w:rPr>
              <w:t>Event finish time</w:t>
            </w:r>
          </w:p>
        </w:tc>
        <w:tc>
          <w:tcPr>
            <w:tcW w:w="7229" w:type="dxa"/>
            <w:gridSpan w:val="3"/>
            <w:shd w:val="clear" w:color="auto" w:fill="D9D9D9" w:themeFill="background1" w:themeFillShade="D9"/>
            <w:tcMar>
              <w:top w:w="90" w:type="dxa"/>
              <w:left w:w="105" w:type="dxa"/>
              <w:bottom w:w="90" w:type="dxa"/>
              <w:right w:w="105" w:type="dxa"/>
            </w:tcMar>
            <w:vAlign w:val="center"/>
          </w:tcPr>
          <w:p w14:paraId="0E265075" w14:textId="09E5479D" w:rsidR="000538D4" w:rsidRPr="00BA1DA1" w:rsidRDefault="00000000">
            <w:pPr>
              <w:spacing w:after="0"/>
              <w:rPr>
                <w:rFonts w:ascii="Arial" w:hAnsi="Arial" w:cs="Arial"/>
              </w:rPr>
            </w:pPr>
            <w:sdt>
              <w:sdtPr>
                <w:rPr>
                  <w:rFonts w:ascii="Arial" w:hAnsi="Arial" w:cs="Arial"/>
                </w:rPr>
                <w:alias w:val="Text field 012"/>
                <w:tag w:val="TEXT_012"/>
                <w:id w:val="10012"/>
                <w:placeholder>
                  <w:docPart w:val="BA061B0C318149A8BA5C8706C2F620E8"/>
                </w:placeholder>
                <w:showingPlcHdr/>
                <w:text w:multiLine="1"/>
              </w:sdtPr>
              <w:sdtContent>
                <w:r w:rsidR="00BA1DA1" w:rsidRPr="00BA1DA1">
                  <w:rPr>
                    <w:rFonts w:ascii="Arial" w:hAnsi="Arial" w:cs="Arial"/>
                  </w:rPr>
                  <w:t xml:space="preserve">     </w:t>
                </w:r>
              </w:sdtContent>
            </w:sdt>
          </w:p>
        </w:tc>
      </w:tr>
    </w:tbl>
    <w:p w14:paraId="05C45CFE" w14:textId="77777777" w:rsidR="000538D4" w:rsidRPr="00BA1DA1" w:rsidRDefault="000538D4">
      <w:pPr>
        <w:spacing w:after="0"/>
        <w:rPr>
          <w:rFonts w:ascii="Arial" w:hAnsi="Arial" w:cs="Arial"/>
        </w:rPr>
      </w:pPr>
    </w:p>
    <w:tbl>
      <w:tblPr>
        <w:tblStyle w:val="TableGrid"/>
        <w:tblW w:w="0" w:type="auto"/>
        <w:jc w:val="center"/>
        <w:tblLayout w:type="fixed"/>
        <w:tblLook w:val="04A0" w:firstRow="1" w:lastRow="0" w:firstColumn="1" w:lastColumn="0" w:noHBand="0" w:noVBand="1"/>
      </w:tblPr>
      <w:tblGrid>
        <w:gridCol w:w="2520"/>
        <w:gridCol w:w="7229"/>
      </w:tblGrid>
      <w:tr w:rsidR="000538D4" w:rsidRPr="00BA1DA1" w14:paraId="76014F55" w14:textId="77777777" w:rsidTr="00837EF3">
        <w:trPr>
          <w:jc w:val="center"/>
        </w:trPr>
        <w:tc>
          <w:tcPr>
            <w:tcW w:w="2520" w:type="dxa"/>
            <w:tcMar>
              <w:top w:w="90" w:type="dxa"/>
              <w:left w:w="105" w:type="dxa"/>
              <w:bottom w:w="90" w:type="dxa"/>
              <w:right w:w="105" w:type="dxa"/>
            </w:tcMar>
            <w:vAlign w:val="center"/>
          </w:tcPr>
          <w:p w14:paraId="59301ED0" w14:textId="77777777" w:rsidR="000538D4" w:rsidRPr="00BA1DA1" w:rsidRDefault="00CC6CE1">
            <w:pPr>
              <w:spacing w:after="0"/>
              <w:rPr>
                <w:rFonts w:ascii="Arial" w:hAnsi="Arial" w:cs="Arial"/>
              </w:rPr>
            </w:pPr>
            <w:r w:rsidRPr="00BA1DA1">
              <w:rPr>
                <w:rFonts w:ascii="Arial" w:hAnsi="Arial" w:cs="Arial"/>
                <w:b/>
                <w:sz w:val="17"/>
              </w:rPr>
              <w:t>Number of attendees</w:t>
            </w:r>
          </w:p>
        </w:tc>
        <w:tc>
          <w:tcPr>
            <w:tcW w:w="7229" w:type="dxa"/>
            <w:shd w:val="clear" w:color="auto" w:fill="D9D9D9" w:themeFill="background1" w:themeFillShade="D9"/>
            <w:tcMar>
              <w:top w:w="90" w:type="dxa"/>
              <w:left w:w="105" w:type="dxa"/>
              <w:bottom w:w="90" w:type="dxa"/>
              <w:right w:w="105" w:type="dxa"/>
            </w:tcMar>
            <w:vAlign w:val="center"/>
          </w:tcPr>
          <w:p w14:paraId="261B07A7" w14:textId="34EBA00E" w:rsidR="000538D4" w:rsidRPr="00BA1DA1" w:rsidRDefault="00000000">
            <w:pPr>
              <w:spacing w:after="0"/>
              <w:rPr>
                <w:rFonts w:ascii="Arial" w:hAnsi="Arial" w:cs="Arial"/>
              </w:rPr>
            </w:pPr>
            <w:sdt>
              <w:sdtPr>
                <w:rPr>
                  <w:rFonts w:ascii="Arial" w:hAnsi="Arial" w:cs="Arial"/>
                </w:rPr>
                <w:alias w:val="Text field 013"/>
                <w:tag w:val="TEXT_013"/>
                <w:id w:val="10013"/>
                <w:placeholder>
                  <w:docPart w:val="A150D3E5383C41318BAD70AEE94249F2"/>
                </w:placeholder>
                <w:showingPlcHdr/>
                <w:text w:multiLine="1"/>
              </w:sdtPr>
              <w:sdtContent>
                <w:r w:rsidR="00BA1DA1" w:rsidRPr="00BA1DA1">
                  <w:rPr>
                    <w:rFonts w:ascii="Arial" w:hAnsi="Arial" w:cs="Arial"/>
                  </w:rPr>
                  <w:t xml:space="preserve">     </w:t>
                </w:r>
              </w:sdtContent>
            </w:sdt>
          </w:p>
        </w:tc>
      </w:tr>
    </w:tbl>
    <w:p w14:paraId="2B4D5C87" w14:textId="77777777" w:rsidR="000538D4" w:rsidRPr="00BA1DA1" w:rsidRDefault="000538D4">
      <w:pPr>
        <w:spacing w:after="0"/>
        <w:rPr>
          <w:rFonts w:ascii="Arial" w:hAnsi="Arial" w:cs="Arial"/>
        </w:rPr>
      </w:pPr>
    </w:p>
    <w:p w14:paraId="51E36934" w14:textId="77777777" w:rsidR="000538D4" w:rsidRPr="009E5C2E" w:rsidRDefault="00CC6CE1">
      <w:pPr>
        <w:pStyle w:val="Heading1"/>
        <w:rPr>
          <w:rFonts w:ascii="Arial" w:hAnsi="Arial" w:cs="Arial"/>
          <w:color w:val="1F497D" w:themeColor="text2"/>
        </w:rPr>
      </w:pPr>
      <w:r w:rsidRPr="009E5C2E">
        <w:rPr>
          <w:rFonts w:ascii="Arial" w:hAnsi="Arial" w:cs="Arial"/>
          <w:color w:val="1F497D" w:themeColor="text2"/>
        </w:rPr>
        <w:t>SECTION 2 – APPLICANT DETAILS</w:t>
      </w:r>
    </w:p>
    <w:tbl>
      <w:tblPr>
        <w:tblStyle w:val="TableGrid"/>
        <w:tblW w:w="0" w:type="auto"/>
        <w:jc w:val="center"/>
        <w:tblLayout w:type="fixed"/>
        <w:tblLook w:val="04A0" w:firstRow="1" w:lastRow="0" w:firstColumn="1" w:lastColumn="0" w:noHBand="0" w:noVBand="1"/>
      </w:tblPr>
      <w:tblGrid>
        <w:gridCol w:w="2520"/>
        <w:gridCol w:w="7229"/>
      </w:tblGrid>
      <w:tr w:rsidR="000538D4" w:rsidRPr="00BA1DA1" w14:paraId="6C624FF0" w14:textId="77777777" w:rsidTr="00837EF3">
        <w:trPr>
          <w:jc w:val="center"/>
        </w:trPr>
        <w:tc>
          <w:tcPr>
            <w:tcW w:w="2520" w:type="dxa"/>
            <w:tcMar>
              <w:top w:w="90" w:type="dxa"/>
              <w:left w:w="105" w:type="dxa"/>
              <w:bottom w:w="90" w:type="dxa"/>
              <w:right w:w="105" w:type="dxa"/>
            </w:tcMar>
            <w:vAlign w:val="center"/>
          </w:tcPr>
          <w:p w14:paraId="1C47D8A5" w14:textId="77777777" w:rsidR="000538D4" w:rsidRPr="00BA1DA1" w:rsidRDefault="00CC6CE1">
            <w:pPr>
              <w:spacing w:after="0"/>
              <w:rPr>
                <w:rFonts w:ascii="Arial" w:hAnsi="Arial" w:cs="Arial"/>
              </w:rPr>
            </w:pPr>
            <w:r w:rsidRPr="00BA1DA1">
              <w:rPr>
                <w:rFonts w:ascii="Arial" w:hAnsi="Arial" w:cs="Arial"/>
                <w:b/>
                <w:sz w:val="17"/>
              </w:rPr>
              <w:t>Organisation/group name</w:t>
            </w:r>
          </w:p>
        </w:tc>
        <w:tc>
          <w:tcPr>
            <w:tcW w:w="7229" w:type="dxa"/>
            <w:shd w:val="clear" w:color="auto" w:fill="D9D9D9" w:themeFill="background1" w:themeFillShade="D9"/>
            <w:tcMar>
              <w:top w:w="90" w:type="dxa"/>
              <w:left w:w="105" w:type="dxa"/>
              <w:bottom w:w="90" w:type="dxa"/>
              <w:right w:w="105" w:type="dxa"/>
            </w:tcMar>
            <w:vAlign w:val="center"/>
          </w:tcPr>
          <w:p w14:paraId="0B4EE2E0" w14:textId="09EA1CEE" w:rsidR="000538D4" w:rsidRPr="00BA1DA1" w:rsidRDefault="00000000">
            <w:pPr>
              <w:spacing w:after="0"/>
              <w:rPr>
                <w:rFonts w:ascii="Arial" w:hAnsi="Arial" w:cs="Arial"/>
              </w:rPr>
            </w:pPr>
            <w:sdt>
              <w:sdtPr>
                <w:rPr>
                  <w:rFonts w:ascii="Arial" w:hAnsi="Arial" w:cs="Arial"/>
                </w:rPr>
                <w:alias w:val="Text field 014"/>
                <w:tag w:val="TEXT_014"/>
                <w:id w:val="10014"/>
                <w:placeholder>
                  <w:docPart w:val="3D009EE9F3E64DF09526ED260D270145"/>
                </w:placeholder>
                <w:showingPlcHdr/>
                <w:text w:multiLine="1"/>
              </w:sdtPr>
              <w:sdtContent>
                <w:r w:rsidR="00BA1DA1" w:rsidRPr="00BA1DA1">
                  <w:rPr>
                    <w:rFonts w:ascii="Arial" w:hAnsi="Arial" w:cs="Arial"/>
                  </w:rPr>
                  <w:t xml:space="preserve">     </w:t>
                </w:r>
              </w:sdtContent>
            </w:sdt>
          </w:p>
        </w:tc>
      </w:tr>
    </w:tbl>
    <w:p w14:paraId="12A19C9B" w14:textId="77777777" w:rsidR="000538D4" w:rsidRPr="00BA1DA1" w:rsidRDefault="000538D4">
      <w:pPr>
        <w:spacing w:after="0"/>
        <w:rPr>
          <w:rFonts w:ascii="Arial" w:hAnsi="Arial" w:cs="Arial"/>
        </w:rPr>
      </w:pPr>
    </w:p>
    <w:tbl>
      <w:tblPr>
        <w:tblStyle w:val="TableGrid"/>
        <w:tblW w:w="0" w:type="auto"/>
        <w:jc w:val="center"/>
        <w:tblLayout w:type="fixed"/>
        <w:tblLook w:val="04A0" w:firstRow="1" w:lastRow="0" w:firstColumn="1" w:lastColumn="0" w:noHBand="0" w:noVBand="1"/>
      </w:tblPr>
      <w:tblGrid>
        <w:gridCol w:w="2520"/>
        <w:gridCol w:w="7229"/>
      </w:tblGrid>
      <w:tr w:rsidR="000538D4" w:rsidRPr="00BA1DA1" w14:paraId="304C7423" w14:textId="77777777" w:rsidTr="00837EF3">
        <w:trPr>
          <w:jc w:val="center"/>
        </w:trPr>
        <w:tc>
          <w:tcPr>
            <w:tcW w:w="2520" w:type="dxa"/>
            <w:tcMar>
              <w:top w:w="90" w:type="dxa"/>
              <w:left w:w="105" w:type="dxa"/>
              <w:bottom w:w="90" w:type="dxa"/>
              <w:right w:w="105" w:type="dxa"/>
            </w:tcMar>
            <w:vAlign w:val="center"/>
          </w:tcPr>
          <w:p w14:paraId="5D01A7DF" w14:textId="77777777" w:rsidR="000538D4" w:rsidRPr="00BA1DA1" w:rsidRDefault="00CC6CE1">
            <w:pPr>
              <w:spacing w:after="0"/>
              <w:rPr>
                <w:rFonts w:ascii="Arial" w:hAnsi="Arial" w:cs="Arial"/>
              </w:rPr>
            </w:pPr>
            <w:r w:rsidRPr="00BA1DA1">
              <w:rPr>
                <w:rFonts w:ascii="Arial" w:hAnsi="Arial" w:cs="Arial"/>
                <w:b/>
                <w:sz w:val="17"/>
              </w:rPr>
              <w:t>Contact name</w:t>
            </w:r>
          </w:p>
        </w:tc>
        <w:tc>
          <w:tcPr>
            <w:tcW w:w="7229" w:type="dxa"/>
            <w:shd w:val="clear" w:color="auto" w:fill="D9D9D9" w:themeFill="background1" w:themeFillShade="D9"/>
            <w:tcMar>
              <w:top w:w="90" w:type="dxa"/>
              <w:left w:w="105" w:type="dxa"/>
              <w:bottom w:w="90" w:type="dxa"/>
              <w:right w:w="105" w:type="dxa"/>
            </w:tcMar>
            <w:vAlign w:val="center"/>
          </w:tcPr>
          <w:p w14:paraId="2391ED61" w14:textId="2AE4A6B1" w:rsidR="000538D4" w:rsidRPr="00BA1DA1" w:rsidRDefault="00000000">
            <w:pPr>
              <w:spacing w:after="0"/>
              <w:rPr>
                <w:rFonts w:ascii="Arial" w:hAnsi="Arial" w:cs="Arial"/>
              </w:rPr>
            </w:pPr>
            <w:sdt>
              <w:sdtPr>
                <w:rPr>
                  <w:rFonts w:ascii="Arial" w:hAnsi="Arial" w:cs="Arial"/>
                </w:rPr>
                <w:alias w:val="Text field 015"/>
                <w:tag w:val="TEXT_015"/>
                <w:id w:val="10015"/>
                <w:placeholder>
                  <w:docPart w:val="548586EFB7BD4365B114E73B44A93533"/>
                </w:placeholder>
                <w:showingPlcHdr/>
                <w:text w:multiLine="1"/>
              </w:sdtPr>
              <w:sdtContent>
                <w:r w:rsidR="00BA1DA1" w:rsidRPr="00BA1DA1">
                  <w:rPr>
                    <w:rFonts w:ascii="Arial" w:hAnsi="Arial" w:cs="Arial"/>
                  </w:rPr>
                  <w:t xml:space="preserve">     </w:t>
                </w:r>
              </w:sdtContent>
            </w:sdt>
          </w:p>
        </w:tc>
      </w:tr>
    </w:tbl>
    <w:p w14:paraId="00102AA6" w14:textId="77777777" w:rsidR="000538D4" w:rsidRPr="00BA1DA1" w:rsidRDefault="000538D4">
      <w:pPr>
        <w:spacing w:after="0"/>
        <w:rPr>
          <w:rFonts w:ascii="Arial" w:hAnsi="Arial" w:cs="Arial"/>
        </w:rPr>
      </w:pPr>
    </w:p>
    <w:tbl>
      <w:tblPr>
        <w:tblStyle w:val="TableGrid"/>
        <w:tblW w:w="0" w:type="auto"/>
        <w:jc w:val="center"/>
        <w:tblLayout w:type="fixed"/>
        <w:tblLook w:val="04A0" w:firstRow="1" w:lastRow="0" w:firstColumn="1" w:lastColumn="0" w:noHBand="0" w:noVBand="1"/>
      </w:tblPr>
      <w:tblGrid>
        <w:gridCol w:w="2520"/>
        <w:gridCol w:w="7229"/>
      </w:tblGrid>
      <w:tr w:rsidR="000538D4" w:rsidRPr="00BA1DA1" w14:paraId="02988792" w14:textId="77777777" w:rsidTr="00837EF3">
        <w:trPr>
          <w:jc w:val="center"/>
        </w:trPr>
        <w:tc>
          <w:tcPr>
            <w:tcW w:w="2520" w:type="dxa"/>
            <w:tcMar>
              <w:top w:w="90" w:type="dxa"/>
              <w:left w:w="105" w:type="dxa"/>
              <w:bottom w:w="90" w:type="dxa"/>
              <w:right w:w="105" w:type="dxa"/>
            </w:tcMar>
            <w:vAlign w:val="center"/>
          </w:tcPr>
          <w:p w14:paraId="0740E42C" w14:textId="77777777" w:rsidR="000538D4" w:rsidRPr="00BA1DA1" w:rsidRDefault="00CC6CE1">
            <w:pPr>
              <w:spacing w:after="0"/>
              <w:rPr>
                <w:rFonts w:ascii="Arial" w:hAnsi="Arial" w:cs="Arial"/>
              </w:rPr>
            </w:pPr>
            <w:r w:rsidRPr="00BA1DA1">
              <w:rPr>
                <w:rFonts w:ascii="Arial" w:hAnsi="Arial" w:cs="Arial"/>
                <w:b/>
                <w:sz w:val="17"/>
              </w:rPr>
              <w:t>Postal address</w:t>
            </w:r>
          </w:p>
        </w:tc>
        <w:tc>
          <w:tcPr>
            <w:tcW w:w="7229" w:type="dxa"/>
            <w:shd w:val="clear" w:color="auto" w:fill="D9D9D9" w:themeFill="background1" w:themeFillShade="D9"/>
            <w:tcMar>
              <w:top w:w="90" w:type="dxa"/>
              <w:left w:w="105" w:type="dxa"/>
              <w:bottom w:w="90" w:type="dxa"/>
              <w:right w:w="105" w:type="dxa"/>
            </w:tcMar>
            <w:vAlign w:val="center"/>
          </w:tcPr>
          <w:p w14:paraId="5F7E127F" w14:textId="2481061A" w:rsidR="000538D4" w:rsidRPr="00BA1DA1" w:rsidRDefault="00000000">
            <w:pPr>
              <w:spacing w:after="0"/>
              <w:rPr>
                <w:rFonts w:ascii="Arial" w:hAnsi="Arial" w:cs="Arial"/>
              </w:rPr>
            </w:pPr>
            <w:sdt>
              <w:sdtPr>
                <w:rPr>
                  <w:rFonts w:ascii="Arial" w:hAnsi="Arial" w:cs="Arial"/>
                </w:rPr>
                <w:alias w:val="Text field 016"/>
                <w:tag w:val="TEXT_016"/>
                <w:id w:val="10016"/>
                <w:placeholder>
                  <w:docPart w:val="CEAC08A8537A42838E8944EED76BEEE2"/>
                </w:placeholder>
                <w:showingPlcHdr/>
                <w:text w:multiLine="1"/>
              </w:sdtPr>
              <w:sdtContent>
                <w:r w:rsidR="00BA1DA1" w:rsidRPr="00BA1DA1">
                  <w:rPr>
                    <w:rFonts w:ascii="Arial" w:hAnsi="Arial" w:cs="Arial"/>
                  </w:rPr>
                  <w:t xml:space="preserve">     </w:t>
                </w:r>
              </w:sdtContent>
            </w:sdt>
          </w:p>
        </w:tc>
      </w:tr>
    </w:tbl>
    <w:p w14:paraId="3095AFDA" w14:textId="77777777" w:rsidR="000538D4" w:rsidRPr="00BA1DA1" w:rsidRDefault="000538D4">
      <w:pPr>
        <w:spacing w:after="0"/>
        <w:rPr>
          <w:rFonts w:ascii="Arial" w:hAnsi="Arial" w:cs="Arial"/>
        </w:rPr>
      </w:pPr>
    </w:p>
    <w:tbl>
      <w:tblPr>
        <w:tblStyle w:val="TableGrid"/>
        <w:tblW w:w="0" w:type="auto"/>
        <w:jc w:val="center"/>
        <w:tblLayout w:type="fixed"/>
        <w:tblLook w:val="04A0" w:firstRow="1" w:lastRow="0" w:firstColumn="1" w:lastColumn="0" w:noHBand="0" w:noVBand="1"/>
      </w:tblPr>
      <w:tblGrid>
        <w:gridCol w:w="2520"/>
        <w:gridCol w:w="7229"/>
      </w:tblGrid>
      <w:tr w:rsidR="000538D4" w14:paraId="29F33DD4" w14:textId="77777777" w:rsidTr="00837EF3">
        <w:trPr>
          <w:jc w:val="center"/>
        </w:trPr>
        <w:tc>
          <w:tcPr>
            <w:tcW w:w="2520" w:type="dxa"/>
            <w:tcMar>
              <w:top w:w="90" w:type="dxa"/>
              <w:left w:w="105" w:type="dxa"/>
              <w:bottom w:w="90" w:type="dxa"/>
              <w:right w:w="105" w:type="dxa"/>
            </w:tcMar>
            <w:vAlign w:val="center"/>
          </w:tcPr>
          <w:p w14:paraId="7988006E" w14:textId="77777777" w:rsidR="000538D4" w:rsidRDefault="00CC6CE1">
            <w:pPr>
              <w:spacing w:after="0"/>
            </w:pPr>
            <w:r>
              <w:rPr>
                <w:b/>
                <w:sz w:val="17"/>
              </w:rPr>
              <w:t>Phone</w:t>
            </w:r>
          </w:p>
        </w:tc>
        <w:tc>
          <w:tcPr>
            <w:tcW w:w="7229" w:type="dxa"/>
            <w:shd w:val="clear" w:color="auto" w:fill="D9D9D9" w:themeFill="background1" w:themeFillShade="D9"/>
            <w:tcMar>
              <w:top w:w="90" w:type="dxa"/>
              <w:left w:w="105" w:type="dxa"/>
              <w:bottom w:w="90" w:type="dxa"/>
              <w:right w:w="105" w:type="dxa"/>
            </w:tcMar>
            <w:vAlign w:val="center"/>
          </w:tcPr>
          <w:p w14:paraId="718582AE" w14:textId="7181474A" w:rsidR="000538D4" w:rsidRDefault="00000000">
            <w:pPr>
              <w:spacing w:after="0"/>
            </w:pPr>
            <w:sdt>
              <w:sdtPr>
                <w:alias w:val="Text field 017"/>
                <w:tag w:val="TEXT_017"/>
                <w:id w:val="10017"/>
                <w:placeholder>
                  <w:docPart w:val="2CFEF7EA0E544722B99C88227D6E9B4D"/>
                </w:placeholder>
                <w:showingPlcHdr/>
                <w:text w:multiLine="1"/>
              </w:sdtPr>
              <w:sdtContent>
                <w:r w:rsidR="00B25DDF">
                  <w:t xml:space="preserve">     </w:t>
                </w:r>
              </w:sdtContent>
            </w:sdt>
          </w:p>
        </w:tc>
      </w:tr>
    </w:tbl>
    <w:p w14:paraId="7397C827" w14:textId="77777777" w:rsidR="000538D4" w:rsidRDefault="000538D4">
      <w:pPr>
        <w:spacing w:after="0"/>
      </w:pPr>
    </w:p>
    <w:tbl>
      <w:tblPr>
        <w:tblStyle w:val="TableGrid"/>
        <w:tblW w:w="0" w:type="auto"/>
        <w:jc w:val="center"/>
        <w:tblLayout w:type="fixed"/>
        <w:tblLook w:val="04A0" w:firstRow="1" w:lastRow="0" w:firstColumn="1" w:lastColumn="0" w:noHBand="0" w:noVBand="1"/>
      </w:tblPr>
      <w:tblGrid>
        <w:gridCol w:w="2520"/>
        <w:gridCol w:w="7229"/>
      </w:tblGrid>
      <w:tr w:rsidR="000538D4" w14:paraId="36FF3B6E" w14:textId="77777777" w:rsidTr="00837EF3">
        <w:trPr>
          <w:jc w:val="center"/>
        </w:trPr>
        <w:tc>
          <w:tcPr>
            <w:tcW w:w="2520" w:type="dxa"/>
            <w:tcMar>
              <w:top w:w="90" w:type="dxa"/>
              <w:left w:w="105" w:type="dxa"/>
              <w:bottom w:w="90" w:type="dxa"/>
              <w:right w:w="105" w:type="dxa"/>
            </w:tcMar>
            <w:vAlign w:val="center"/>
          </w:tcPr>
          <w:p w14:paraId="20E66DB7" w14:textId="77777777" w:rsidR="000538D4" w:rsidRDefault="00CC6CE1">
            <w:pPr>
              <w:spacing w:after="0"/>
            </w:pPr>
            <w:r>
              <w:rPr>
                <w:b/>
                <w:sz w:val="17"/>
              </w:rPr>
              <w:lastRenderedPageBreak/>
              <w:t>Mobile</w:t>
            </w:r>
          </w:p>
        </w:tc>
        <w:tc>
          <w:tcPr>
            <w:tcW w:w="7229" w:type="dxa"/>
            <w:shd w:val="clear" w:color="auto" w:fill="D9D9D9" w:themeFill="background1" w:themeFillShade="D9"/>
            <w:tcMar>
              <w:top w:w="90" w:type="dxa"/>
              <w:left w:w="105" w:type="dxa"/>
              <w:bottom w:w="90" w:type="dxa"/>
              <w:right w:w="105" w:type="dxa"/>
            </w:tcMar>
            <w:vAlign w:val="center"/>
          </w:tcPr>
          <w:p w14:paraId="430BCE89" w14:textId="77777777" w:rsidR="000538D4" w:rsidRDefault="00000000">
            <w:pPr>
              <w:spacing w:after="0"/>
            </w:pPr>
            <w:sdt>
              <w:sdtPr>
                <w:alias w:val="Text field 018"/>
                <w:tag w:val="TEXT_018"/>
                <w:id w:val="10018"/>
                <w:placeholder>
                  <w:docPart w:val="1F8412A9793E4404B8BE914B183AF42C"/>
                </w:placeholder>
                <w:showingPlcHdr/>
                <w:text w:multiLine="1"/>
              </w:sdtPr>
              <w:sdtContent>
                <w:r w:rsidR="00CC6CE1">
                  <w:rPr>
                    <w:i/>
                    <w:color w:val="677A85"/>
                    <w:sz w:val="17"/>
                  </w:rPr>
                  <w:t>Click or tap here to enter text</w:t>
                </w:r>
              </w:sdtContent>
            </w:sdt>
          </w:p>
        </w:tc>
      </w:tr>
    </w:tbl>
    <w:p w14:paraId="7897C6BF" w14:textId="77777777" w:rsidR="000538D4" w:rsidRDefault="000538D4">
      <w:pPr>
        <w:spacing w:after="0"/>
      </w:pPr>
    </w:p>
    <w:tbl>
      <w:tblPr>
        <w:tblStyle w:val="TableGrid"/>
        <w:tblW w:w="0" w:type="auto"/>
        <w:jc w:val="center"/>
        <w:tblLayout w:type="fixed"/>
        <w:tblLook w:val="04A0" w:firstRow="1" w:lastRow="0" w:firstColumn="1" w:lastColumn="0" w:noHBand="0" w:noVBand="1"/>
      </w:tblPr>
      <w:tblGrid>
        <w:gridCol w:w="2520"/>
        <w:gridCol w:w="7229"/>
      </w:tblGrid>
      <w:tr w:rsidR="000538D4" w14:paraId="699B60F3" w14:textId="77777777" w:rsidTr="00837EF3">
        <w:trPr>
          <w:trHeight w:val="274"/>
          <w:jc w:val="center"/>
        </w:trPr>
        <w:tc>
          <w:tcPr>
            <w:tcW w:w="2520" w:type="dxa"/>
            <w:tcMar>
              <w:top w:w="90" w:type="dxa"/>
              <w:left w:w="105" w:type="dxa"/>
              <w:bottom w:w="90" w:type="dxa"/>
              <w:right w:w="105" w:type="dxa"/>
            </w:tcMar>
            <w:vAlign w:val="center"/>
          </w:tcPr>
          <w:p w14:paraId="71B07AC8" w14:textId="77777777" w:rsidR="000538D4" w:rsidRDefault="00CC6CE1">
            <w:pPr>
              <w:spacing w:after="0"/>
            </w:pPr>
            <w:r>
              <w:rPr>
                <w:b/>
                <w:sz w:val="17"/>
              </w:rPr>
              <w:t>Email</w:t>
            </w:r>
          </w:p>
        </w:tc>
        <w:tc>
          <w:tcPr>
            <w:tcW w:w="7229" w:type="dxa"/>
            <w:shd w:val="clear" w:color="auto" w:fill="D9D9D9" w:themeFill="background1" w:themeFillShade="D9"/>
            <w:tcMar>
              <w:top w:w="90" w:type="dxa"/>
              <w:left w:w="105" w:type="dxa"/>
              <w:bottom w:w="90" w:type="dxa"/>
              <w:right w:w="105" w:type="dxa"/>
            </w:tcMar>
            <w:vAlign w:val="center"/>
          </w:tcPr>
          <w:p w14:paraId="1A632BFE" w14:textId="77777777" w:rsidR="000538D4" w:rsidRDefault="00000000">
            <w:pPr>
              <w:spacing w:after="0"/>
            </w:pPr>
            <w:sdt>
              <w:sdtPr>
                <w:alias w:val="Text field 019"/>
                <w:tag w:val="TEXT_019"/>
                <w:id w:val="10019"/>
                <w:placeholder>
                  <w:docPart w:val="AFB07781DA02405595E95DABF2C4706F"/>
                </w:placeholder>
                <w:showingPlcHdr/>
                <w:text w:multiLine="1"/>
              </w:sdtPr>
              <w:sdtContent>
                <w:r w:rsidR="00CC6CE1">
                  <w:rPr>
                    <w:i/>
                    <w:color w:val="677A85"/>
                    <w:sz w:val="17"/>
                  </w:rPr>
                  <w:t>Click or tap here to enter text</w:t>
                </w:r>
              </w:sdtContent>
            </w:sdt>
          </w:p>
        </w:tc>
      </w:tr>
    </w:tbl>
    <w:p w14:paraId="08E33488" w14:textId="77777777" w:rsidR="000538D4" w:rsidRDefault="000538D4">
      <w:pPr>
        <w:spacing w:after="0"/>
      </w:pPr>
    </w:p>
    <w:p w14:paraId="6EC8044A" w14:textId="77777777" w:rsidR="00F975EB" w:rsidRDefault="00F975EB" w:rsidP="00F975EB">
      <w:pPr>
        <w:pStyle w:val="Heading2"/>
      </w:pPr>
      <w:r>
        <w:t>APPLICANT</w:t>
      </w:r>
    </w:p>
    <w:p w14:paraId="0A596CAB" w14:textId="77777777" w:rsidR="00F975EB" w:rsidRDefault="00F975EB" w:rsidP="00F975EB">
      <w:pPr>
        <w:spacing w:after="100"/>
      </w:pPr>
      <w:r>
        <w:rPr>
          <w:sz w:val="16"/>
        </w:rPr>
        <w:t>I/We have read and understood the Terms and Conditions and undertake to comply with all conditions in this application/permit and any special conditions of approval that Council may impose as part of the issued permit.</w:t>
      </w:r>
    </w:p>
    <w:tbl>
      <w:tblPr>
        <w:tblStyle w:val="TableGrid"/>
        <w:tblW w:w="0" w:type="auto"/>
        <w:jc w:val="center"/>
        <w:tblLayout w:type="fixed"/>
        <w:tblLook w:val="04A0" w:firstRow="1" w:lastRow="0" w:firstColumn="1" w:lastColumn="0" w:noHBand="0" w:noVBand="1"/>
      </w:tblPr>
      <w:tblGrid>
        <w:gridCol w:w="2520"/>
        <w:gridCol w:w="7229"/>
      </w:tblGrid>
      <w:tr w:rsidR="00F975EB" w14:paraId="5CF75A99" w14:textId="77777777" w:rsidTr="00F8341A">
        <w:trPr>
          <w:jc w:val="center"/>
        </w:trPr>
        <w:tc>
          <w:tcPr>
            <w:tcW w:w="2520" w:type="dxa"/>
            <w:tcMar>
              <w:top w:w="90" w:type="dxa"/>
              <w:left w:w="105" w:type="dxa"/>
              <w:bottom w:w="90" w:type="dxa"/>
              <w:right w:w="105" w:type="dxa"/>
            </w:tcMar>
            <w:vAlign w:val="center"/>
          </w:tcPr>
          <w:p w14:paraId="23AA913F" w14:textId="77777777" w:rsidR="00F975EB" w:rsidRDefault="00F975EB" w:rsidP="00F8341A">
            <w:pPr>
              <w:spacing w:after="0"/>
            </w:pPr>
            <w:r>
              <w:rPr>
                <w:b/>
                <w:sz w:val="17"/>
              </w:rPr>
              <w:t>Name of applicant</w:t>
            </w:r>
          </w:p>
        </w:tc>
        <w:tc>
          <w:tcPr>
            <w:tcW w:w="7229" w:type="dxa"/>
            <w:shd w:val="clear" w:color="auto" w:fill="D9D9D9" w:themeFill="background1" w:themeFillShade="D9"/>
            <w:tcMar>
              <w:top w:w="90" w:type="dxa"/>
              <w:left w:w="105" w:type="dxa"/>
              <w:bottom w:w="90" w:type="dxa"/>
              <w:right w:w="105" w:type="dxa"/>
            </w:tcMar>
            <w:vAlign w:val="center"/>
          </w:tcPr>
          <w:p w14:paraId="6192EF68" w14:textId="77777777" w:rsidR="00F975EB" w:rsidRDefault="00000000" w:rsidP="00F8341A">
            <w:pPr>
              <w:spacing w:after="0"/>
            </w:pPr>
            <w:sdt>
              <w:sdtPr>
                <w:alias w:val="Text field 090"/>
                <w:tag w:val="TEXT_090"/>
                <w:id w:val="10090"/>
                <w:placeholder>
                  <w:docPart w:val="8FA2DD32A6584A93A09D104D4342E58C"/>
                </w:placeholder>
                <w:showingPlcHdr/>
                <w:text w:multiLine="1"/>
              </w:sdtPr>
              <w:sdtContent>
                <w:r w:rsidR="00F975EB">
                  <w:t xml:space="preserve">     </w:t>
                </w:r>
              </w:sdtContent>
            </w:sdt>
          </w:p>
        </w:tc>
      </w:tr>
    </w:tbl>
    <w:p w14:paraId="185B760D" w14:textId="77777777" w:rsidR="00F975EB" w:rsidRDefault="00F975EB" w:rsidP="00F975EB">
      <w:pPr>
        <w:spacing w:after="0"/>
      </w:pPr>
    </w:p>
    <w:tbl>
      <w:tblPr>
        <w:tblStyle w:val="TableGrid"/>
        <w:tblW w:w="0" w:type="auto"/>
        <w:jc w:val="center"/>
        <w:tblLayout w:type="fixed"/>
        <w:tblLook w:val="04A0" w:firstRow="1" w:lastRow="0" w:firstColumn="1" w:lastColumn="0" w:noHBand="0" w:noVBand="1"/>
      </w:tblPr>
      <w:tblGrid>
        <w:gridCol w:w="2520"/>
        <w:gridCol w:w="7229"/>
      </w:tblGrid>
      <w:tr w:rsidR="00F975EB" w14:paraId="566CE195" w14:textId="77777777" w:rsidTr="00F8341A">
        <w:trPr>
          <w:jc w:val="center"/>
        </w:trPr>
        <w:tc>
          <w:tcPr>
            <w:tcW w:w="2520" w:type="dxa"/>
            <w:tcMar>
              <w:top w:w="90" w:type="dxa"/>
              <w:left w:w="105" w:type="dxa"/>
              <w:bottom w:w="90" w:type="dxa"/>
              <w:right w:w="105" w:type="dxa"/>
            </w:tcMar>
            <w:vAlign w:val="center"/>
          </w:tcPr>
          <w:p w14:paraId="07CC9BBB" w14:textId="77777777" w:rsidR="00F975EB" w:rsidRDefault="00F975EB" w:rsidP="00F8341A">
            <w:pPr>
              <w:spacing w:after="0"/>
            </w:pPr>
            <w:r>
              <w:rPr>
                <w:b/>
                <w:sz w:val="17"/>
              </w:rPr>
              <w:t xml:space="preserve">Signature of applicant </w:t>
            </w:r>
          </w:p>
        </w:tc>
        <w:tc>
          <w:tcPr>
            <w:tcW w:w="7229" w:type="dxa"/>
            <w:shd w:val="clear" w:color="auto" w:fill="D9D9D9" w:themeFill="background1" w:themeFillShade="D9"/>
            <w:tcMar>
              <w:top w:w="90" w:type="dxa"/>
              <w:left w:w="105" w:type="dxa"/>
              <w:bottom w:w="90" w:type="dxa"/>
              <w:right w:w="105" w:type="dxa"/>
            </w:tcMar>
            <w:vAlign w:val="center"/>
          </w:tcPr>
          <w:p w14:paraId="4F7F0197" w14:textId="77777777" w:rsidR="00F975EB" w:rsidRDefault="00000000" w:rsidP="00F8341A">
            <w:pPr>
              <w:spacing w:after="0"/>
            </w:pPr>
            <w:sdt>
              <w:sdtPr>
                <w:alias w:val="Text field 091"/>
                <w:tag w:val="TEXT_091"/>
                <w:id w:val="10091"/>
                <w:placeholder>
                  <w:docPart w:val="07472DE954D24437AB6367D49E5B410B"/>
                </w:placeholder>
                <w:showingPlcHdr/>
                <w:text w:multiLine="1"/>
              </w:sdtPr>
              <w:sdtContent>
                <w:r w:rsidR="00F975EB">
                  <w:t xml:space="preserve">  </w:t>
                </w:r>
                <w:r w:rsidR="00F975EB">
                  <w:rPr>
                    <w:rFonts w:ascii="Mistral" w:hAnsi="Mistral"/>
                    <w:sz w:val="32"/>
                    <w:szCs w:val="40"/>
                  </w:rPr>
                  <w:t>Sign and Date</w:t>
                </w:r>
                <w:r w:rsidR="00F975EB" w:rsidRPr="00974E15">
                  <w:rPr>
                    <w:rFonts w:ascii="Mistral" w:hAnsi="Mistral"/>
                    <w:sz w:val="32"/>
                    <w:szCs w:val="40"/>
                  </w:rPr>
                  <w:t xml:space="preserve">    </w:t>
                </w:r>
              </w:sdtContent>
            </w:sdt>
            <w:r w:rsidR="00F975EB">
              <w:t xml:space="preserve"> or upload     </w:t>
            </w:r>
            <w:sdt>
              <w:sdtPr>
                <w:id w:val="-593469206"/>
                <w:showingPlcHdr/>
                <w:picture/>
              </w:sdtPr>
              <w:sdtContent>
                <w:r w:rsidR="00F975EB">
                  <w:rPr>
                    <w:noProof/>
                  </w:rPr>
                  <w:drawing>
                    <wp:inline distT="0" distB="0" distL="0" distR="0" wp14:anchorId="703CDC71" wp14:editId="69E1CD04">
                      <wp:extent cx="1573618" cy="275584"/>
                      <wp:effectExtent l="0" t="0" r="0" b="0"/>
                      <wp:docPr id="17493479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47368" cy="306012"/>
                              </a:xfrm>
                              <a:prstGeom prst="rect">
                                <a:avLst/>
                              </a:prstGeom>
                              <a:noFill/>
                              <a:ln>
                                <a:noFill/>
                              </a:ln>
                            </pic:spPr>
                          </pic:pic>
                        </a:graphicData>
                      </a:graphic>
                    </wp:inline>
                  </w:drawing>
                </w:r>
              </w:sdtContent>
            </w:sdt>
          </w:p>
        </w:tc>
      </w:tr>
    </w:tbl>
    <w:p w14:paraId="2A170844" w14:textId="77777777" w:rsidR="00F975EB" w:rsidRDefault="00F975EB" w:rsidP="00F975EB">
      <w:pPr>
        <w:spacing w:after="0"/>
      </w:pPr>
    </w:p>
    <w:tbl>
      <w:tblPr>
        <w:tblStyle w:val="TableGrid"/>
        <w:tblW w:w="0" w:type="auto"/>
        <w:jc w:val="center"/>
        <w:tblLayout w:type="fixed"/>
        <w:tblLook w:val="04A0" w:firstRow="1" w:lastRow="0" w:firstColumn="1" w:lastColumn="0" w:noHBand="0" w:noVBand="1"/>
      </w:tblPr>
      <w:tblGrid>
        <w:gridCol w:w="2520"/>
        <w:gridCol w:w="7229"/>
      </w:tblGrid>
      <w:tr w:rsidR="00F975EB" w14:paraId="642811B9" w14:textId="77777777" w:rsidTr="00F8341A">
        <w:trPr>
          <w:jc w:val="center"/>
        </w:trPr>
        <w:tc>
          <w:tcPr>
            <w:tcW w:w="2520" w:type="dxa"/>
            <w:tcMar>
              <w:top w:w="90" w:type="dxa"/>
              <w:left w:w="105" w:type="dxa"/>
              <w:bottom w:w="90" w:type="dxa"/>
              <w:right w:w="105" w:type="dxa"/>
            </w:tcMar>
            <w:vAlign w:val="center"/>
          </w:tcPr>
          <w:p w14:paraId="50A4EB33" w14:textId="77777777" w:rsidR="00F975EB" w:rsidRDefault="00F975EB" w:rsidP="00F8341A">
            <w:pPr>
              <w:spacing w:after="0"/>
            </w:pPr>
            <w:r>
              <w:rPr>
                <w:b/>
                <w:sz w:val="17"/>
              </w:rPr>
              <w:t>Date</w:t>
            </w:r>
          </w:p>
        </w:tc>
        <w:tc>
          <w:tcPr>
            <w:tcW w:w="7229" w:type="dxa"/>
            <w:shd w:val="clear" w:color="auto" w:fill="D9D9D9" w:themeFill="background1" w:themeFillShade="D9"/>
            <w:tcMar>
              <w:top w:w="90" w:type="dxa"/>
              <w:left w:w="105" w:type="dxa"/>
              <w:bottom w:w="90" w:type="dxa"/>
              <w:right w:w="105" w:type="dxa"/>
            </w:tcMar>
            <w:vAlign w:val="center"/>
          </w:tcPr>
          <w:p w14:paraId="61DFDCD7" w14:textId="77777777" w:rsidR="00F975EB" w:rsidRDefault="00F975EB" w:rsidP="00F8341A">
            <w:pPr>
              <w:spacing w:after="0"/>
            </w:pPr>
          </w:p>
        </w:tc>
      </w:tr>
    </w:tbl>
    <w:p w14:paraId="0BA827FA" w14:textId="60373AC6" w:rsidR="00837EF3" w:rsidRDefault="00837EF3">
      <w:pPr>
        <w:spacing w:after="200"/>
        <w:rPr>
          <w:rFonts w:asciiTheme="majorHAnsi" w:eastAsiaTheme="majorEastAsia" w:hAnsiTheme="majorHAnsi" w:cstheme="majorBidi"/>
          <w:b/>
          <w:bCs/>
          <w:color w:val="578741"/>
          <w:sz w:val="24"/>
          <w:szCs w:val="28"/>
        </w:rPr>
      </w:pPr>
    </w:p>
    <w:p w14:paraId="74CCB2AD" w14:textId="1E6C8B10" w:rsidR="000538D4" w:rsidRPr="009E5C2E" w:rsidRDefault="00CC6CE1">
      <w:pPr>
        <w:pStyle w:val="Heading1"/>
        <w:rPr>
          <w:color w:val="1F497D" w:themeColor="text2"/>
        </w:rPr>
      </w:pPr>
      <w:r w:rsidRPr="009E5C2E">
        <w:rPr>
          <w:color w:val="1F497D" w:themeColor="text2"/>
        </w:rPr>
        <w:t xml:space="preserve">SECTION </w:t>
      </w:r>
      <w:r w:rsidR="00F975EB" w:rsidRPr="009E5C2E">
        <w:rPr>
          <w:color w:val="1F497D" w:themeColor="text2"/>
        </w:rPr>
        <w:t>3</w:t>
      </w:r>
      <w:r w:rsidRPr="009E5C2E">
        <w:rPr>
          <w:color w:val="1F497D" w:themeColor="text2"/>
        </w:rPr>
        <w:t xml:space="preserve"> – ALCOHOL</w:t>
      </w:r>
    </w:p>
    <w:p w14:paraId="6BEF94E0" w14:textId="77777777" w:rsidR="000538D4" w:rsidRDefault="00CC6CE1">
      <w:pPr>
        <w:spacing w:after="100"/>
      </w:pPr>
      <w:r>
        <w:rPr>
          <w:sz w:val="16"/>
        </w:rPr>
        <w:t>Will alcohol be introduced at your event? Select one option.</w:t>
      </w:r>
    </w:p>
    <w:p w14:paraId="612F434B" w14:textId="77777777" w:rsidR="000538D4" w:rsidRDefault="00000000">
      <w:sdt>
        <w:sdtPr>
          <w:alias w:val="Checkbox 047"/>
          <w:tag w:val="CHECK_047"/>
          <w:id w:val="10047"/>
          <w14:checkbox>
            <w14:checked w14:val="0"/>
            <w14:checkedState w14:val="2612" w14:font="MS Gothic"/>
            <w14:uncheckedState w14:val="2610" w14:font="MS Gothic"/>
          </w14:checkbox>
        </w:sdtPr>
        <w:sdtContent>
          <w:r w:rsidR="00CC6CE1">
            <w:t>☐</w:t>
          </w:r>
        </w:sdtContent>
      </w:sdt>
      <w:r w:rsidR="00CC6CE1">
        <w:t xml:space="preserve">  No (proceed to Section 5)</w:t>
      </w:r>
    </w:p>
    <w:p w14:paraId="6D358011" w14:textId="77777777" w:rsidR="000538D4" w:rsidRDefault="00000000">
      <w:sdt>
        <w:sdtPr>
          <w:alias w:val="Checkbox 048"/>
          <w:tag w:val="CHECK_048"/>
          <w:id w:val="10048"/>
          <w14:checkbox>
            <w14:checked w14:val="0"/>
            <w14:checkedState w14:val="2612" w14:font="MS Gothic"/>
            <w14:uncheckedState w14:val="2610" w14:font="MS Gothic"/>
          </w14:checkbox>
        </w:sdtPr>
        <w:sdtContent>
          <w:r w:rsidR="00CC6CE1">
            <w:t>☐</w:t>
          </w:r>
        </w:sdtContent>
      </w:sdt>
      <w:r w:rsidR="00CC6CE1">
        <w:t xml:space="preserve">  Yes – BYO / consuming</w:t>
      </w:r>
    </w:p>
    <w:p w14:paraId="387EF4A0" w14:textId="77777777" w:rsidR="000538D4" w:rsidRDefault="00000000">
      <w:sdt>
        <w:sdtPr>
          <w:alias w:val="Checkbox 049"/>
          <w:tag w:val="CHECK_049"/>
          <w:id w:val="10049"/>
          <w14:checkbox>
            <w14:checked w14:val="0"/>
            <w14:checkedState w14:val="2612" w14:font="MS Gothic"/>
            <w14:uncheckedState w14:val="2610" w14:font="MS Gothic"/>
          </w14:checkbox>
        </w:sdtPr>
        <w:sdtContent>
          <w:r w:rsidR="00CC6CE1">
            <w:t>☐</w:t>
          </w:r>
        </w:sdtContent>
      </w:sdt>
      <w:r w:rsidR="00CC6CE1">
        <w:t xml:space="preserve">  Yes – selling</w:t>
      </w:r>
    </w:p>
    <w:p w14:paraId="797B800E" w14:textId="77777777" w:rsidR="000538D4" w:rsidRDefault="00CC6CE1">
      <w:pPr>
        <w:spacing w:after="100"/>
      </w:pPr>
      <w:r>
        <w:rPr>
          <w:sz w:val="16"/>
        </w:rPr>
        <w:t>If selling alcohol, a Special Liquor Licence application must be submitted to Licensing NT: https://nt.gov.au/industry/hospitality/liquor-licences-and-wholesaler-registration/apply-for-a-liquor-licence</w:t>
      </w:r>
    </w:p>
    <w:p w14:paraId="11EC8270" w14:textId="6B6F3A88" w:rsidR="000538D4" w:rsidRPr="009E5C2E" w:rsidRDefault="00CC6CE1">
      <w:pPr>
        <w:pStyle w:val="Heading1"/>
        <w:rPr>
          <w:color w:val="1F497D" w:themeColor="text2"/>
        </w:rPr>
      </w:pPr>
      <w:r w:rsidRPr="009E5C2E">
        <w:rPr>
          <w:color w:val="1F497D" w:themeColor="text2"/>
        </w:rPr>
        <w:t xml:space="preserve">SECTION </w:t>
      </w:r>
      <w:r w:rsidR="00F975EB" w:rsidRPr="009E5C2E">
        <w:rPr>
          <w:color w:val="1F497D" w:themeColor="text2"/>
        </w:rPr>
        <w:t>4</w:t>
      </w:r>
      <w:r w:rsidRPr="009E5C2E">
        <w:rPr>
          <w:color w:val="1F497D" w:themeColor="text2"/>
        </w:rPr>
        <w:t xml:space="preserve"> – OPERATIONAL REQUIREMENTS</w:t>
      </w:r>
    </w:p>
    <w:tbl>
      <w:tblPr>
        <w:tblStyle w:val="TableGrid"/>
        <w:tblW w:w="0" w:type="auto"/>
        <w:jc w:val="center"/>
        <w:tblLayout w:type="fixed"/>
        <w:tblLook w:val="04A0" w:firstRow="1" w:lastRow="0" w:firstColumn="1" w:lastColumn="0" w:noHBand="0" w:noVBand="1"/>
      </w:tblPr>
      <w:tblGrid>
        <w:gridCol w:w="7027"/>
        <w:gridCol w:w="2722"/>
      </w:tblGrid>
      <w:tr w:rsidR="000538D4" w14:paraId="462D4FFC" w14:textId="77777777">
        <w:trPr>
          <w:jc w:val="center"/>
        </w:trPr>
        <w:tc>
          <w:tcPr>
            <w:tcW w:w="7027" w:type="dxa"/>
            <w:tcMar>
              <w:top w:w="90" w:type="dxa"/>
              <w:left w:w="105" w:type="dxa"/>
              <w:bottom w:w="90" w:type="dxa"/>
              <w:right w:w="105" w:type="dxa"/>
            </w:tcMar>
            <w:vAlign w:val="center"/>
          </w:tcPr>
          <w:p w14:paraId="3954C526" w14:textId="77777777" w:rsidR="000538D4" w:rsidRDefault="00CC6CE1">
            <w:pPr>
              <w:spacing w:after="0"/>
            </w:pPr>
            <w:r>
              <w:rPr>
                <w:sz w:val="17"/>
              </w:rPr>
              <w:t>Do you require access to power? (May not be available at all locations; fees apply.)</w:t>
            </w:r>
          </w:p>
        </w:tc>
        <w:tc>
          <w:tcPr>
            <w:tcW w:w="2722" w:type="dxa"/>
            <w:tcMar>
              <w:top w:w="90" w:type="dxa"/>
              <w:left w:w="105" w:type="dxa"/>
              <w:bottom w:w="90" w:type="dxa"/>
              <w:right w:w="105" w:type="dxa"/>
            </w:tcMar>
            <w:vAlign w:val="center"/>
          </w:tcPr>
          <w:p w14:paraId="041C2112" w14:textId="77777777" w:rsidR="000538D4" w:rsidRDefault="00000000">
            <w:pPr>
              <w:spacing w:after="0"/>
            </w:pPr>
            <w:sdt>
              <w:sdtPr>
                <w:alias w:val="Checkbox 050"/>
                <w:tag w:val="CHECK_050"/>
                <w:id w:val="10050"/>
                <w14:checkbox>
                  <w14:checked w14:val="0"/>
                  <w14:checkedState w14:val="2612" w14:font="MS Gothic"/>
                  <w14:uncheckedState w14:val="2610" w14:font="MS Gothic"/>
                </w14:checkbox>
              </w:sdtPr>
              <w:sdtContent>
                <w:r w:rsidR="00CC6CE1">
                  <w:rPr>
                    <w:sz w:val="17"/>
                  </w:rPr>
                  <w:t>☐</w:t>
                </w:r>
              </w:sdtContent>
            </w:sdt>
            <w:r w:rsidR="00CC6CE1">
              <w:rPr>
                <w:sz w:val="17"/>
              </w:rPr>
              <w:t xml:space="preserve"> Yes   </w:t>
            </w:r>
            <w:sdt>
              <w:sdtPr>
                <w:alias w:val="Checkbox 051"/>
                <w:tag w:val="CHECK_051"/>
                <w:id w:val="10051"/>
                <w14:checkbox>
                  <w14:checked w14:val="0"/>
                  <w14:checkedState w14:val="2612" w14:font="MS Gothic"/>
                  <w14:uncheckedState w14:val="2610" w14:font="MS Gothic"/>
                </w14:checkbox>
              </w:sdtPr>
              <w:sdtContent>
                <w:r w:rsidR="00CC6CE1">
                  <w:rPr>
                    <w:sz w:val="17"/>
                  </w:rPr>
                  <w:t>☐</w:t>
                </w:r>
              </w:sdtContent>
            </w:sdt>
            <w:r w:rsidR="00CC6CE1">
              <w:rPr>
                <w:sz w:val="17"/>
              </w:rPr>
              <w:t xml:space="preserve"> No</w:t>
            </w:r>
          </w:p>
        </w:tc>
      </w:tr>
      <w:tr w:rsidR="000538D4" w14:paraId="30FFB72D" w14:textId="77777777">
        <w:trPr>
          <w:jc w:val="center"/>
        </w:trPr>
        <w:tc>
          <w:tcPr>
            <w:tcW w:w="7027" w:type="dxa"/>
            <w:tcMar>
              <w:top w:w="90" w:type="dxa"/>
              <w:left w:w="105" w:type="dxa"/>
              <w:bottom w:w="90" w:type="dxa"/>
              <w:right w:w="105" w:type="dxa"/>
            </w:tcMar>
            <w:vAlign w:val="center"/>
          </w:tcPr>
          <w:p w14:paraId="536242F9" w14:textId="77777777" w:rsidR="000538D4" w:rsidRDefault="00CC6CE1">
            <w:pPr>
              <w:spacing w:after="0"/>
            </w:pPr>
            <w:r>
              <w:rPr>
                <w:sz w:val="17"/>
              </w:rPr>
              <w:t>Do you require access to oval lighting? (Fees apply.)</w:t>
            </w:r>
          </w:p>
        </w:tc>
        <w:tc>
          <w:tcPr>
            <w:tcW w:w="2722" w:type="dxa"/>
            <w:tcMar>
              <w:top w:w="90" w:type="dxa"/>
              <w:left w:w="105" w:type="dxa"/>
              <w:bottom w:w="90" w:type="dxa"/>
              <w:right w:w="105" w:type="dxa"/>
            </w:tcMar>
            <w:vAlign w:val="center"/>
          </w:tcPr>
          <w:p w14:paraId="7BB02EC8" w14:textId="77777777" w:rsidR="000538D4" w:rsidRDefault="00000000">
            <w:pPr>
              <w:spacing w:after="0"/>
            </w:pPr>
            <w:sdt>
              <w:sdtPr>
                <w:alias w:val="Checkbox 052"/>
                <w:tag w:val="CHECK_052"/>
                <w:id w:val="10052"/>
                <w14:checkbox>
                  <w14:checked w14:val="0"/>
                  <w14:checkedState w14:val="2612" w14:font="MS Gothic"/>
                  <w14:uncheckedState w14:val="2610" w14:font="MS Gothic"/>
                </w14:checkbox>
              </w:sdtPr>
              <w:sdtContent>
                <w:r w:rsidR="00CC6CE1">
                  <w:rPr>
                    <w:sz w:val="17"/>
                  </w:rPr>
                  <w:t>☐</w:t>
                </w:r>
              </w:sdtContent>
            </w:sdt>
            <w:r w:rsidR="00CC6CE1">
              <w:rPr>
                <w:sz w:val="17"/>
              </w:rPr>
              <w:t xml:space="preserve"> Yes   </w:t>
            </w:r>
            <w:sdt>
              <w:sdtPr>
                <w:alias w:val="Checkbox 053"/>
                <w:tag w:val="CHECK_053"/>
                <w:id w:val="10053"/>
                <w14:checkbox>
                  <w14:checked w14:val="0"/>
                  <w14:checkedState w14:val="2612" w14:font="MS Gothic"/>
                  <w14:uncheckedState w14:val="2610" w14:font="MS Gothic"/>
                </w14:checkbox>
              </w:sdtPr>
              <w:sdtContent>
                <w:r w:rsidR="00CC6CE1">
                  <w:rPr>
                    <w:sz w:val="17"/>
                  </w:rPr>
                  <w:t>☐</w:t>
                </w:r>
              </w:sdtContent>
            </w:sdt>
            <w:r w:rsidR="00CC6CE1">
              <w:rPr>
                <w:sz w:val="17"/>
              </w:rPr>
              <w:t xml:space="preserve"> No</w:t>
            </w:r>
          </w:p>
        </w:tc>
      </w:tr>
      <w:tr w:rsidR="000538D4" w14:paraId="45BF202F" w14:textId="77777777">
        <w:trPr>
          <w:jc w:val="center"/>
        </w:trPr>
        <w:tc>
          <w:tcPr>
            <w:tcW w:w="7027" w:type="dxa"/>
            <w:tcMar>
              <w:top w:w="90" w:type="dxa"/>
              <w:left w:w="105" w:type="dxa"/>
              <w:bottom w:w="90" w:type="dxa"/>
              <w:right w:w="105" w:type="dxa"/>
            </w:tcMar>
            <w:vAlign w:val="center"/>
          </w:tcPr>
          <w:p w14:paraId="5D231163" w14:textId="77777777" w:rsidR="000538D4" w:rsidRDefault="00CC6CE1">
            <w:pPr>
              <w:spacing w:after="0"/>
            </w:pPr>
            <w:r>
              <w:rPr>
                <w:sz w:val="17"/>
              </w:rPr>
              <w:t>Do you require access to a water tap? (May not be available at all locations.)</w:t>
            </w:r>
          </w:p>
        </w:tc>
        <w:tc>
          <w:tcPr>
            <w:tcW w:w="2722" w:type="dxa"/>
            <w:tcMar>
              <w:top w:w="90" w:type="dxa"/>
              <w:left w:w="105" w:type="dxa"/>
              <w:bottom w:w="90" w:type="dxa"/>
              <w:right w:w="105" w:type="dxa"/>
            </w:tcMar>
            <w:vAlign w:val="center"/>
          </w:tcPr>
          <w:p w14:paraId="255EED37" w14:textId="77777777" w:rsidR="000538D4" w:rsidRDefault="00000000">
            <w:pPr>
              <w:spacing w:after="0"/>
            </w:pPr>
            <w:sdt>
              <w:sdtPr>
                <w:alias w:val="Checkbox 054"/>
                <w:tag w:val="CHECK_054"/>
                <w:id w:val="10054"/>
                <w14:checkbox>
                  <w14:checked w14:val="0"/>
                  <w14:checkedState w14:val="2612" w14:font="MS Gothic"/>
                  <w14:uncheckedState w14:val="2610" w14:font="MS Gothic"/>
                </w14:checkbox>
              </w:sdtPr>
              <w:sdtContent>
                <w:r w:rsidR="00CC6CE1">
                  <w:rPr>
                    <w:sz w:val="17"/>
                  </w:rPr>
                  <w:t>☐</w:t>
                </w:r>
              </w:sdtContent>
            </w:sdt>
            <w:r w:rsidR="00CC6CE1">
              <w:rPr>
                <w:sz w:val="17"/>
              </w:rPr>
              <w:t xml:space="preserve"> Yes   </w:t>
            </w:r>
            <w:sdt>
              <w:sdtPr>
                <w:alias w:val="Checkbox 055"/>
                <w:tag w:val="CHECK_055"/>
                <w:id w:val="10055"/>
                <w14:checkbox>
                  <w14:checked w14:val="0"/>
                  <w14:checkedState w14:val="2612" w14:font="MS Gothic"/>
                  <w14:uncheckedState w14:val="2610" w14:font="MS Gothic"/>
                </w14:checkbox>
              </w:sdtPr>
              <w:sdtContent>
                <w:r w:rsidR="00CC6CE1">
                  <w:rPr>
                    <w:sz w:val="17"/>
                  </w:rPr>
                  <w:t>☐</w:t>
                </w:r>
              </w:sdtContent>
            </w:sdt>
            <w:r w:rsidR="00CC6CE1">
              <w:rPr>
                <w:sz w:val="17"/>
              </w:rPr>
              <w:t xml:space="preserve"> No</w:t>
            </w:r>
          </w:p>
        </w:tc>
      </w:tr>
      <w:tr w:rsidR="000538D4" w14:paraId="49F5B2B0" w14:textId="77777777">
        <w:trPr>
          <w:jc w:val="center"/>
        </w:trPr>
        <w:tc>
          <w:tcPr>
            <w:tcW w:w="7027" w:type="dxa"/>
            <w:tcMar>
              <w:top w:w="90" w:type="dxa"/>
              <w:left w:w="105" w:type="dxa"/>
              <w:bottom w:w="90" w:type="dxa"/>
              <w:right w:w="105" w:type="dxa"/>
            </w:tcMar>
            <w:vAlign w:val="center"/>
          </w:tcPr>
          <w:p w14:paraId="504296AC" w14:textId="77777777" w:rsidR="000538D4" w:rsidRDefault="00CC6CE1">
            <w:pPr>
              <w:spacing w:after="0"/>
            </w:pPr>
            <w:r>
              <w:rPr>
                <w:sz w:val="17"/>
              </w:rPr>
              <w:t>Will you hire a jumping castle or water slide? (Must be from an established company.)</w:t>
            </w:r>
          </w:p>
        </w:tc>
        <w:tc>
          <w:tcPr>
            <w:tcW w:w="2722" w:type="dxa"/>
            <w:tcMar>
              <w:top w:w="90" w:type="dxa"/>
              <w:left w:w="105" w:type="dxa"/>
              <w:bottom w:w="90" w:type="dxa"/>
              <w:right w:w="105" w:type="dxa"/>
            </w:tcMar>
            <w:vAlign w:val="center"/>
          </w:tcPr>
          <w:p w14:paraId="259B1808" w14:textId="77777777" w:rsidR="000538D4" w:rsidRDefault="00000000">
            <w:pPr>
              <w:spacing w:after="0"/>
            </w:pPr>
            <w:sdt>
              <w:sdtPr>
                <w:alias w:val="Checkbox 056"/>
                <w:tag w:val="CHECK_056"/>
                <w:id w:val="10056"/>
                <w14:checkbox>
                  <w14:checked w14:val="0"/>
                  <w14:checkedState w14:val="2612" w14:font="MS Gothic"/>
                  <w14:uncheckedState w14:val="2610" w14:font="MS Gothic"/>
                </w14:checkbox>
              </w:sdtPr>
              <w:sdtContent>
                <w:r w:rsidR="00CC6CE1">
                  <w:rPr>
                    <w:sz w:val="17"/>
                  </w:rPr>
                  <w:t>☐</w:t>
                </w:r>
              </w:sdtContent>
            </w:sdt>
            <w:r w:rsidR="00CC6CE1">
              <w:rPr>
                <w:sz w:val="17"/>
              </w:rPr>
              <w:t xml:space="preserve"> Yes   </w:t>
            </w:r>
            <w:sdt>
              <w:sdtPr>
                <w:alias w:val="Checkbox 057"/>
                <w:tag w:val="CHECK_057"/>
                <w:id w:val="10057"/>
                <w14:checkbox>
                  <w14:checked w14:val="0"/>
                  <w14:checkedState w14:val="2612" w14:font="MS Gothic"/>
                  <w14:uncheckedState w14:val="2610" w14:font="MS Gothic"/>
                </w14:checkbox>
              </w:sdtPr>
              <w:sdtContent>
                <w:r w:rsidR="00CC6CE1">
                  <w:rPr>
                    <w:sz w:val="17"/>
                  </w:rPr>
                  <w:t>☐</w:t>
                </w:r>
              </w:sdtContent>
            </w:sdt>
            <w:r w:rsidR="00CC6CE1">
              <w:rPr>
                <w:sz w:val="17"/>
              </w:rPr>
              <w:t xml:space="preserve"> No</w:t>
            </w:r>
          </w:p>
        </w:tc>
      </w:tr>
      <w:tr w:rsidR="000538D4" w14:paraId="4C44CA77" w14:textId="77777777">
        <w:trPr>
          <w:jc w:val="center"/>
        </w:trPr>
        <w:tc>
          <w:tcPr>
            <w:tcW w:w="7027" w:type="dxa"/>
            <w:tcMar>
              <w:top w:w="90" w:type="dxa"/>
              <w:left w:w="105" w:type="dxa"/>
              <w:bottom w:w="90" w:type="dxa"/>
              <w:right w:w="105" w:type="dxa"/>
            </w:tcMar>
            <w:vAlign w:val="center"/>
          </w:tcPr>
          <w:p w14:paraId="71D4E439" w14:textId="77777777" w:rsidR="000538D4" w:rsidRDefault="00CC6CE1">
            <w:pPr>
              <w:spacing w:after="0"/>
            </w:pPr>
            <w:r>
              <w:rPr>
                <w:sz w:val="17"/>
              </w:rPr>
              <w:t>Will you introduce music or amplification? (Keep amplification to a minimum.)</w:t>
            </w:r>
          </w:p>
        </w:tc>
        <w:tc>
          <w:tcPr>
            <w:tcW w:w="2722" w:type="dxa"/>
            <w:tcMar>
              <w:top w:w="90" w:type="dxa"/>
              <w:left w:w="105" w:type="dxa"/>
              <w:bottom w:w="90" w:type="dxa"/>
              <w:right w:w="105" w:type="dxa"/>
            </w:tcMar>
            <w:vAlign w:val="center"/>
          </w:tcPr>
          <w:p w14:paraId="0F445A31" w14:textId="77777777" w:rsidR="000538D4" w:rsidRDefault="00000000">
            <w:pPr>
              <w:spacing w:after="0"/>
            </w:pPr>
            <w:sdt>
              <w:sdtPr>
                <w:alias w:val="Checkbox 058"/>
                <w:tag w:val="CHECK_058"/>
                <w:id w:val="10058"/>
                <w14:checkbox>
                  <w14:checked w14:val="0"/>
                  <w14:checkedState w14:val="2612" w14:font="MS Gothic"/>
                  <w14:uncheckedState w14:val="2610" w14:font="MS Gothic"/>
                </w14:checkbox>
              </w:sdtPr>
              <w:sdtContent>
                <w:r w:rsidR="00CC6CE1">
                  <w:rPr>
                    <w:sz w:val="17"/>
                  </w:rPr>
                  <w:t>☐</w:t>
                </w:r>
              </w:sdtContent>
            </w:sdt>
            <w:r w:rsidR="00CC6CE1">
              <w:rPr>
                <w:sz w:val="17"/>
              </w:rPr>
              <w:t xml:space="preserve"> Yes   </w:t>
            </w:r>
            <w:sdt>
              <w:sdtPr>
                <w:alias w:val="Checkbox 059"/>
                <w:tag w:val="CHECK_059"/>
                <w:id w:val="10059"/>
                <w14:checkbox>
                  <w14:checked w14:val="0"/>
                  <w14:checkedState w14:val="2612" w14:font="MS Gothic"/>
                  <w14:uncheckedState w14:val="2610" w14:font="MS Gothic"/>
                </w14:checkbox>
              </w:sdtPr>
              <w:sdtContent>
                <w:r w:rsidR="00CC6CE1">
                  <w:rPr>
                    <w:sz w:val="17"/>
                  </w:rPr>
                  <w:t>☐</w:t>
                </w:r>
              </w:sdtContent>
            </w:sdt>
            <w:r w:rsidR="00CC6CE1">
              <w:rPr>
                <w:sz w:val="17"/>
              </w:rPr>
              <w:t xml:space="preserve"> No</w:t>
            </w:r>
          </w:p>
        </w:tc>
      </w:tr>
      <w:tr w:rsidR="000538D4" w14:paraId="216089AD" w14:textId="77777777">
        <w:trPr>
          <w:jc w:val="center"/>
        </w:trPr>
        <w:tc>
          <w:tcPr>
            <w:tcW w:w="7027" w:type="dxa"/>
            <w:tcMar>
              <w:top w:w="90" w:type="dxa"/>
              <w:left w:w="105" w:type="dxa"/>
              <w:bottom w:w="90" w:type="dxa"/>
              <w:right w:w="105" w:type="dxa"/>
            </w:tcMar>
            <w:vAlign w:val="center"/>
          </w:tcPr>
          <w:p w14:paraId="061807B5" w14:textId="5A024CD1" w:rsidR="000538D4" w:rsidRDefault="00CC6CE1">
            <w:pPr>
              <w:spacing w:after="0"/>
            </w:pPr>
            <w:r>
              <w:rPr>
                <w:sz w:val="17"/>
              </w:rPr>
              <w:t xml:space="preserve">Will your event have food vans or catering? (Vendors must hold a </w:t>
            </w:r>
            <w:hyperlink r:id="rId10" w:history="1">
              <w:r w:rsidRPr="00C60404">
                <w:rPr>
                  <w:rStyle w:val="Hyperlink"/>
                  <w:sz w:val="17"/>
                </w:rPr>
                <w:t>Territory Health Services permit</w:t>
              </w:r>
            </w:hyperlink>
            <w:r>
              <w:rPr>
                <w:sz w:val="17"/>
              </w:rPr>
              <w:t>.)</w:t>
            </w:r>
          </w:p>
        </w:tc>
        <w:tc>
          <w:tcPr>
            <w:tcW w:w="2722" w:type="dxa"/>
            <w:tcMar>
              <w:top w:w="90" w:type="dxa"/>
              <w:left w:w="105" w:type="dxa"/>
              <w:bottom w:w="90" w:type="dxa"/>
              <w:right w:w="105" w:type="dxa"/>
            </w:tcMar>
            <w:vAlign w:val="center"/>
          </w:tcPr>
          <w:p w14:paraId="62EC6160" w14:textId="77777777" w:rsidR="000538D4" w:rsidRDefault="00000000">
            <w:pPr>
              <w:spacing w:after="0"/>
            </w:pPr>
            <w:sdt>
              <w:sdtPr>
                <w:alias w:val="Checkbox 060"/>
                <w:tag w:val="CHECK_060"/>
                <w:id w:val="10060"/>
                <w14:checkbox>
                  <w14:checked w14:val="0"/>
                  <w14:checkedState w14:val="2612" w14:font="MS Gothic"/>
                  <w14:uncheckedState w14:val="2610" w14:font="MS Gothic"/>
                </w14:checkbox>
              </w:sdtPr>
              <w:sdtContent>
                <w:r w:rsidR="00CC6CE1">
                  <w:rPr>
                    <w:sz w:val="17"/>
                  </w:rPr>
                  <w:t>☐</w:t>
                </w:r>
              </w:sdtContent>
            </w:sdt>
            <w:r w:rsidR="00CC6CE1">
              <w:rPr>
                <w:sz w:val="17"/>
              </w:rPr>
              <w:t xml:space="preserve"> Yes   </w:t>
            </w:r>
            <w:sdt>
              <w:sdtPr>
                <w:alias w:val="Checkbox 061"/>
                <w:tag w:val="CHECK_061"/>
                <w:id w:val="10061"/>
                <w14:checkbox>
                  <w14:checked w14:val="0"/>
                  <w14:checkedState w14:val="2612" w14:font="MS Gothic"/>
                  <w14:uncheckedState w14:val="2610" w14:font="MS Gothic"/>
                </w14:checkbox>
              </w:sdtPr>
              <w:sdtContent>
                <w:r w:rsidR="00CC6CE1">
                  <w:rPr>
                    <w:sz w:val="17"/>
                  </w:rPr>
                  <w:t>☐</w:t>
                </w:r>
              </w:sdtContent>
            </w:sdt>
            <w:r w:rsidR="00CC6CE1">
              <w:rPr>
                <w:sz w:val="17"/>
              </w:rPr>
              <w:t xml:space="preserve"> No</w:t>
            </w:r>
          </w:p>
        </w:tc>
      </w:tr>
      <w:tr w:rsidR="000538D4" w14:paraId="007A4F5E" w14:textId="77777777">
        <w:trPr>
          <w:jc w:val="center"/>
        </w:trPr>
        <w:tc>
          <w:tcPr>
            <w:tcW w:w="7027" w:type="dxa"/>
            <w:tcMar>
              <w:top w:w="90" w:type="dxa"/>
              <w:left w:w="105" w:type="dxa"/>
              <w:bottom w:w="90" w:type="dxa"/>
              <w:right w:w="105" w:type="dxa"/>
            </w:tcMar>
            <w:vAlign w:val="center"/>
          </w:tcPr>
          <w:p w14:paraId="0F8E779C" w14:textId="77777777" w:rsidR="000538D4" w:rsidRDefault="00CC6CE1">
            <w:pPr>
              <w:spacing w:after="0"/>
            </w:pPr>
            <w:r>
              <w:rPr>
                <w:sz w:val="17"/>
              </w:rPr>
              <w:t>Will you bring in portable toilets?</w:t>
            </w:r>
          </w:p>
        </w:tc>
        <w:tc>
          <w:tcPr>
            <w:tcW w:w="2722" w:type="dxa"/>
            <w:tcMar>
              <w:top w:w="90" w:type="dxa"/>
              <w:left w:w="105" w:type="dxa"/>
              <w:bottom w:w="90" w:type="dxa"/>
              <w:right w:w="105" w:type="dxa"/>
            </w:tcMar>
            <w:vAlign w:val="center"/>
          </w:tcPr>
          <w:p w14:paraId="678F5344" w14:textId="77777777" w:rsidR="000538D4" w:rsidRDefault="00000000">
            <w:pPr>
              <w:spacing w:after="0"/>
            </w:pPr>
            <w:sdt>
              <w:sdtPr>
                <w:alias w:val="Checkbox 062"/>
                <w:tag w:val="CHECK_062"/>
                <w:id w:val="10062"/>
                <w14:checkbox>
                  <w14:checked w14:val="0"/>
                  <w14:checkedState w14:val="2612" w14:font="MS Gothic"/>
                  <w14:uncheckedState w14:val="2610" w14:font="MS Gothic"/>
                </w14:checkbox>
              </w:sdtPr>
              <w:sdtContent>
                <w:r w:rsidR="00CC6CE1">
                  <w:rPr>
                    <w:sz w:val="17"/>
                  </w:rPr>
                  <w:t>☐</w:t>
                </w:r>
              </w:sdtContent>
            </w:sdt>
            <w:r w:rsidR="00CC6CE1">
              <w:rPr>
                <w:sz w:val="17"/>
              </w:rPr>
              <w:t xml:space="preserve"> Yes   </w:t>
            </w:r>
            <w:sdt>
              <w:sdtPr>
                <w:alias w:val="Checkbox 063"/>
                <w:tag w:val="CHECK_063"/>
                <w:id w:val="10063"/>
                <w14:checkbox>
                  <w14:checked w14:val="0"/>
                  <w14:checkedState w14:val="2612" w14:font="MS Gothic"/>
                  <w14:uncheckedState w14:val="2610" w14:font="MS Gothic"/>
                </w14:checkbox>
              </w:sdtPr>
              <w:sdtContent>
                <w:r w:rsidR="00CC6CE1">
                  <w:rPr>
                    <w:sz w:val="17"/>
                  </w:rPr>
                  <w:t>☐</w:t>
                </w:r>
              </w:sdtContent>
            </w:sdt>
            <w:r w:rsidR="00CC6CE1">
              <w:rPr>
                <w:sz w:val="17"/>
              </w:rPr>
              <w:t xml:space="preserve"> No</w:t>
            </w:r>
          </w:p>
        </w:tc>
      </w:tr>
      <w:tr w:rsidR="000538D4" w14:paraId="497A87A1" w14:textId="77777777">
        <w:trPr>
          <w:jc w:val="center"/>
        </w:trPr>
        <w:tc>
          <w:tcPr>
            <w:tcW w:w="7027" w:type="dxa"/>
            <w:tcMar>
              <w:top w:w="90" w:type="dxa"/>
              <w:left w:w="105" w:type="dxa"/>
              <w:bottom w:w="90" w:type="dxa"/>
              <w:right w:w="105" w:type="dxa"/>
            </w:tcMar>
            <w:vAlign w:val="center"/>
          </w:tcPr>
          <w:p w14:paraId="6F437FB2" w14:textId="3115EAAF" w:rsidR="000538D4" w:rsidRDefault="00CC6CE1">
            <w:pPr>
              <w:spacing w:after="0"/>
            </w:pPr>
            <w:r>
              <w:rPr>
                <w:sz w:val="17"/>
              </w:rPr>
              <w:t>Will you have a fireworks display? (</w:t>
            </w:r>
            <w:hyperlink r:id="rId11" w:history="1">
              <w:r w:rsidRPr="00C60404">
                <w:rPr>
                  <w:rStyle w:val="Hyperlink"/>
                  <w:sz w:val="17"/>
                </w:rPr>
                <w:t>Contact NT WorkSafe</w:t>
              </w:r>
            </w:hyperlink>
            <w:r>
              <w:rPr>
                <w:sz w:val="17"/>
              </w:rPr>
              <w:t>.)</w:t>
            </w:r>
          </w:p>
        </w:tc>
        <w:tc>
          <w:tcPr>
            <w:tcW w:w="2722" w:type="dxa"/>
            <w:tcMar>
              <w:top w:w="90" w:type="dxa"/>
              <w:left w:w="105" w:type="dxa"/>
              <w:bottom w:w="90" w:type="dxa"/>
              <w:right w:w="105" w:type="dxa"/>
            </w:tcMar>
            <w:vAlign w:val="center"/>
          </w:tcPr>
          <w:p w14:paraId="0B86B280" w14:textId="77777777" w:rsidR="000538D4" w:rsidRDefault="00000000">
            <w:pPr>
              <w:spacing w:after="0"/>
            </w:pPr>
            <w:sdt>
              <w:sdtPr>
                <w:alias w:val="Checkbox 064"/>
                <w:tag w:val="CHECK_064"/>
                <w:id w:val="10064"/>
                <w14:checkbox>
                  <w14:checked w14:val="0"/>
                  <w14:checkedState w14:val="2612" w14:font="MS Gothic"/>
                  <w14:uncheckedState w14:val="2610" w14:font="MS Gothic"/>
                </w14:checkbox>
              </w:sdtPr>
              <w:sdtContent>
                <w:r w:rsidR="00CC6CE1">
                  <w:rPr>
                    <w:sz w:val="17"/>
                  </w:rPr>
                  <w:t>☐</w:t>
                </w:r>
              </w:sdtContent>
            </w:sdt>
            <w:r w:rsidR="00CC6CE1">
              <w:rPr>
                <w:sz w:val="17"/>
              </w:rPr>
              <w:t xml:space="preserve"> Yes   </w:t>
            </w:r>
            <w:sdt>
              <w:sdtPr>
                <w:alias w:val="Checkbox 065"/>
                <w:tag w:val="CHECK_065"/>
                <w:id w:val="10065"/>
                <w14:checkbox>
                  <w14:checked w14:val="0"/>
                  <w14:checkedState w14:val="2612" w14:font="MS Gothic"/>
                  <w14:uncheckedState w14:val="2610" w14:font="MS Gothic"/>
                </w14:checkbox>
              </w:sdtPr>
              <w:sdtContent>
                <w:r w:rsidR="00CC6CE1">
                  <w:rPr>
                    <w:sz w:val="17"/>
                  </w:rPr>
                  <w:t>☐</w:t>
                </w:r>
              </w:sdtContent>
            </w:sdt>
            <w:r w:rsidR="00CC6CE1">
              <w:rPr>
                <w:sz w:val="17"/>
              </w:rPr>
              <w:t xml:space="preserve"> No</w:t>
            </w:r>
          </w:p>
        </w:tc>
      </w:tr>
      <w:tr w:rsidR="000538D4" w14:paraId="5AB11BCC" w14:textId="77777777">
        <w:trPr>
          <w:jc w:val="center"/>
        </w:trPr>
        <w:tc>
          <w:tcPr>
            <w:tcW w:w="7027" w:type="dxa"/>
            <w:tcMar>
              <w:top w:w="90" w:type="dxa"/>
              <w:left w:w="105" w:type="dxa"/>
              <w:bottom w:w="90" w:type="dxa"/>
              <w:right w:w="105" w:type="dxa"/>
            </w:tcMar>
            <w:vAlign w:val="center"/>
          </w:tcPr>
          <w:p w14:paraId="7CB20EFD" w14:textId="77777777" w:rsidR="000538D4" w:rsidRDefault="00CC6CE1">
            <w:pPr>
              <w:spacing w:after="0"/>
            </w:pPr>
            <w:r>
              <w:rPr>
                <w:sz w:val="17"/>
              </w:rPr>
              <w:t>Will you film your event?</w:t>
            </w:r>
          </w:p>
        </w:tc>
        <w:tc>
          <w:tcPr>
            <w:tcW w:w="2722" w:type="dxa"/>
            <w:tcMar>
              <w:top w:w="90" w:type="dxa"/>
              <w:left w:w="105" w:type="dxa"/>
              <w:bottom w:w="90" w:type="dxa"/>
              <w:right w:w="105" w:type="dxa"/>
            </w:tcMar>
            <w:vAlign w:val="center"/>
          </w:tcPr>
          <w:p w14:paraId="55F60881" w14:textId="77777777" w:rsidR="000538D4" w:rsidRDefault="00000000">
            <w:pPr>
              <w:spacing w:after="0"/>
            </w:pPr>
            <w:sdt>
              <w:sdtPr>
                <w:alias w:val="Checkbox 066"/>
                <w:tag w:val="CHECK_066"/>
                <w:id w:val="10066"/>
                <w14:checkbox>
                  <w14:checked w14:val="0"/>
                  <w14:checkedState w14:val="2612" w14:font="MS Gothic"/>
                  <w14:uncheckedState w14:val="2610" w14:font="MS Gothic"/>
                </w14:checkbox>
              </w:sdtPr>
              <w:sdtContent>
                <w:r w:rsidR="00CC6CE1">
                  <w:rPr>
                    <w:sz w:val="17"/>
                  </w:rPr>
                  <w:t>☐</w:t>
                </w:r>
              </w:sdtContent>
            </w:sdt>
            <w:r w:rsidR="00CC6CE1">
              <w:rPr>
                <w:sz w:val="17"/>
              </w:rPr>
              <w:t xml:space="preserve"> Yes   </w:t>
            </w:r>
            <w:sdt>
              <w:sdtPr>
                <w:alias w:val="Checkbox 067"/>
                <w:tag w:val="CHECK_067"/>
                <w:id w:val="10067"/>
                <w14:checkbox>
                  <w14:checked w14:val="0"/>
                  <w14:checkedState w14:val="2612" w14:font="MS Gothic"/>
                  <w14:uncheckedState w14:val="2610" w14:font="MS Gothic"/>
                </w14:checkbox>
              </w:sdtPr>
              <w:sdtContent>
                <w:r w:rsidR="00CC6CE1">
                  <w:rPr>
                    <w:sz w:val="17"/>
                  </w:rPr>
                  <w:t>☐</w:t>
                </w:r>
              </w:sdtContent>
            </w:sdt>
            <w:r w:rsidR="00CC6CE1">
              <w:rPr>
                <w:sz w:val="17"/>
              </w:rPr>
              <w:t xml:space="preserve"> No</w:t>
            </w:r>
          </w:p>
        </w:tc>
      </w:tr>
      <w:tr w:rsidR="000538D4" w14:paraId="7C009AE7" w14:textId="77777777">
        <w:trPr>
          <w:jc w:val="center"/>
        </w:trPr>
        <w:tc>
          <w:tcPr>
            <w:tcW w:w="7027" w:type="dxa"/>
            <w:tcMar>
              <w:top w:w="90" w:type="dxa"/>
              <w:left w:w="105" w:type="dxa"/>
              <w:bottom w:w="90" w:type="dxa"/>
              <w:right w:w="105" w:type="dxa"/>
            </w:tcMar>
            <w:vAlign w:val="center"/>
          </w:tcPr>
          <w:p w14:paraId="57844044" w14:textId="77777777" w:rsidR="000538D4" w:rsidRDefault="00CC6CE1">
            <w:pPr>
              <w:spacing w:after="0"/>
            </w:pPr>
            <w:r>
              <w:rPr>
                <w:sz w:val="17"/>
              </w:rPr>
              <w:t>Will you book City of Darwin event equipment? (Fees may apply.)</w:t>
            </w:r>
          </w:p>
        </w:tc>
        <w:tc>
          <w:tcPr>
            <w:tcW w:w="2722" w:type="dxa"/>
            <w:tcMar>
              <w:top w:w="90" w:type="dxa"/>
              <w:left w:w="105" w:type="dxa"/>
              <w:bottom w:w="90" w:type="dxa"/>
              <w:right w:w="105" w:type="dxa"/>
            </w:tcMar>
            <w:vAlign w:val="center"/>
          </w:tcPr>
          <w:p w14:paraId="07A264C5" w14:textId="77777777" w:rsidR="000538D4" w:rsidRDefault="00000000">
            <w:pPr>
              <w:spacing w:after="0"/>
            </w:pPr>
            <w:sdt>
              <w:sdtPr>
                <w:alias w:val="Checkbox 068"/>
                <w:tag w:val="CHECK_068"/>
                <w:id w:val="10068"/>
                <w14:checkbox>
                  <w14:checked w14:val="0"/>
                  <w14:checkedState w14:val="2612" w14:font="MS Gothic"/>
                  <w14:uncheckedState w14:val="2610" w14:font="MS Gothic"/>
                </w14:checkbox>
              </w:sdtPr>
              <w:sdtContent>
                <w:r w:rsidR="00CC6CE1">
                  <w:rPr>
                    <w:sz w:val="17"/>
                  </w:rPr>
                  <w:t>☐</w:t>
                </w:r>
              </w:sdtContent>
            </w:sdt>
            <w:r w:rsidR="00CC6CE1">
              <w:rPr>
                <w:sz w:val="17"/>
              </w:rPr>
              <w:t xml:space="preserve"> Yes   </w:t>
            </w:r>
            <w:sdt>
              <w:sdtPr>
                <w:alias w:val="Checkbox 069"/>
                <w:tag w:val="CHECK_069"/>
                <w:id w:val="10069"/>
                <w14:checkbox>
                  <w14:checked w14:val="0"/>
                  <w14:checkedState w14:val="2612" w14:font="MS Gothic"/>
                  <w14:uncheckedState w14:val="2610" w14:font="MS Gothic"/>
                </w14:checkbox>
              </w:sdtPr>
              <w:sdtContent>
                <w:r w:rsidR="00CC6CE1">
                  <w:rPr>
                    <w:sz w:val="17"/>
                  </w:rPr>
                  <w:t>☐</w:t>
                </w:r>
              </w:sdtContent>
            </w:sdt>
            <w:r w:rsidR="00CC6CE1">
              <w:rPr>
                <w:sz w:val="17"/>
              </w:rPr>
              <w:t xml:space="preserve"> No</w:t>
            </w:r>
          </w:p>
        </w:tc>
      </w:tr>
    </w:tbl>
    <w:p w14:paraId="3E4378BE" w14:textId="77777777" w:rsidR="000538D4" w:rsidRDefault="00CC6CE1">
      <w:pPr>
        <w:spacing w:before="100" w:after="60"/>
      </w:pPr>
      <w:r>
        <w:rPr>
          <w:b/>
        </w:rPr>
        <w:t>Details of equipment, suppliers, food vendors, entertainment or other Yes responses above</w:t>
      </w:r>
    </w:p>
    <w:tbl>
      <w:tblPr>
        <w:tblStyle w:val="TableGrid"/>
        <w:tblW w:w="0" w:type="auto"/>
        <w:jc w:val="center"/>
        <w:tblLayout w:type="fixed"/>
        <w:tblLook w:val="04A0" w:firstRow="1" w:lastRow="0" w:firstColumn="1" w:lastColumn="0" w:noHBand="0" w:noVBand="1"/>
      </w:tblPr>
      <w:tblGrid>
        <w:gridCol w:w="9732"/>
      </w:tblGrid>
      <w:tr w:rsidR="000538D4" w14:paraId="0F1F4616" w14:textId="77777777" w:rsidTr="00132B31">
        <w:trPr>
          <w:trHeight w:val="1754"/>
          <w:jc w:val="center"/>
        </w:trPr>
        <w:tc>
          <w:tcPr>
            <w:tcW w:w="9732" w:type="dxa"/>
            <w:shd w:val="clear" w:color="auto" w:fill="D9D9D9" w:themeFill="background1" w:themeFillShade="D9"/>
            <w:tcMar>
              <w:top w:w="90" w:type="dxa"/>
              <w:left w:w="105" w:type="dxa"/>
              <w:bottom w:w="90" w:type="dxa"/>
              <w:right w:w="105" w:type="dxa"/>
            </w:tcMar>
            <w:vAlign w:val="center"/>
          </w:tcPr>
          <w:p w14:paraId="3D7BEF5C" w14:textId="53630CC1" w:rsidR="000538D4" w:rsidRDefault="00000000">
            <w:pPr>
              <w:spacing w:after="0"/>
            </w:pPr>
            <w:sdt>
              <w:sdtPr>
                <w:alias w:val="Text field 070"/>
                <w:tag w:val="TEXT_070"/>
                <w:id w:val="10070"/>
                <w:placeholder>
                  <w:docPart w:val="2A878BBFD477412A8FE62D30857B5782"/>
                </w:placeholder>
                <w:showingPlcHdr/>
                <w:text w:multiLine="1"/>
              </w:sdtPr>
              <w:sdtContent>
                <w:r w:rsidR="00B25DDF">
                  <w:t xml:space="preserve">     </w:t>
                </w:r>
              </w:sdtContent>
            </w:sdt>
          </w:p>
          <w:p w14:paraId="569A6A32" w14:textId="77777777" w:rsidR="000538D4" w:rsidRDefault="00CC6CE1">
            <w:r>
              <w:t xml:space="preserve"> </w:t>
            </w:r>
          </w:p>
          <w:p w14:paraId="7CE8EED4" w14:textId="77777777" w:rsidR="000538D4" w:rsidRDefault="00CC6CE1">
            <w:r>
              <w:t xml:space="preserve"> </w:t>
            </w:r>
          </w:p>
        </w:tc>
      </w:tr>
    </w:tbl>
    <w:p w14:paraId="3DD07244" w14:textId="77777777" w:rsidR="000538D4" w:rsidRDefault="000538D4">
      <w:pPr>
        <w:spacing w:after="0"/>
      </w:pPr>
    </w:p>
    <w:p w14:paraId="64C2019C" w14:textId="77777777" w:rsidR="00F975EB" w:rsidRDefault="00F975EB">
      <w:pPr>
        <w:pStyle w:val="Heading1"/>
      </w:pPr>
    </w:p>
    <w:p w14:paraId="13BBC99D" w14:textId="6E573917" w:rsidR="006F505E" w:rsidRDefault="006F505E">
      <w:pPr>
        <w:spacing w:after="200"/>
        <w:rPr>
          <w:rFonts w:asciiTheme="majorHAnsi" w:eastAsiaTheme="majorEastAsia" w:hAnsiTheme="majorHAnsi" w:cstheme="majorBidi"/>
          <w:b/>
          <w:bCs/>
          <w:color w:val="578741"/>
          <w:sz w:val="24"/>
          <w:szCs w:val="28"/>
        </w:rPr>
      </w:pPr>
    </w:p>
    <w:p w14:paraId="00BC5DFE" w14:textId="646F0FBE" w:rsidR="000538D4" w:rsidRPr="009E5C2E" w:rsidRDefault="00CC6CE1">
      <w:pPr>
        <w:pStyle w:val="Heading1"/>
        <w:rPr>
          <w:color w:val="1F497D" w:themeColor="text2"/>
        </w:rPr>
      </w:pPr>
      <w:r w:rsidRPr="009E5C2E">
        <w:rPr>
          <w:color w:val="1F497D" w:themeColor="text2"/>
        </w:rPr>
        <w:t>SECTION 5 – OPERATIONAL REQUIREMENTS (CONTINUED)</w:t>
      </w:r>
    </w:p>
    <w:p w14:paraId="4E8F0769" w14:textId="01BB4219" w:rsidR="000538D4" w:rsidRDefault="000538D4">
      <w:pPr>
        <w:spacing w:after="100"/>
      </w:pPr>
    </w:p>
    <w:tbl>
      <w:tblPr>
        <w:tblStyle w:val="TableGrid"/>
        <w:tblW w:w="0" w:type="auto"/>
        <w:jc w:val="center"/>
        <w:tblLayout w:type="fixed"/>
        <w:tblLook w:val="04A0" w:firstRow="1" w:lastRow="0" w:firstColumn="1" w:lastColumn="0" w:noHBand="0" w:noVBand="1"/>
      </w:tblPr>
      <w:tblGrid>
        <w:gridCol w:w="7027"/>
        <w:gridCol w:w="2722"/>
      </w:tblGrid>
      <w:tr w:rsidR="000538D4" w14:paraId="6115BB3C" w14:textId="77777777">
        <w:trPr>
          <w:jc w:val="center"/>
        </w:trPr>
        <w:tc>
          <w:tcPr>
            <w:tcW w:w="7027" w:type="dxa"/>
            <w:tcMar>
              <w:top w:w="90" w:type="dxa"/>
              <w:left w:w="105" w:type="dxa"/>
              <w:bottom w:w="90" w:type="dxa"/>
              <w:right w:w="105" w:type="dxa"/>
            </w:tcMar>
            <w:vAlign w:val="center"/>
          </w:tcPr>
          <w:p w14:paraId="601C2361" w14:textId="77777777" w:rsidR="000538D4" w:rsidRDefault="00CC6CE1">
            <w:pPr>
              <w:spacing w:after="0"/>
            </w:pPr>
            <w:r>
              <w:rPr>
                <w:sz w:val="17"/>
              </w:rPr>
              <w:t>Will your event have a Welcome to Country?</w:t>
            </w:r>
          </w:p>
        </w:tc>
        <w:tc>
          <w:tcPr>
            <w:tcW w:w="2722" w:type="dxa"/>
            <w:tcMar>
              <w:top w:w="90" w:type="dxa"/>
              <w:left w:w="105" w:type="dxa"/>
              <w:bottom w:w="90" w:type="dxa"/>
              <w:right w:w="105" w:type="dxa"/>
            </w:tcMar>
            <w:vAlign w:val="center"/>
          </w:tcPr>
          <w:p w14:paraId="32863115" w14:textId="77777777" w:rsidR="000538D4" w:rsidRDefault="00000000">
            <w:pPr>
              <w:spacing w:after="0"/>
            </w:pPr>
            <w:sdt>
              <w:sdtPr>
                <w:alias w:val="Checkbox 075"/>
                <w:tag w:val="CHECK_075"/>
                <w:id w:val="10075"/>
                <w14:checkbox>
                  <w14:checked w14:val="0"/>
                  <w14:checkedState w14:val="2612" w14:font="MS Gothic"/>
                  <w14:uncheckedState w14:val="2610" w14:font="MS Gothic"/>
                </w14:checkbox>
              </w:sdtPr>
              <w:sdtContent>
                <w:r w:rsidR="00CC6CE1">
                  <w:rPr>
                    <w:sz w:val="17"/>
                  </w:rPr>
                  <w:t>☐</w:t>
                </w:r>
              </w:sdtContent>
            </w:sdt>
            <w:r w:rsidR="00CC6CE1">
              <w:rPr>
                <w:sz w:val="17"/>
              </w:rPr>
              <w:t xml:space="preserve"> Yes   </w:t>
            </w:r>
            <w:sdt>
              <w:sdtPr>
                <w:alias w:val="Checkbox 076"/>
                <w:tag w:val="CHECK_076"/>
                <w:id w:val="10076"/>
                <w14:checkbox>
                  <w14:checked w14:val="0"/>
                  <w14:checkedState w14:val="2612" w14:font="MS Gothic"/>
                  <w14:uncheckedState w14:val="2610" w14:font="MS Gothic"/>
                </w14:checkbox>
              </w:sdtPr>
              <w:sdtContent>
                <w:r w:rsidR="00CC6CE1">
                  <w:rPr>
                    <w:sz w:val="17"/>
                  </w:rPr>
                  <w:t>☐</w:t>
                </w:r>
              </w:sdtContent>
            </w:sdt>
            <w:r w:rsidR="00CC6CE1">
              <w:rPr>
                <w:sz w:val="17"/>
              </w:rPr>
              <w:t xml:space="preserve"> No</w:t>
            </w:r>
          </w:p>
        </w:tc>
      </w:tr>
      <w:tr w:rsidR="000538D4" w14:paraId="73AFEB4E" w14:textId="77777777">
        <w:trPr>
          <w:jc w:val="center"/>
        </w:trPr>
        <w:tc>
          <w:tcPr>
            <w:tcW w:w="7027" w:type="dxa"/>
            <w:tcMar>
              <w:top w:w="90" w:type="dxa"/>
              <w:left w:w="105" w:type="dxa"/>
              <w:bottom w:w="90" w:type="dxa"/>
              <w:right w:w="105" w:type="dxa"/>
            </w:tcMar>
            <w:vAlign w:val="center"/>
          </w:tcPr>
          <w:p w14:paraId="19BCC703" w14:textId="77777777" w:rsidR="000538D4" w:rsidRDefault="00CC6CE1">
            <w:pPr>
              <w:spacing w:after="0"/>
            </w:pPr>
            <w:r>
              <w:rPr>
                <w:sz w:val="17"/>
              </w:rPr>
              <w:t>If yes, will it include a Smoking Ceremony?</w:t>
            </w:r>
          </w:p>
        </w:tc>
        <w:tc>
          <w:tcPr>
            <w:tcW w:w="2722" w:type="dxa"/>
            <w:tcMar>
              <w:top w:w="90" w:type="dxa"/>
              <w:left w:w="105" w:type="dxa"/>
              <w:bottom w:w="90" w:type="dxa"/>
              <w:right w:w="105" w:type="dxa"/>
            </w:tcMar>
            <w:vAlign w:val="center"/>
          </w:tcPr>
          <w:p w14:paraId="7A2B8C3D" w14:textId="77777777" w:rsidR="000538D4" w:rsidRDefault="00000000">
            <w:pPr>
              <w:spacing w:after="0"/>
            </w:pPr>
            <w:sdt>
              <w:sdtPr>
                <w:alias w:val="Checkbox 077"/>
                <w:tag w:val="CHECK_077"/>
                <w:id w:val="10077"/>
                <w14:checkbox>
                  <w14:checked w14:val="0"/>
                  <w14:checkedState w14:val="2612" w14:font="MS Gothic"/>
                  <w14:uncheckedState w14:val="2610" w14:font="MS Gothic"/>
                </w14:checkbox>
              </w:sdtPr>
              <w:sdtContent>
                <w:r w:rsidR="00CC6CE1">
                  <w:rPr>
                    <w:sz w:val="17"/>
                  </w:rPr>
                  <w:t>☐</w:t>
                </w:r>
              </w:sdtContent>
            </w:sdt>
            <w:r w:rsidR="00CC6CE1">
              <w:rPr>
                <w:sz w:val="17"/>
              </w:rPr>
              <w:t xml:space="preserve"> Yes   </w:t>
            </w:r>
            <w:sdt>
              <w:sdtPr>
                <w:alias w:val="Checkbox 078"/>
                <w:tag w:val="CHECK_078"/>
                <w:id w:val="10078"/>
                <w14:checkbox>
                  <w14:checked w14:val="0"/>
                  <w14:checkedState w14:val="2612" w14:font="MS Gothic"/>
                  <w14:uncheckedState w14:val="2610" w14:font="MS Gothic"/>
                </w14:checkbox>
              </w:sdtPr>
              <w:sdtContent>
                <w:r w:rsidR="00CC6CE1">
                  <w:rPr>
                    <w:sz w:val="17"/>
                  </w:rPr>
                  <w:t>☐</w:t>
                </w:r>
              </w:sdtContent>
            </w:sdt>
            <w:r w:rsidR="00CC6CE1">
              <w:rPr>
                <w:sz w:val="17"/>
              </w:rPr>
              <w:t xml:space="preserve"> No</w:t>
            </w:r>
          </w:p>
        </w:tc>
      </w:tr>
    </w:tbl>
    <w:p w14:paraId="3EE305F3" w14:textId="25A1CBFB" w:rsidR="000538D4" w:rsidRDefault="00CC6CE1">
      <w:pPr>
        <w:spacing w:after="100"/>
      </w:pPr>
      <w:r>
        <w:rPr>
          <w:sz w:val="16"/>
        </w:rPr>
        <w:t xml:space="preserve">Please contact </w:t>
      </w:r>
      <w:hyperlink r:id="rId12" w:history="1">
        <w:r w:rsidRPr="00C60404">
          <w:rPr>
            <w:rStyle w:val="Hyperlink"/>
            <w:sz w:val="16"/>
          </w:rPr>
          <w:t>Larrakia Nation</w:t>
        </w:r>
      </w:hyperlink>
      <w:r>
        <w:rPr>
          <w:sz w:val="16"/>
        </w:rPr>
        <w:t xml:space="preserve"> to book this service.</w:t>
      </w:r>
    </w:p>
    <w:tbl>
      <w:tblPr>
        <w:tblStyle w:val="TableGrid"/>
        <w:tblW w:w="0" w:type="auto"/>
        <w:jc w:val="center"/>
        <w:tblLayout w:type="fixed"/>
        <w:tblLook w:val="04A0" w:firstRow="1" w:lastRow="0" w:firstColumn="1" w:lastColumn="0" w:noHBand="0" w:noVBand="1"/>
      </w:tblPr>
      <w:tblGrid>
        <w:gridCol w:w="7027"/>
        <w:gridCol w:w="2722"/>
      </w:tblGrid>
      <w:tr w:rsidR="000538D4" w14:paraId="039CA93C" w14:textId="77777777">
        <w:trPr>
          <w:jc w:val="center"/>
        </w:trPr>
        <w:tc>
          <w:tcPr>
            <w:tcW w:w="7027" w:type="dxa"/>
            <w:tcMar>
              <w:top w:w="90" w:type="dxa"/>
              <w:left w:w="105" w:type="dxa"/>
              <w:bottom w:w="90" w:type="dxa"/>
              <w:right w:w="105" w:type="dxa"/>
            </w:tcMar>
            <w:vAlign w:val="center"/>
          </w:tcPr>
          <w:p w14:paraId="2668036F" w14:textId="77777777" w:rsidR="000538D4" w:rsidRDefault="00CC6CE1">
            <w:pPr>
              <w:spacing w:after="0"/>
            </w:pPr>
            <w:r>
              <w:rPr>
                <w:sz w:val="17"/>
              </w:rPr>
              <w:t>Do you require vehicle access at the event location?</w:t>
            </w:r>
          </w:p>
        </w:tc>
        <w:tc>
          <w:tcPr>
            <w:tcW w:w="2722" w:type="dxa"/>
            <w:tcMar>
              <w:top w:w="90" w:type="dxa"/>
              <w:left w:w="105" w:type="dxa"/>
              <w:bottom w:w="90" w:type="dxa"/>
              <w:right w:w="105" w:type="dxa"/>
            </w:tcMar>
            <w:vAlign w:val="center"/>
          </w:tcPr>
          <w:p w14:paraId="7F589016" w14:textId="77777777" w:rsidR="000538D4" w:rsidRDefault="00000000">
            <w:pPr>
              <w:spacing w:after="0"/>
            </w:pPr>
            <w:sdt>
              <w:sdtPr>
                <w:alias w:val="Checkbox 079"/>
                <w:tag w:val="CHECK_079"/>
                <w:id w:val="10079"/>
                <w14:checkbox>
                  <w14:checked w14:val="0"/>
                  <w14:checkedState w14:val="2612" w14:font="MS Gothic"/>
                  <w14:uncheckedState w14:val="2610" w14:font="MS Gothic"/>
                </w14:checkbox>
              </w:sdtPr>
              <w:sdtContent>
                <w:r w:rsidR="00CC6CE1">
                  <w:rPr>
                    <w:sz w:val="17"/>
                  </w:rPr>
                  <w:t>☐</w:t>
                </w:r>
              </w:sdtContent>
            </w:sdt>
            <w:r w:rsidR="00CC6CE1">
              <w:rPr>
                <w:sz w:val="17"/>
              </w:rPr>
              <w:t xml:space="preserve"> Yes   </w:t>
            </w:r>
            <w:sdt>
              <w:sdtPr>
                <w:alias w:val="Checkbox 080"/>
                <w:tag w:val="CHECK_080"/>
                <w:id w:val="10080"/>
                <w14:checkbox>
                  <w14:checked w14:val="0"/>
                  <w14:checkedState w14:val="2612" w14:font="MS Gothic"/>
                  <w14:uncheckedState w14:val="2610" w14:font="MS Gothic"/>
                </w14:checkbox>
              </w:sdtPr>
              <w:sdtContent>
                <w:r w:rsidR="00CC6CE1">
                  <w:rPr>
                    <w:sz w:val="17"/>
                  </w:rPr>
                  <w:t>☐</w:t>
                </w:r>
              </w:sdtContent>
            </w:sdt>
            <w:r w:rsidR="00CC6CE1">
              <w:rPr>
                <w:sz w:val="17"/>
              </w:rPr>
              <w:t xml:space="preserve"> No</w:t>
            </w:r>
          </w:p>
        </w:tc>
      </w:tr>
    </w:tbl>
    <w:p w14:paraId="2C152569" w14:textId="77777777" w:rsidR="000538D4" w:rsidRDefault="00CC6CE1">
      <w:pPr>
        <w:spacing w:before="100" w:after="60"/>
      </w:pPr>
      <w:r>
        <w:rPr>
          <w:b/>
        </w:rPr>
        <w:t>Vehicle access requirements (if yes)</w:t>
      </w:r>
    </w:p>
    <w:tbl>
      <w:tblPr>
        <w:tblStyle w:val="TableGrid"/>
        <w:tblW w:w="0" w:type="auto"/>
        <w:jc w:val="center"/>
        <w:tblLayout w:type="fixed"/>
        <w:tblLook w:val="04A0" w:firstRow="1" w:lastRow="0" w:firstColumn="1" w:lastColumn="0" w:noHBand="0" w:noVBand="1"/>
      </w:tblPr>
      <w:tblGrid>
        <w:gridCol w:w="9749"/>
      </w:tblGrid>
      <w:tr w:rsidR="000538D4" w14:paraId="502B9862" w14:textId="77777777" w:rsidTr="00837EF3">
        <w:trPr>
          <w:jc w:val="center"/>
        </w:trPr>
        <w:tc>
          <w:tcPr>
            <w:tcW w:w="9749" w:type="dxa"/>
            <w:shd w:val="clear" w:color="auto" w:fill="D9D9D9" w:themeFill="background1" w:themeFillShade="D9"/>
            <w:tcMar>
              <w:top w:w="90" w:type="dxa"/>
              <w:left w:w="105" w:type="dxa"/>
              <w:bottom w:w="90" w:type="dxa"/>
              <w:right w:w="105" w:type="dxa"/>
            </w:tcMar>
            <w:vAlign w:val="center"/>
          </w:tcPr>
          <w:p w14:paraId="4248F2FA" w14:textId="77777777" w:rsidR="000538D4" w:rsidRDefault="00000000">
            <w:pPr>
              <w:spacing w:after="0"/>
            </w:pPr>
            <w:sdt>
              <w:sdtPr>
                <w:alias w:val="Text field 081"/>
                <w:tag w:val="TEXT_081"/>
                <w:id w:val="10081"/>
                <w:placeholder>
                  <w:docPart w:val="1F3C5677114A42238D5E1C3908937813"/>
                </w:placeholder>
                <w:showingPlcHdr/>
                <w:text w:multiLine="1"/>
              </w:sdtPr>
              <w:sdtContent>
                <w:r w:rsidR="00CC6CE1">
                  <w:rPr>
                    <w:i/>
                    <w:color w:val="677A85"/>
                    <w:sz w:val="17"/>
                  </w:rPr>
                  <w:t>Click or tap here to enter text</w:t>
                </w:r>
              </w:sdtContent>
            </w:sdt>
          </w:p>
          <w:p w14:paraId="039E45C1" w14:textId="77777777" w:rsidR="000538D4" w:rsidRDefault="00CC6CE1">
            <w:r>
              <w:t xml:space="preserve"> </w:t>
            </w:r>
          </w:p>
          <w:p w14:paraId="69E6A3ED" w14:textId="77777777" w:rsidR="000538D4" w:rsidRDefault="00CC6CE1">
            <w:r>
              <w:t xml:space="preserve"> </w:t>
            </w:r>
          </w:p>
        </w:tc>
      </w:tr>
    </w:tbl>
    <w:p w14:paraId="3381C6E9" w14:textId="77777777" w:rsidR="000538D4" w:rsidRDefault="000538D4">
      <w:pPr>
        <w:spacing w:after="0"/>
      </w:pPr>
    </w:p>
    <w:tbl>
      <w:tblPr>
        <w:tblStyle w:val="TableGrid"/>
        <w:tblW w:w="0" w:type="auto"/>
        <w:jc w:val="center"/>
        <w:tblLayout w:type="fixed"/>
        <w:tblLook w:val="04A0" w:firstRow="1" w:lastRow="0" w:firstColumn="1" w:lastColumn="0" w:noHBand="0" w:noVBand="1"/>
      </w:tblPr>
      <w:tblGrid>
        <w:gridCol w:w="7027"/>
        <w:gridCol w:w="2722"/>
      </w:tblGrid>
      <w:tr w:rsidR="000538D4" w14:paraId="63BC299B" w14:textId="77777777">
        <w:trPr>
          <w:jc w:val="center"/>
        </w:trPr>
        <w:tc>
          <w:tcPr>
            <w:tcW w:w="7027" w:type="dxa"/>
            <w:tcMar>
              <w:top w:w="90" w:type="dxa"/>
              <w:left w:w="105" w:type="dxa"/>
              <w:bottom w:w="90" w:type="dxa"/>
              <w:right w:w="105" w:type="dxa"/>
            </w:tcMar>
            <w:vAlign w:val="center"/>
          </w:tcPr>
          <w:p w14:paraId="14B8B449" w14:textId="77777777" w:rsidR="000538D4" w:rsidRDefault="00CC6CE1">
            <w:pPr>
              <w:spacing w:after="0"/>
            </w:pPr>
            <w:r>
              <w:rPr>
                <w:sz w:val="17"/>
              </w:rPr>
              <w:t>Are you introducing other infrastructure (e.g. BBQs or marquees)?</w:t>
            </w:r>
          </w:p>
        </w:tc>
        <w:tc>
          <w:tcPr>
            <w:tcW w:w="2722" w:type="dxa"/>
            <w:tcMar>
              <w:top w:w="90" w:type="dxa"/>
              <w:left w:w="105" w:type="dxa"/>
              <w:bottom w:w="90" w:type="dxa"/>
              <w:right w:w="105" w:type="dxa"/>
            </w:tcMar>
            <w:vAlign w:val="center"/>
          </w:tcPr>
          <w:p w14:paraId="0CE90D9E" w14:textId="77777777" w:rsidR="000538D4" w:rsidRDefault="00000000">
            <w:pPr>
              <w:spacing w:after="0"/>
            </w:pPr>
            <w:sdt>
              <w:sdtPr>
                <w:alias w:val="Checkbox 082"/>
                <w:tag w:val="CHECK_082"/>
                <w:id w:val="10082"/>
                <w14:checkbox>
                  <w14:checked w14:val="0"/>
                  <w14:checkedState w14:val="2612" w14:font="MS Gothic"/>
                  <w14:uncheckedState w14:val="2610" w14:font="MS Gothic"/>
                </w14:checkbox>
              </w:sdtPr>
              <w:sdtContent>
                <w:r w:rsidR="00CC6CE1">
                  <w:rPr>
                    <w:sz w:val="17"/>
                  </w:rPr>
                  <w:t>☐</w:t>
                </w:r>
              </w:sdtContent>
            </w:sdt>
            <w:r w:rsidR="00CC6CE1">
              <w:rPr>
                <w:sz w:val="17"/>
              </w:rPr>
              <w:t xml:space="preserve"> Yes   </w:t>
            </w:r>
            <w:sdt>
              <w:sdtPr>
                <w:alias w:val="Checkbox 083"/>
                <w:tag w:val="CHECK_083"/>
                <w:id w:val="10083"/>
                <w14:checkbox>
                  <w14:checked w14:val="0"/>
                  <w14:checkedState w14:val="2612" w14:font="MS Gothic"/>
                  <w14:uncheckedState w14:val="2610" w14:font="MS Gothic"/>
                </w14:checkbox>
              </w:sdtPr>
              <w:sdtContent>
                <w:r w:rsidR="00CC6CE1">
                  <w:rPr>
                    <w:sz w:val="17"/>
                  </w:rPr>
                  <w:t>☐</w:t>
                </w:r>
              </w:sdtContent>
            </w:sdt>
            <w:r w:rsidR="00CC6CE1">
              <w:rPr>
                <w:sz w:val="17"/>
              </w:rPr>
              <w:t xml:space="preserve"> No</w:t>
            </w:r>
          </w:p>
        </w:tc>
      </w:tr>
    </w:tbl>
    <w:p w14:paraId="44951CE3" w14:textId="1821F54C" w:rsidR="000538D4" w:rsidRDefault="00CC6CE1">
      <w:pPr>
        <w:spacing w:before="100" w:after="60"/>
      </w:pPr>
      <w:r>
        <w:rPr>
          <w:b/>
        </w:rPr>
        <w:t xml:space="preserve">Infrastructure details (if yes; </w:t>
      </w:r>
      <w:r w:rsidR="00837EF3">
        <w:rPr>
          <w:b/>
        </w:rPr>
        <w:t>details required</w:t>
      </w:r>
      <w:r>
        <w:rPr>
          <w:b/>
        </w:rPr>
        <w:t>)</w:t>
      </w:r>
    </w:p>
    <w:tbl>
      <w:tblPr>
        <w:tblStyle w:val="TableGrid"/>
        <w:tblW w:w="0" w:type="auto"/>
        <w:jc w:val="center"/>
        <w:tblLayout w:type="fixed"/>
        <w:tblLook w:val="04A0" w:firstRow="1" w:lastRow="0" w:firstColumn="1" w:lastColumn="0" w:noHBand="0" w:noVBand="1"/>
      </w:tblPr>
      <w:tblGrid>
        <w:gridCol w:w="9749"/>
      </w:tblGrid>
      <w:tr w:rsidR="000538D4" w14:paraId="2FA34BBC" w14:textId="77777777" w:rsidTr="00837EF3">
        <w:trPr>
          <w:jc w:val="center"/>
        </w:trPr>
        <w:tc>
          <w:tcPr>
            <w:tcW w:w="9749" w:type="dxa"/>
            <w:shd w:val="clear" w:color="auto" w:fill="D9D9D9" w:themeFill="background1" w:themeFillShade="D9"/>
            <w:tcMar>
              <w:top w:w="90" w:type="dxa"/>
              <w:left w:w="105" w:type="dxa"/>
              <w:bottom w:w="90" w:type="dxa"/>
              <w:right w:w="105" w:type="dxa"/>
            </w:tcMar>
            <w:vAlign w:val="center"/>
          </w:tcPr>
          <w:p w14:paraId="27821ACA" w14:textId="1708813E" w:rsidR="000538D4" w:rsidRDefault="00000000">
            <w:pPr>
              <w:spacing w:after="0"/>
            </w:pPr>
            <w:sdt>
              <w:sdtPr>
                <w:alias w:val="Text field 084"/>
                <w:tag w:val="TEXT_084"/>
                <w:id w:val="10084"/>
                <w:placeholder>
                  <w:docPart w:val="92ED42CD200E403BB359BF5CA8608180"/>
                </w:placeholder>
                <w:showingPlcHdr/>
                <w:text w:multiLine="1"/>
              </w:sdtPr>
              <w:sdtContent>
                <w:r w:rsidR="00B25DDF">
                  <w:t xml:space="preserve">     </w:t>
                </w:r>
              </w:sdtContent>
            </w:sdt>
          </w:p>
          <w:p w14:paraId="454A878E" w14:textId="77777777" w:rsidR="000538D4" w:rsidRDefault="00CC6CE1">
            <w:r>
              <w:t xml:space="preserve"> </w:t>
            </w:r>
          </w:p>
          <w:p w14:paraId="573F3A10" w14:textId="77777777" w:rsidR="000538D4" w:rsidRDefault="00CC6CE1">
            <w:r>
              <w:t xml:space="preserve"> </w:t>
            </w:r>
          </w:p>
        </w:tc>
      </w:tr>
    </w:tbl>
    <w:p w14:paraId="269D2F8F" w14:textId="77777777" w:rsidR="000538D4" w:rsidRDefault="000538D4">
      <w:pPr>
        <w:spacing w:after="0"/>
      </w:pPr>
    </w:p>
    <w:p w14:paraId="773646A1" w14:textId="77777777" w:rsidR="000538D4" w:rsidRDefault="00CC6CE1">
      <w:pPr>
        <w:spacing w:after="100"/>
      </w:pPr>
      <w:r>
        <w:rPr>
          <w:sz w:val="16"/>
        </w:rPr>
        <w:t>Complex infrastructure requires a site map and may require a works permit.</w:t>
      </w:r>
    </w:p>
    <w:tbl>
      <w:tblPr>
        <w:tblStyle w:val="TableGrid"/>
        <w:tblW w:w="0" w:type="auto"/>
        <w:jc w:val="center"/>
        <w:tblLayout w:type="fixed"/>
        <w:tblLook w:val="04A0" w:firstRow="1" w:lastRow="0" w:firstColumn="1" w:lastColumn="0" w:noHBand="0" w:noVBand="1"/>
      </w:tblPr>
      <w:tblGrid>
        <w:gridCol w:w="7027"/>
        <w:gridCol w:w="2722"/>
      </w:tblGrid>
      <w:tr w:rsidR="000538D4" w14:paraId="767B6AF2" w14:textId="77777777">
        <w:trPr>
          <w:jc w:val="center"/>
        </w:trPr>
        <w:tc>
          <w:tcPr>
            <w:tcW w:w="7027" w:type="dxa"/>
            <w:tcMar>
              <w:top w:w="90" w:type="dxa"/>
              <w:left w:w="105" w:type="dxa"/>
              <w:bottom w:w="90" w:type="dxa"/>
              <w:right w:w="105" w:type="dxa"/>
            </w:tcMar>
            <w:vAlign w:val="center"/>
          </w:tcPr>
          <w:p w14:paraId="78408BD7" w14:textId="77777777" w:rsidR="000538D4" w:rsidRDefault="00CC6CE1">
            <w:pPr>
              <w:spacing w:after="0"/>
            </w:pPr>
            <w:r>
              <w:rPr>
                <w:sz w:val="17"/>
              </w:rPr>
              <w:t>Will you submit a site map (including routes, staging, fencing and pedestrian obstructions)?</w:t>
            </w:r>
          </w:p>
        </w:tc>
        <w:tc>
          <w:tcPr>
            <w:tcW w:w="2722" w:type="dxa"/>
            <w:tcMar>
              <w:top w:w="90" w:type="dxa"/>
              <w:left w:w="105" w:type="dxa"/>
              <w:bottom w:w="90" w:type="dxa"/>
              <w:right w:w="105" w:type="dxa"/>
            </w:tcMar>
            <w:vAlign w:val="center"/>
          </w:tcPr>
          <w:p w14:paraId="5F41B2F6" w14:textId="77777777" w:rsidR="000538D4" w:rsidRDefault="00000000">
            <w:pPr>
              <w:spacing w:after="0"/>
            </w:pPr>
            <w:sdt>
              <w:sdtPr>
                <w:alias w:val="Checkbox 085"/>
                <w:tag w:val="CHECK_085"/>
                <w:id w:val="10085"/>
                <w14:checkbox>
                  <w14:checked w14:val="0"/>
                  <w14:checkedState w14:val="2612" w14:font="MS Gothic"/>
                  <w14:uncheckedState w14:val="2610" w14:font="MS Gothic"/>
                </w14:checkbox>
              </w:sdtPr>
              <w:sdtContent>
                <w:r w:rsidR="00CC6CE1">
                  <w:rPr>
                    <w:sz w:val="17"/>
                  </w:rPr>
                  <w:t>☐</w:t>
                </w:r>
              </w:sdtContent>
            </w:sdt>
            <w:r w:rsidR="00CC6CE1">
              <w:rPr>
                <w:sz w:val="17"/>
              </w:rPr>
              <w:t xml:space="preserve"> Yes   </w:t>
            </w:r>
            <w:sdt>
              <w:sdtPr>
                <w:alias w:val="Checkbox 086"/>
                <w:tag w:val="CHECK_086"/>
                <w:id w:val="10086"/>
                <w14:checkbox>
                  <w14:checked w14:val="0"/>
                  <w14:checkedState w14:val="2612" w14:font="MS Gothic"/>
                  <w14:uncheckedState w14:val="2610" w14:font="MS Gothic"/>
                </w14:checkbox>
              </w:sdtPr>
              <w:sdtContent>
                <w:r w:rsidR="00CC6CE1">
                  <w:rPr>
                    <w:sz w:val="17"/>
                  </w:rPr>
                  <w:t>☐</w:t>
                </w:r>
              </w:sdtContent>
            </w:sdt>
            <w:r w:rsidR="00CC6CE1">
              <w:rPr>
                <w:sz w:val="17"/>
              </w:rPr>
              <w:t xml:space="preserve"> No</w:t>
            </w:r>
          </w:p>
        </w:tc>
      </w:tr>
      <w:tr w:rsidR="000538D4" w14:paraId="51F74412" w14:textId="77777777">
        <w:trPr>
          <w:jc w:val="center"/>
        </w:trPr>
        <w:tc>
          <w:tcPr>
            <w:tcW w:w="7027" w:type="dxa"/>
            <w:tcMar>
              <w:top w:w="90" w:type="dxa"/>
              <w:left w:w="105" w:type="dxa"/>
              <w:bottom w:w="90" w:type="dxa"/>
              <w:right w:w="105" w:type="dxa"/>
            </w:tcMar>
            <w:vAlign w:val="center"/>
          </w:tcPr>
          <w:p w14:paraId="77C2AF1C" w14:textId="77777777" w:rsidR="000538D4" w:rsidRDefault="00CC6CE1">
            <w:pPr>
              <w:spacing w:after="0"/>
            </w:pPr>
            <w:r>
              <w:rPr>
                <w:sz w:val="17"/>
              </w:rPr>
              <w:t>Do you have any other operational requirements?</w:t>
            </w:r>
          </w:p>
        </w:tc>
        <w:tc>
          <w:tcPr>
            <w:tcW w:w="2722" w:type="dxa"/>
            <w:tcMar>
              <w:top w:w="90" w:type="dxa"/>
              <w:left w:w="105" w:type="dxa"/>
              <w:bottom w:w="90" w:type="dxa"/>
              <w:right w:w="105" w:type="dxa"/>
            </w:tcMar>
            <w:vAlign w:val="center"/>
          </w:tcPr>
          <w:p w14:paraId="02C4C647" w14:textId="77777777" w:rsidR="000538D4" w:rsidRDefault="00000000">
            <w:pPr>
              <w:spacing w:after="0"/>
            </w:pPr>
            <w:sdt>
              <w:sdtPr>
                <w:alias w:val="Checkbox 087"/>
                <w:tag w:val="CHECK_087"/>
                <w:id w:val="10087"/>
                <w14:checkbox>
                  <w14:checked w14:val="0"/>
                  <w14:checkedState w14:val="2612" w14:font="MS Gothic"/>
                  <w14:uncheckedState w14:val="2610" w14:font="MS Gothic"/>
                </w14:checkbox>
              </w:sdtPr>
              <w:sdtContent>
                <w:r w:rsidR="00CC6CE1">
                  <w:rPr>
                    <w:sz w:val="17"/>
                  </w:rPr>
                  <w:t>☐</w:t>
                </w:r>
              </w:sdtContent>
            </w:sdt>
            <w:r w:rsidR="00CC6CE1">
              <w:rPr>
                <w:sz w:val="17"/>
              </w:rPr>
              <w:t xml:space="preserve"> Yes   </w:t>
            </w:r>
            <w:sdt>
              <w:sdtPr>
                <w:alias w:val="Checkbox 088"/>
                <w:tag w:val="CHECK_088"/>
                <w:id w:val="10088"/>
                <w14:checkbox>
                  <w14:checked w14:val="0"/>
                  <w14:checkedState w14:val="2612" w14:font="MS Gothic"/>
                  <w14:uncheckedState w14:val="2610" w14:font="MS Gothic"/>
                </w14:checkbox>
              </w:sdtPr>
              <w:sdtContent>
                <w:r w:rsidR="00CC6CE1">
                  <w:rPr>
                    <w:sz w:val="17"/>
                  </w:rPr>
                  <w:t>☐</w:t>
                </w:r>
              </w:sdtContent>
            </w:sdt>
            <w:r w:rsidR="00CC6CE1">
              <w:rPr>
                <w:sz w:val="17"/>
              </w:rPr>
              <w:t xml:space="preserve"> No</w:t>
            </w:r>
          </w:p>
        </w:tc>
      </w:tr>
    </w:tbl>
    <w:p w14:paraId="15FB3BD0" w14:textId="77777777" w:rsidR="000538D4" w:rsidRDefault="00CC6CE1">
      <w:pPr>
        <w:spacing w:before="100" w:after="60"/>
      </w:pPr>
      <w:r>
        <w:rPr>
          <w:b/>
        </w:rPr>
        <w:t>Other operational requirements or comments (if yes)</w:t>
      </w:r>
    </w:p>
    <w:tbl>
      <w:tblPr>
        <w:tblStyle w:val="TableGrid"/>
        <w:tblW w:w="0" w:type="auto"/>
        <w:jc w:val="center"/>
        <w:tblLayout w:type="fixed"/>
        <w:tblLook w:val="04A0" w:firstRow="1" w:lastRow="0" w:firstColumn="1" w:lastColumn="0" w:noHBand="0" w:noVBand="1"/>
      </w:tblPr>
      <w:tblGrid>
        <w:gridCol w:w="9749"/>
      </w:tblGrid>
      <w:tr w:rsidR="000538D4" w14:paraId="5E2BC1A1" w14:textId="77777777" w:rsidTr="00132B31">
        <w:trPr>
          <w:trHeight w:val="4631"/>
          <w:jc w:val="center"/>
        </w:trPr>
        <w:tc>
          <w:tcPr>
            <w:tcW w:w="9749" w:type="dxa"/>
            <w:shd w:val="clear" w:color="auto" w:fill="D9D9D9" w:themeFill="background1" w:themeFillShade="D9"/>
            <w:tcMar>
              <w:top w:w="90" w:type="dxa"/>
              <w:left w:w="105" w:type="dxa"/>
              <w:bottom w:w="90" w:type="dxa"/>
              <w:right w:w="105" w:type="dxa"/>
            </w:tcMar>
            <w:vAlign w:val="center"/>
          </w:tcPr>
          <w:p w14:paraId="623259CD" w14:textId="436FFBAC" w:rsidR="000538D4" w:rsidRDefault="00000000">
            <w:pPr>
              <w:spacing w:after="0"/>
            </w:pPr>
            <w:sdt>
              <w:sdtPr>
                <w:alias w:val="Text field 089"/>
                <w:tag w:val="TEXT_089"/>
                <w:id w:val="10089"/>
                <w:placeholder>
                  <w:docPart w:val="C3B560F56F8F4266AE8FCC137CFEBB0C"/>
                </w:placeholder>
                <w:showingPlcHdr/>
                <w:text w:multiLine="1"/>
              </w:sdtPr>
              <w:sdtContent>
                <w:r w:rsidR="00B25DDF">
                  <w:t xml:space="preserve">     </w:t>
                </w:r>
              </w:sdtContent>
            </w:sdt>
          </w:p>
          <w:p w14:paraId="40ABF300" w14:textId="77777777" w:rsidR="000538D4" w:rsidRDefault="00CC6CE1">
            <w:r>
              <w:t xml:space="preserve"> </w:t>
            </w:r>
          </w:p>
          <w:p w14:paraId="1F962590" w14:textId="77777777" w:rsidR="000538D4" w:rsidRDefault="00CC6CE1">
            <w:r>
              <w:t xml:space="preserve"> </w:t>
            </w:r>
          </w:p>
        </w:tc>
      </w:tr>
    </w:tbl>
    <w:p w14:paraId="4FB01FCB" w14:textId="77777777" w:rsidR="000538D4" w:rsidRDefault="000538D4">
      <w:pPr>
        <w:spacing w:after="0"/>
      </w:pPr>
    </w:p>
    <w:p w14:paraId="08B66355" w14:textId="77777777" w:rsidR="00132B31" w:rsidRDefault="00132B31" w:rsidP="00F975EB">
      <w:pPr>
        <w:pStyle w:val="Heading1"/>
        <w:rPr>
          <w:color w:val="1F497D" w:themeColor="text2"/>
        </w:rPr>
      </w:pPr>
    </w:p>
    <w:p w14:paraId="17650729" w14:textId="77777777" w:rsidR="00132B31" w:rsidRDefault="00132B31" w:rsidP="00F975EB">
      <w:pPr>
        <w:pStyle w:val="Heading1"/>
        <w:rPr>
          <w:color w:val="1F497D" w:themeColor="text2"/>
        </w:rPr>
      </w:pPr>
    </w:p>
    <w:p w14:paraId="10CE4531" w14:textId="19D0798D" w:rsidR="00F975EB" w:rsidRPr="009E5C2E" w:rsidRDefault="00F975EB" w:rsidP="00F975EB">
      <w:pPr>
        <w:pStyle w:val="Heading1"/>
        <w:rPr>
          <w:color w:val="1F497D" w:themeColor="text2"/>
        </w:rPr>
      </w:pPr>
      <w:r w:rsidRPr="009E5C2E">
        <w:rPr>
          <w:color w:val="1F497D" w:themeColor="text2"/>
        </w:rPr>
        <w:t>SECTION 6 – FEES AND CHARGES</w:t>
      </w:r>
    </w:p>
    <w:p w14:paraId="54410FFD" w14:textId="77777777" w:rsidR="00F975EB" w:rsidRDefault="00F975EB" w:rsidP="00F975EB">
      <w:pPr>
        <w:spacing w:after="100"/>
      </w:pPr>
      <w:r>
        <w:rPr>
          <w:sz w:val="16"/>
        </w:rPr>
        <w:t>Visit www.darwin.nt.gov.au for current fees and charges applicable to your event. After-hours call-out fees may incur additional costs. Events in a new financial year may attract higher fees. An invoice will be raised once the permit has been approved and issued.</w:t>
      </w:r>
    </w:p>
    <w:p w14:paraId="5F0F36AC" w14:textId="77777777" w:rsidR="00F975EB" w:rsidRDefault="00F975EB" w:rsidP="00F975EB">
      <w:pPr>
        <w:pStyle w:val="Heading2"/>
      </w:pPr>
      <w:r>
        <w:t>OFFICE USE ONLY</w:t>
      </w:r>
    </w:p>
    <w:tbl>
      <w:tblPr>
        <w:tblStyle w:val="TableGrid"/>
        <w:tblW w:w="0" w:type="auto"/>
        <w:jc w:val="center"/>
        <w:tblLayout w:type="fixed"/>
        <w:tblLook w:val="04A0" w:firstRow="1" w:lastRow="0" w:firstColumn="1" w:lastColumn="0" w:noHBand="0" w:noVBand="1"/>
      </w:tblPr>
      <w:tblGrid>
        <w:gridCol w:w="4248"/>
        <w:gridCol w:w="2779"/>
        <w:gridCol w:w="56"/>
        <w:gridCol w:w="2666"/>
      </w:tblGrid>
      <w:tr w:rsidR="00F975EB" w14:paraId="3132FD26" w14:textId="77777777" w:rsidTr="00F8341A">
        <w:trPr>
          <w:jc w:val="center"/>
        </w:trPr>
        <w:tc>
          <w:tcPr>
            <w:tcW w:w="7027" w:type="dxa"/>
            <w:gridSpan w:val="2"/>
            <w:tcMar>
              <w:top w:w="90" w:type="dxa"/>
              <w:left w:w="105" w:type="dxa"/>
              <w:bottom w:w="90" w:type="dxa"/>
              <w:right w:w="105" w:type="dxa"/>
            </w:tcMar>
            <w:vAlign w:val="center"/>
          </w:tcPr>
          <w:p w14:paraId="65B1558D" w14:textId="77777777" w:rsidR="00F975EB" w:rsidRPr="00BA1DA1" w:rsidRDefault="00F975EB" w:rsidP="00F8341A">
            <w:pPr>
              <w:spacing w:after="0"/>
              <w:rPr>
                <w:rFonts w:ascii="Arial" w:hAnsi="Arial" w:cs="Arial"/>
              </w:rPr>
            </w:pPr>
            <w:r w:rsidRPr="00BA1DA1">
              <w:rPr>
                <w:rFonts w:ascii="Arial" w:hAnsi="Arial" w:cs="Arial"/>
                <w:sz w:val="17"/>
              </w:rPr>
              <w:t>Organisation type</w:t>
            </w:r>
          </w:p>
        </w:tc>
        <w:tc>
          <w:tcPr>
            <w:tcW w:w="2722" w:type="dxa"/>
            <w:gridSpan w:val="2"/>
            <w:tcMar>
              <w:top w:w="90" w:type="dxa"/>
              <w:left w:w="105" w:type="dxa"/>
              <w:bottom w:w="90" w:type="dxa"/>
              <w:right w:w="105" w:type="dxa"/>
            </w:tcMar>
            <w:vAlign w:val="center"/>
          </w:tcPr>
          <w:p w14:paraId="5F2BDFBB" w14:textId="77777777" w:rsidR="00F975EB" w:rsidRPr="00BA1DA1" w:rsidRDefault="00000000" w:rsidP="00F8341A">
            <w:pPr>
              <w:spacing w:after="0"/>
              <w:rPr>
                <w:rFonts w:ascii="Arial" w:hAnsi="Arial" w:cs="Arial"/>
                <w:sz w:val="16"/>
                <w:szCs w:val="16"/>
              </w:rPr>
            </w:pPr>
            <w:sdt>
              <w:sdtPr>
                <w:rPr>
                  <w:rFonts w:ascii="Arial" w:hAnsi="Arial" w:cs="Arial"/>
                  <w:sz w:val="16"/>
                  <w:szCs w:val="16"/>
                </w:rPr>
                <w:alias w:val="Checkbox 020"/>
                <w:tag w:val="CHECK_020"/>
                <w:id w:val="10020"/>
                <w14:checkbox>
                  <w14:checked w14:val="0"/>
                  <w14:checkedState w14:val="2612" w14:font="MS Gothic"/>
                  <w14:uncheckedState w14:val="2610" w14:font="MS Gothic"/>
                </w14:checkbox>
              </w:sdtPr>
              <w:sdtContent>
                <w:r w:rsidR="00F975EB">
                  <w:rPr>
                    <w:rFonts w:ascii="MS Gothic" w:eastAsia="MS Gothic" w:hAnsi="MS Gothic" w:cs="Arial" w:hint="eastAsia"/>
                    <w:sz w:val="16"/>
                    <w:szCs w:val="16"/>
                  </w:rPr>
                  <w:t>☐</w:t>
                </w:r>
              </w:sdtContent>
            </w:sdt>
            <w:r w:rsidR="00F975EB" w:rsidRPr="00BA1DA1">
              <w:rPr>
                <w:rFonts w:ascii="Arial" w:hAnsi="Arial" w:cs="Arial"/>
                <w:sz w:val="16"/>
                <w:szCs w:val="16"/>
              </w:rPr>
              <w:t xml:space="preserve"> Commercial   </w:t>
            </w:r>
            <w:sdt>
              <w:sdtPr>
                <w:rPr>
                  <w:rFonts w:ascii="Arial" w:hAnsi="Arial" w:cs="Arial"/>
                  <w:sz w:val="16"/>
                  <w:szCs w:val="16"/>
                </w:rPr>
                <w:alias w:val="Checkbox 021"/>
                <w:tag w:val="CHECK_021"/>
                <w:id w:val="10021"/>
                <w14:checkbox>
                  <w14:checked w14:val="0"/>
                  <w14:checkedState w14:val="2612" w14:font="MS Gothic"/>
                  <w14:uncheckedState w14:val="2610" w14:font="MS Gothic"/>
                </w14:checkbox>
              </w:sdtPr>
              <w:sdtContent>
                <w:r w:rsidR="00F975EB" w:rsidRPr="00BA1DA1">
                  <w:rPr>
                    <w:rFonts w:ascii="Segoe UI Symbol" w:hAnsi="Segoe UI Symbol" w:cs="Segoe UI Symbol"/>
                    <w:sz w:val="16"/>
                    <w:szCs w:val="16"/>
                  </w:rPr>
                  <w:t>☐</w:t>
                </w:r>
              </w:sdtContent>
            </w:sdt>
            <w:r w:rsidR="00F975EB" w:rsidRPr="00BA1DA1">
              <w:rPr>
                <w:rFonts w:ascii="Arial" w:hAnsi="Arial" w:cs="Arial"/>
                <w:sz w:val="16"/>
                <w:szCs w:val="16"/>
              </w:rPr>
              <w:t xml:space="preserve"> Not for profit</w:t>
            </w:r>
          </w:p>
        </w:tc>
      </w:tr>
      <w:tr w:rsidR="00F975EB" w14:paraId="4776A0D7" w14:textId="77777777" w:rsidTr="00F8341A">
        <w:trPr>
          <w:jc w:val="center"/>
        </w:trPr>
        <w:tc>
          <w:tcPr>
            <w:tcW w:w="7027" w:type="dxa"/>
            <w:gridSpan w:val="2"/>
            <w:tcMar>
              <w:top w:w="90" w:type="dxa"/>
              <w:left w:w="105" w:type="dxa"/>
              <w:bottom w:w="90" w:type="dxa"/>
              <w:right w:w="105" w:type="dxa"/>
            </w:tcMar>
            <w:vAlign w:val="center"/>
          </w:tcPr>
          <w:p w14:paraId="0C266A15" w14:textId="77777777" w:rsidR="00F975EB" w:rsidRPr="00BA1DA1" w:rsidRDefault="00F975EB" w:rsidP="00F8341A">
            <w:pPr>
              <w:spacing w:after="0"/>
              <w:rPr>
                <w:rFonts w:ascii="Arial" w:hAnsi="Arial" w:cs="Arial"/>
              </w:rPr>
            </w:pPr>
            <w:r w:rsidRPr="00BA1DA1">
              <w:rPr>
                <w:rFonts w:ascii="Arial" w:hAnsi="Arial" w:cs="Arial"/>
                <w:sz w:val="17"/>
              </w:rPr>
              <w:t>Small/Comprehensive</w:t>
            </w:r>
          </w:p>
        </w:tc>
        <w:tc>
          <w:tcPr>
            <w:tcW w:w="2722" w:type="dxa"/>
            <w:gridSpan w:val="2"/>
            <w:tcMar>
              <w:top w:w="90" w:type="dxa"/>
              <w:left w:w="105" w:type="dxa"/>
              <w:bottom w:w="90" w:type="dxa"/>
              <w:right w:w="105" w:type="dxa"/>
            </w:tcMar>
            <w:vAlign w:val="center"/>
          </w:tcPr>
          <w:p w14:paraId="38C061D9" w14:textId="542EE4C8" w:rsidR="00F975EB" w:rsidRPr="00BA1DA1" w:rsidRDefault="00000000" w:rsidP="00F8341A">
            <w:pPr>
              <w:spacing w:after="0"/>
              <w:rPr>
                <w:rFonts w:ascii="Arial" w:hAnsi="Arial" w:cs="Arial"/>
                <w:sz w:val="16"/>
                <w:szCs w:val="16"/>
              </w:rPr>
            </w:pPr>
            <w:sdt>
              <w:sdtPr>
                <w:rPr>
                  <w:rFonts w:ascii="Arial" w:hAnsi="Arial" w:cs="Arial"/>
                  <w:sz w:val="16"/>
                  <w:szCs w:val="16"/>
                </w:rPr>
                <w:alias w:val="Checkbox 022"/>
                <w:tag w:val="CHECK_022"/>
                <w:id w:val="10022"/>
                <w14:checkbox>
                  <w14:checked w14:val="0"/>
                  <w14:checkedState w14:val="2612" w14:font="MS Gothic"/>
                  <w14:uncheckedState w14:val="2610" w14:font="MS Gothic"/>
                </w14:checkbox>
              </w:sdtPr>
              <w:sdtContent>
                <w:r w:rsidR="00C60404">
                  <w:rPr>
                    <w:rFonts w:ascii="MS Gothic" w:eastAsia="MS Gothic" w:hAnsi="MS Gothic" w:cs="Arial" w:hint="eastAsia"/>
                    <w:sz w:val="16"/>
                    <w:szCs w:val="16"/>
                  </w:rPr>
                  <w:t>☐</w:t>
                </w:r>
              </w:sdtContent>
            </w:sdt>
            <w:r w:rsidR="00F975EB" w:rsidRPr="00BA1DA1">
              <w:rPr>
                <w:rFonts w:ascii="Arial" w:hAnsi="Arial" w:cs="Arial"/>
                <w:sz w:val="16"/>
                <w:szCs w:val="16"/>
              </w:rPr>
              <w:t xml:space="preserve"> Outdoor 50–100   </w:t>
            </w:r>
            <w:sdt>
              <w:sdtPr>
                <w:rPr>
                  <w:rFonts w:ascii="Arial" w:hAnsi="Arial" w:cs="Arial"/>
                  <w:sz w:val="16"/>
                  <w:szCs w:val="16"/>
                </w:rPr>
                <w:alias w:val="Checkbox 023"/>
                <w:tag w:val="CHECK_023"/>
                <w:id w:val="10023"/>
                <w14:checkbox>
                  <w14:checked w14:val="0"/>
                  <w14:checkedState w14:val="2612" w14:font="MS Gothic"/>
                  <w14:uncheckedState w14:val="2610" w14:font="MS Gothic"/>
                </w14:checkbox>
              </w:sdtPr>
              <w:sdtContent>
                <w:r w:rsidR="00F975EB" w:rsidRPr="00BA1DA1">
                  <w:rPr>
                    <w:rFonts w:ascii="Segoe UI Symbol" w:hAnsi="Segoe UI Symbol" w:cs="Segoe UI Symbol"/>
                    <w:sz w:val="16"/>
                    <w:szCs w:val="16"/>
                  </w:rPr>
                  <w:t>☐</w:t>
                </w:r>
              </w:sdtContent>
            </w:sdt>
            <w:r w:rsidR="00F975EB" w:rsidRPr="00BA1DA1">
              <w:rPr>
                <w:rFonts w:ascii="Arial" w:hAnsi="Arial" w:cs="Arial"/>
                <w:sz w:val="16"/>
                <w:szCs w:val="16"/>
              </w:rPr>
              <w:t xml:space="preserve"> Outdoor 101–500</w:t>
            </w:r>
          </w:p>
        </w:tc>
      </w:tr>
      <w:tr w:rsidR="00F975EB" w14:paraId="277243F4" w14:textId="77777777" w:rsidTr="00F8341A">
        <w:trPr>
          <w:jc w:val="center"/>
        </w:trPr>
        <w:tc>
          <w:tcPr>
            <w:tcW w:w="7027" w:type="dxa"/>
            <w:gridSpan w:val="2"/>
            <w:tcMar>
              <w:top w:w="90" w:type="dxa"/>
              <w:left w:w="105" w:type="dxa"/>
              <w:bottom w:w="90" w:type="dxa"/>
              <w:right w:w="105" w:type="dxa"/>
            </w:tcMar>
            <w:vAlign w:val="center"/>
          </w:tcPr>
          <w:p w14:paraId="2D053E3C" w14:textId="77777777" w:rsidR="00F975EB" w:rsidRPr="00BA1DA1" w:rsidRDefault="00F975EB" w:rsidP="00F8341A">
            <w:pPr>
              <w:spacing w:after="0"/>
              <w:rPr>
                <w:rFonts w:ascii="Arial" w:hAnsi="Arial" w:cs="Arial"/>
              </w:rPr>
            </w:pPr>
            <w:r w:rsidRPr="00BA1DA1">
              <w:rPr>
                <w:rFonts w:ascii="Arial" w:hAnsi="Arial" w:cs="Arial"/>
                <w:sz w:val="17"/>
              </w:rPr>
              <w:t>Comprehensive/Significant Major</w:t>
            </w:r>
          </w:p>
        </w:tc>
        <w:tc>
          <w:tcPr>
            <w:tcW w:w="2722" w:type="dxa"/>
            <w:gridSpan w:val="2"/>
            <w:tcMar>
              <w:top w:w="90" w:type="dxa"/>
              <w:left w:w="105" w:type="dxa"/>
              <w:bottom w:w="90" w:type="dxa"/>
              <w:right w:w="105" w:type="dxa"/>
            </w:tcMar>
            <w:vAlign w:val="center"/>
          </w:tcPr>
          <w:p w14:paraId="3D314D61" w14:textId="77777777" w:rsidR="00F975EB" w:rsidRPr="00BA1DA1" w:rsidRDefault="00000000" w:rsidP="00F8341A">
            <w:pPr>
              <w:spacing w:after="0"/>
              <w:rPr>
                <w:rFonts w:ascii="Arial" w:hAnsi="Arial" w:cs="Arial"/>
                <w:sz w:val="16"/>
                <w:szCs w:val="16"/>
              </w:rPr>
            </w:pPr>
            <w:sdt>
              <w:sdtPr>
                <w:rPr>
                  <w:rFonts w:ascii="Arial" w:hAnsi="Arial" w:cs="Arial"/>
                  <w:sz w:val="16"/>
                  <w:szCs w:val="16"/>
                </w:rPr>
                <w:alias w:val="Checkbox 024"/>
                <w:tag w:val="CHECK_024"/>
                <w:id w:val="10024"/>
                <w14:checkbox>
                  <w14:checked w14:val="0"/>
                  <w14:checkedState w14:val="2612" w14:font="MS Gothic"/>
                  <w14:uncheckedState w14:val="2610" w14:font="MS Gothic"/>
                </w14:checkbox>
              </w:sdtPr>
              <w:sdtContent>
                <w:r w:rsidR="00F975EB" w:rsidRPr="00BA1DA1">
                  <w:rPr>
                    <w:rFonts w:ascii="Segoe UI Symbol" w:hAnsi="Segoe UI Symbol" w:cs="Segoe UI Symbol"/>
                    <w:sz w:val="16"/>
                    <w:szCs w:val="16"/>
                  </w:rPr>
                  <w:t>☐</w:t>
                </w:r>
              </w:sdtContent>
            </w:sdt>
            <w:r w:rsidR="00F975EB" w:rsidRPr="00BA1DA1">
              <w:rPr>
                <w:rFonts w:ascii="Arial" w:hAnsi="Arial" w:cs="Arial"/>
                <w:sz w:val="16"/>
                <w:szCs w:val="16"/>
              </w:rPr>
              <w:t xml:space="preserve"> Outdoor 501–5,000   </w:t>
            </w:r>
            <w:sdt>
              <w:sdtPr>
                <w:rPr>
                  <w:rFonts w:ascii="Arial" w:hAnsi="Arial" w:cs="Arial"/>
                  <w:sz w:val="16"/>
                  <w:szCs w:val="16"/>
                </w:rPr>
                <w:alias w:val="Checkbox 025"/>
                <w:tag w:val="CHECK_025"/>
                <w:id w:val="10025"/>
                <w14:checkbox>
                  <w14:checked w14:val="0"/>
                  <w14:checkedState w14:val="2612" w14:font="MS Gothic"/>
                  <w14:uncheckedState w14:val="2610" w14:font="MS Gothic"/>
                </w14:checkbox>
              </w:sdtPr>
              <w:sdtContent>
                <w:r w:rsidR="00F975EB" w:rsidRPr="00BA1DA1">
                  <w:rPr>
                    <w:rFonts w:ascii="Segoe UI Symbol" w:hAnsi="Segoe UI Symbol" w:cs="Segoe UI Symbol"/>
                    <w:sz w:val="16"/>
                    <w:szCs w:val="16"/>
                  </w:rPr>
                  <w:t>☐</w:t>
                </w:r>
              </w:sdtContent>
            </w:sdt>
            <w:r w:rsidR="00F975EB" w:rsidRPr="00BA1DA1">
              <w:rPr>
                <w:rFonts w:ascii="Arial" w:hAnsi="Arial" w:cs="Arial"/>
                <w:sz w:val="16"/>
                <w:szCs w:val="16"/>
              </w:rPr>
              <w:t xml:space="preserve"> Outdoor &gt;5,000</w:t>
            </w:r>
          </w:p>
        </w:tc>
      </w:tr>
      <w:tr w:rsidR="00F975EB" w14:paraId="21D7C6B4" w14:textId="77777777" w:rsidTr="00F8341A">
        <w:trPr>
          <w:jc w:val="center"/>
        </w:trPr>
        <w:tc>
          <w:tcPr>
            <w:tcW w:w="7027" w:type="dxa"/>
            <w:gridSpan w:val="2"/>
            <w:tcMar>
              <w:top w:w="90" w:type="dxa"/>
              <w:left w:w="105" w:type="dxa"/>
              <w:bottom w:w="90" w:type="dxa"/>
              <w:right w:w="105" w:type="dxa"/>
            </w:tcMar>
            <w:vAlign w:val="center"/>
          </w:tcPr>
          <w:p w14:paraId="65A5A694" w14:textId="77777777" w:rsidR="00F975EB" w:rsidRPr="00BA1DA1" w:rsidRDefault="00F975EB" w:rsidP="00F8341A">
            <w:pPr>
              <w:spacing w:after="0"/>
              <w:rPr>
                <w:rFonts w:ascii="Arial" w:hAnsi="Arial" w:cs="Arial"/>
              </w:rPr>
            </w:pPr>
            <w:r w:rsidRPr="00BA1DA1">
              <w:rPr>
                <w:rFonts w:ascii="Arial" w:hAnsi="Arial" w:cs="Arial"/>
                <w:sz w:val="17"/>
              </w:rPr>
              <w:t>Gardens Oval One category</w:t>
            </w:r>
          </w:p>
        </w:tc>
        <w:tc>
          <w:tcPr>
            <w:tcW w:w="2722" w:type="dxa"/>
            <w:gridSpan w:val="2"/>
            <w:tcMar>
              <w:top w:w="90" w:type="dxa"/>
              <w:left w:w="105" w:type="dxa"/>
              <w:bottom w:w="90" w:type="dxa"/>
              <w:right w:w="105" w:type="dxa"/>
            </w:tcMar>
            <w:vAlign w:val="center"/>
          </w:tcPr>
          <w:p w14:paraId="1EF46BC9" w14:textId="77777777" w:rsidR="00F975EB" w:rsidRPr="00BA1DA1" w:rsidRDefault="00000000" w:rsidP="00F8341A">
            <w:pPr>
              <w:spacing w:after="0"/>
              <w:rPr>
                <w:rFonts w:ascii="Arial" w:hAnsi="Arial" w:cs="Arial"/>
                <w:sz w:val="16"/>
                <w:szCs w:val="16"/>
              </w:rPr>
            </w:pPr>
            <w:sdt>
              <w:sdtPr>
                <w:rPr>
                  <w:rFonts w:ascii="Arial" w:hAnsi="Arial" w:cs="Arial"/>
                  <w:sz w:val="16"/>
                  <w:szCs w:val="16"/>
                </w:rPr>
                <w:alias w:val="Checkbox 026"/>
                <w:tag w:val="CHECK_026"/>
                <w:id w:val="10026"/>
                <w14:checkbox>
                  <w14:checked w14:val="0"/>
                  <w14:checkedState w14:val="2612" w14:font="MS Gothic"/>
                  <w14:uncheckedState w14:val="2610" w14:font="MS Gothic"/>
                </w14:checkbox>
              </w:sdtPr>
              <w:sdtContent>
                <w:r w:rsidR="00F975EB" w:rsidRPr="00BA1DA1">
                  <w:rPr>
                    <w:rFonts w:ascii="Segoe UI Symbol" w:hAnsi="Segoe UI Symbol" w:cs="Segoe UI Symbol"/>
                    <w:sz w:val="16"/>
                    <w:szCs w:val="16"/>
                  </w:rPr>
                  <w:t>☐</w:t>
                </w:r>
              </w:sdtContent>
            </w:sdt>
            <w:r w:rsidR="00F975EB" w:rsidRPr="00BA1DA1">
              <w:rPr>
                <w:rFonts w:ascii="Arial" w:hAnsi="Arial" w:cs="Arial"/>
                <w:sz w:val="16"/>
                <w:szCs w:val="16"/>
              </w:rPr>
              <w:t xml:space="preserve"> Special event   </w:t>
            </w:r>
            <w:sdt>
              <w:sdtPr>
                <w:rPr>
                  <w:rFonts w:ascii="Arial" w:hAnsi="Arial" w:cs="Arial"/>
                  <w:sz w:val="16"/>
                  <w:szCs w:val="16"/>
                </w:rPr>
                <w:alias w:val="Checkbox 027"/>
                <w:tag w:val="CHECK_027"/>
                <w:id w:val="10027"/>
                <w14:checkbox>
                  <w14:checked w14:val="0"/>
                  <w14:checkedState w14:val="2612" w14:font="MS Gothic"/>
                  <w14:uncheckedState w14:val="2610" w14:font="MS Gothic"/>
                </w14:checkbox>
              </w:sdtPr>
              <w:sdtContent>
                <w:r w:rsidR="00F975EB" w:rsidRPr="00BA1DA1">
                  <w:rPr>
                    <w:rFonts w:ascii="Segoe UI Symbol" w:hAnsi="Segoe UI Symbol" w:cs="Segoe UI Symbol"/>
                    <w:sz w:val="16"/>
                    <w:szCs w:val="16"/>
                  </w:rPr>
                  <w:t>☐</w:t>
                </w:r>
              </w:sdtContent>
            </w:sdt>
            <w:r w:rsidR="00F975EB" w:rsidRPr="00BA1DA1">
              <w:rPr>
                <w:rFonts w:ascii="Arial" w:hAnsi="Arial" w:cs="Arial"/>
                <w:sz w:val="16"/>
                <w:szCs w:val="16"/>
              </w:rPr>
              <w:t xml:space="preserve"> Championship</w:t>
            </w:r>
          </w:p>
        </w:tc>
      </w:tr>
      <w:tr w:rsidR="00F975EB" w14:paraId="350465E2" w14:textId="77777777" w:rsidTr="009E5C2E">
        <w:trPr>
          <w:jc w:val="center"/>
        </w:trPr>
        <w:tc>
          <w:tcPr>
            <w:tcW w:w="4248" w:type="dxa"/>
            <w:shd w:val="clear" w:color="auto" w:fill="1F497D" w:themeFill="text2"/>
            <w:tcMar>
              <w:top w:w="90" w:type="dxa"/>
              <w:left w:w="105" w:type="dxa"/>
              <w:bottom w:w="90" w:type="dxa"/>
              <w:right w:w="105" w:type="dxa"/>
            </w:tcMar>
            <w:vAlign w:val="center"/>
          </w:tcPr>
          <w:p w14:paraId="6DEEA235" w14:textId="77777777" w:rsidR="00F975EB" w:rsidRPr="009E5C2E" w:rsidRDefault="00F975EB" w:rsidP="00F8341A">
            <w:pPr>
              <w:spacing w:after="0"/>
              <w:rPr>
                <w:color w:val="FFFFFF" w:themeColor="background1"/>
              </w:rPr>
            </w:pPr>
            <w:r w:rsidRPr="009E5C2E">
              <w:rPr>
                <w:b/>
                <w:color w:val="FFFFFF" w:themeColor="background1"/>
                <w:sz w:val="17"/>
              </w:rPr>
              <w:t>Description I Budget Number I GST</w:t>
            </w:r>
          </w:p>
        </w:tc>
        <w:tc>
          <w:tcPr>
            <w:tcW w:w="2835" w:type="dxa"/>
            <w:gridSpan w:val="2"/>
            <w:shd w:val="clear" w:color="auto" w:fill="1F497D" w:themeFill="text2"/>
            <w:tcMar>
              <w:top w:w="90" w:type="dxa"/>
              <w:left w:w="105" w:type="dxa"/>
              <w:bottom w:w="90" w:type="dxa"/>
              <w:right w:w="105" w:type="dxa"/>
            </w:tcMar>
            <w:vAlign w:val="center"/>
          </w:tcPr>
          <w:p w14:paraId="76D1BBA5" w14:textId="77777777" w:rsidR="00F975EB" w:rsidRPr="009E5C2E" w:rsidRDefault="00F975EB" w:rsidP="00F8341A">
            <w:pPr>
              <w:spacing w:after="0"/>
              <w:rPr>
                <w:color w:val="FFFFFF" w:themeColor="background1"/>
              </w:rPr>
            </w:pPr>
            <w:r w:rsidRPr="009E5C2E">
              <w:rPr>
                <w:b/>
                <w:color w:val="FFFFFF" w:themeColor="background1"/>
                <w:sz w:val="17"/>
              </w:rPr>
              <w:t xml:space="preserve">Quantity I Notes </w:t>
            </w:r>
          </w:p>
        </w:tc>
        <w:tc>
          <w:tcPr>
            <w:tcW w:w="2666" w:type="dxa"/>
            <w:shd w:val="clear" w:color="auto" w:fill="1F497D" w:themeFill="text2"/>
            <w:tcMar>
              <w:top w:w="90" w:type="dxa"/>
              <w:left w:w="105" w:type="dxa"/>
              <w:bottom w:w="90" w:type="dxa"/>
              <w:right w:w="105" w:type="dxa"/>
            </w:tcMar>
            <w:vAlign w:val="center"/>
          </w:tcPr>
          <w:p w14:paraId="67189476" w14:textId="77777777" w:rsidR="00F975EB" w:rsidRPr="009E5C2E" w:rsidRDefault="00F975EB" w:rsidP="00F8341A">
            <w:pPr>
              <w:spacing w:after="0"/>
              <w:rPr>
                <w:color w:val="FFFFFF" w:themeColor="background1"/>
              </w:rPr>
            </w:pPr>
            <w:r w:rsidRPr="009E5C2E">
              <w:rPr>
                <w:b/>
                <w:color w:val="FFFFFF" w:themeColor="background1"/>
                <w:sz w:val="17"/>
              </w:rPr>
              <w:t>Amount (AUD)</w:t>
            </w:r>
          </w:p>
        </w:tc>
      </w:tr>
      <w:tr w:rsidR="00F975EB" w14:paraId="3FEE6D73" w14:textId="77777777" w:rsidTr="00F8341A">
        <w:trPr>
          <w:jc w:val="center"/>
        </w:trPr>
        <w:sdt>
          <w:sdtPr>
            <w:rPr>
              <w:rFonts w:ascii="Arial" w:hAnsi="Arial" w:cs="Arial"/>
              <w:szCs w:val="18"/>
            </w:rPr>
            <w:id w:val="-139203676"/>
            <w:placeholder>
              <w:docPart w:val="FE19EE3D4D774D98BB165F28A437B3CA"/>
            </w:placeholder>
            <w:dropDownList>
              <w:listItem w:displayText="Base Venue Hire Fee - 05/341031/700/719 - 21 Inc GST " w:value="Base Venue Hire Fee - 05/341031/700/719 - 21 Inc GST "/>
              <w:listItem w:displayText="Bump-In / Bump-Out Fee - 05/341031/700/719 - 21 Inc GST " w:value="Bump-In / Bump-Out Fee - 05/341031/700/719 - 21 Inc GST "/>
              <w:listItem w:displayText="Access to Power - 05/341031/700/719 - 21 Inc GST " w:value="Access to Power - 05/341031/700/719 - 21 Inc GST "/>
              <w:listItem w:displayText="Road Closure Assessment - 05/242037/550/551 - 25 exempt GST " w:value="Road Closure Assessment - 05/242037/550/551 - 25 exempt GST "/>
              <w:listItem w:displayText="Site Inspection Fee - - 05/341031/700/719 - 21 Inc GST " w:value="Site Inspection Fee - - 05/341031/700/719 - 21 Inc GST "/>
              <w:listItem w:displayText="Access to Oval Lighting - 05/341031/700/719 - 21 Inc GST " w:value="Access to Oval Lighting - 05/341031/700/719 - 21 Inc GST "/>
              <w:listItem w:displayText="In-Kind Fee Waiver (Credit)" w:value="In-Kind Fee Waiver (Credit)"/>
              <w:listItem w:displayText="Sponsorship Grant (Credit)" w:value="Sponsorship Grant (Credit)"/>
            </w:dropDownList>
          </w:sdtPr>
          <w:sdtContent>
            <w:tc>
              <w:tcPr>
                <w:tcW w:w="4248" w:type="dxa"/>
                <w:shd w:val="clear" w:color="auto" w:fill="D9D9D9" w:themeFill="background1" w:themeFillShade="D9"/>
                <w:tcMar>
                  <w:top w:w="90" w:type="dxa"/>
                  <w:left w:w="105" w:type="dxa"/>
                  <w:bottom w:w="90" w:type="dxa"/>
                  <w:right w:w="105" w:type="dxa"/>
                </w:tcMar>
                <w:vAlign w:val="center"/>
              </w:tcPr>
              <w:p w14:paraId="04C561FA" w14:textId="77777777" w:rsidR="00F975EB" w:rsidRPr="00B25DDF" w:rsidRDefault="00F975EB" w:rsidP="00F8341A">
                <w:pPr>
                  <w:spacing w:after="0"/>
                  <w:rPr>
                    <w:rFonts w:ascii="Arial" w:hAnsi="Arial" w:cs="Arial"/>
                    <w:szCs w:val="18"/>
                  </w:rPr>
                </w:pPr>
                <w:r>
                  <w:rPr>
                    <w:rFonts w:ascii="Arial" w:hAnsi="Arial" w:cs="Arial"/>
                    <w:szCs w:val="18"/>
                  </w:rPr>
                  <w:t>In-Kind Fee Waiver (Credit)</w:t>
                </w:r>
              </w:p>
            </w:tc>
          </w:sdtContent>
        </w:sdt>
        <w:tc>
          <w:tcPr>
            <w:tcW w:w="2835" w:type="dxa"/>
            <w:gridSpan w:val="2"/>
            <w:shd w:val="clear" w:color="auto" w:fill="D9D9D9" w:themeFill="background1" w:themeFillShade="D9"/>
            <w:tcMar>
              <w:top w:w="90" w:type="dxa"/>
              <w:left w:w="105" w:type="dxa"/>
              <w:bottom w:w="90" w:type="dxa"/>
              <w:right w:w="105" w:type="dxa"/>
            </w:tcMar>
            <w:vAlign w:val="center"/>
          </w:tcPr>
          <w:p w14:paraId="234C6341" w14:textId="77777777" w:rsidR="00F975EB" w:rsidRPr="00BA1DA1" w:rsidRDefault="00000000" w:rsidP="00F8341A">
            <w:pPr>
              <w:spacing w:after="0"/>
              <w:rPr>
                <w:rFonts w:ascii="Arial" w:hAnsi="Arial" w:cs="Arial"/>
              </w:rPr>
            </w:pPr>
            <w:sdt>
              <w:sdtPr>
                <w:rPr>
                  <w:rFonts w:ascii="Arial" w:hAnsi="Arial" w:cs="Arial"/>
                </w:rPr>
                <w:alias w:val="Text field 029"/>
                <w:tag w:val="TEXT_029"/>
                <w:id w:val="608010828"/>
                <w:placeholder>
                  <w:docPart w:val="F58952FB6F3C4F2ABF6E053CB82A651A"/>
                </w:placeholder>
                <w:showingPlcHdr/>
                <w:text w:multiLine="1"/>
              </w:sdtPr>
              <w:sdtContent>
                <w:r w:rsidR="00F975EB" w:rsidRPr="00BA1DA1">
                  <w:rPr>
                    <w:rFonts w:ascii="Arial" w:hAnsi="Arial" w:cs="Arial"/>
                  </w:rPr>
                  <w:t xml:space="preserve">     </w:t>
                </w:r>
              </w:sdtContent>
            </w:sdt>
          </w:p>
        </w:tc>
        <w:tc>
          <w:tcPr>
            <w:tcW w:w="2666" w:type="dxa"/>
            <w:shd w:val="clear" w:color="auto" w:fill="D9D9D9" w:themeFill="background1" w:themeFillShade="D9"/>
            <w:tcMar>
              <w:top w:w="90" w:type="dxa"/>
              <w:left w:w="105" w:type="dxa"/>
              <w:bottom w:w="90" w:type="dxa"/>
              <w:right w:w="105" w:type="dxa"/>
            </w:tcMar>
            <w:vAlign w:val="center"/>
          </w:tcPr>
          <w:p w14:paraId="44886744" w14:textId="77777777" w:rsidR="00F975EB" w:rsidRPr="00BA1DA1" w:rsidRDefault="00000000" w:rsidP="00F8341A">
            <w:pPr>
              <w:spacing w:after="0"/>
              <w:rPr>
                <w:rFonts w:ascii="Arial" w:hAnsi="Arial" w:cs="Arial"/>
              </w:rPr>
            </w:pPr>
            <w:sdt>
              <w:sdtPr>
                <w:rPr>
                  <w:rFonts w:ascii="Arial" w:hAnsi="Arial" w:cs="Arial"/>
                </w:rPr>
                <w:alias w:val="Text field 029"/>
                <w:tag w:val="TEXT_029"/>
                <w:id w:val="-805699370"/>
                <w:placeholder>
                  <w:docPart w:val="BA4D24A0B6BE41F8943E3DBFAF726AD5"/>
                </w:placeholder>
                <w:showingPlcHdr/>
                <w:text w:multiLine="1"/>
              </w:sdtPr>
              <w:sdtContent>
                <w:r w:rsidR="00F975EB" w:rsidRPr="00BA1DA1">
                  <w:rPr>
                    <w:rFonts w:ascii="Arial" w:hAnsi="Arial" w:cs="Arial"/>
                  </w:rPr>
                  <w:t xml:space="preserve">     </w:t>
                </w:r>
              </w:sdtContent>
            </w:sdt>
          </w:p>
        </w:tc>
      </w:tr>
      <w:tr w:rsidR="00F975EB" w14:paraId="76525653" w14:textId="77777777" w:rsidTr="00F8341A">
        <w:trPr>
          <w:jc w:val="center"/>
        </w:trPr>
        <w:sdt>
          <w:sdtPr>
            <w:rPr>
              <w:rFonts w:ascii="Arial" w:hAnsi="Arial" w:cs="Arial"/>
              <w:szCs w:val="18"/>
            </w:rPr>
            <w:id w:val="-587006609"/>
            <w:placeholder>
              <w:docPart w:val="E23567C8777140DC94AFA0E0684144A7"/>
            </w:placeholder>
            <w:dropDownList>
              <w:listItem w:value="Choose an item."/>
              <w:listItem w:displayText="Base Venue Hire Fee" w:value="Base Venue Hire Fee"/>
              <w:listItem w:displayText="Bump-In / Bump-Out Fee" w:value="Bump-In / Bump-Out Fee"/>
              <w:listItem w:displayText="Access to Power" w:value="Access to Power"/>
              <w:listItem w:displayText="Access to Oval Lighting" w:value="Access to Oval Lighting"/>
              <w:listItem w:displayText="Road Closure Assessment" w:value="Road Closure Assessment"/>
              <w:listItem w:displayText="Site Inspection Fee" w:value="Site Inspection Fee"/>
              <w:listItem w:displayText="In-Kind Fee Waiver (Credit)" w:value="In-Kind Fee Waiver (Credit)"/>
              <w:listItem w:displayText="Sponsorship Grant (Credit)" w:value="Sponsorship Grant (Credit)"/>
            </w:dropDownList>
          </w:sdtPr>
          <w:sdtContent>
            <w:tc>
              <w:tcPr>
                <w:tcW w:w="4248" w:type="dxa"/>
                <w:tcMar>
                  <w:top w:w="90" w:type="dxa"/>
                  <w:left w:w="105" w:type="dxa"/>
                  <w:bottom w:w="90" w:type="dxa"/>
                  <w:right w:w="105" w:type="dxa"/>
                </w:tcMar>
                <w:vAlign w:val="center"/>
              </w:tcPr>
              <w:p w14:paraId="38E9B523" w14:textId="77777777" w:rsidR="00F975EB" w:rsidRPr="00B25DDF" w:rsidRDefault="00F975EB" w:rsidP="00F8341A">
                <w:pPr>
                  <w:spacing w:after="0"/>
                  <w:rPr>
                    <w:rFonts w:ascii="Arial" w:hAnsi="Arial" w:cs="Arial"/>
                    <w:szCs w:val="18"/>
                  </w:rPr>
                </w:pPr>
                <w:r>
                  <w:rPr>
                    <w:rFonts w:ascii="Arial" w:hAnsi="Arial" w:cs="Arial"/>
                    <w:szCs w:val="18"/>
                  </w:rPr>
                  <w:t>Bump-In / Bump-Out Fee</w:t>
                </w:r>
              </w:p>
            </w:tc>
          </w:sdtContent>
        </w:sdt>
        <w:tc>
          <w:tcPr>
            <w:tcW w:w="2835" w:type="dxa"/>
            <w:gridSpan w:val="2"/>
            <w:tcMar>
              <w:top w:w="90" w:type="dxa"/>
              <w:left w:w="105" w:type="dxa"/>
              <w:bottom w:w="90" w:type="dxa"/>
              <w:right w:w="105" w:type="dxa"/>
            </w:tcMar>
            <w:vAlign w:val="center"/>
          </w:tcPr>
          <w:p w14:paraId="78D6C9D1" w14:textId="77777777" w:rsidR="00F975EB" w:rsidRPr="00BA1DA1" w:rsidRDefault="00000000" w:rsidP="00F8341A">
            <w:pPr>
              <w:spacing w:after="0"/>
              <w:rPr>
                <w:rFonts w:ascii="Arial" w:hAnsi="Arial" w:cs="Arial"/>
              </w:rPr>
            </w:pPr>
            <w:sdt>
              <w:sdtPr>
                <w:rPr>
                  <w:rFonts w:ascii="Arial" w:hAnsi="Arial" w:cs="Arial"/>
                </w:rPr>
                <w:alias w:val="Text field 029"/>
                <w:tag w:val="TEXT_029"/>
                <w:id w:val="-552235312"/>
                <w:placeholder>
                  <w:docPart w:val="57B69CB913CB4168A9718BB3767F0844"/>
                </w:placeholder>
                <w:showingPlcHdr/>
                <w:text w:multiLine="1"/>
              </w:sdtPr>
              <w:sdtContent>
                <w:r w:rsidR="00F975EB" w:rsidRPr="00BA1DA1">
                  <w:rPr>
                    <w:rFonts w:ascii="Arial" w:hAnsi="Arial" w:cs="Arial"/>
                  </w:rPr>
                  <w:t xml:space="preserve">     </w:t>
                </w:r>
              </w:sdtContent>
            </w:sdt>
          </w:p>
        </w:tc>
        <w:tc>
          <w:tcPr>
            <w:tcW w:w="2666" w:type="dxa"/>
            <w:tcMar>
              <w:top w:w="90" w:type="dxa"/>
              <w:left w:w="105" w:type="dxa"/>
              <w:bottom w:w="90" w:type="dxa"/>
              <w:right w:w="105" w:type="dxa"/>
            </w:tcMar>
            <w:vAlign w:val="center"/>
          </w:tcPr>
          <w:p w14:paraId="6309496A" w14:textId="77777777" w:rsidR="00F975EB" w:rsidRPr="00BA1DA1" w:rsidRDefault="00000000" w:rsidP="00F8341A">
            <w:pPr>
              <w:spacing w:after="0"/>
              <w:rPr>
                <w:rFonts w:ascii="Arial" w:hAnsi="Arial" w:cs="Arial"/>
              </w:rPr>
            </w:pPr>
            <w:sdt>
              <w:sdtPr>
                <w:rPr>
                  <w:rFonts w:ascii="Arial" w:hAnsi="Arial" w:cs="Arial"/>
                </w:rPr>
                <w:alias w:val="Text field 029"/>
                <w:tag w:val="TEXT_029"/>
                <w:id w:val="2093579201"/>
                <w:placeholder>
                  <w:docPart w:val="1B08FE5813704695A3CC45851993E262"/>
                </w:placeholder>
                <w:showingPlcHdr/>
                <w:text w:multiLine="1"/>
              </w:sdtPr>
              <w:sdtContent>
                <w:r w:rsidR="00F975EB" w:rsidRPr="00BA1DA1">
                  <w:rPr>
                    <w:rFonts w:ascii="Arial" w:hAnsi="Arial" w:cs="Arial"/>
                  </w:rPr>
                  <w:t xml:space="preserve">     </w:t>
                </w:r>
              </w:sdtContent>
            </w:sdt>
          </w:p>
        </w:tc>
      </w:tr>
      <w:tr w:rsidR="00F975EB" w14:paraId="1DDEDA76" w14:textId="77777777" w:rsidTr="00F8341A">
        <w:trPr>
          <w:jc w:val="center"/>
        </w:trPr>
        <w:sdt>
          <w:sdtPr>
            <w:rPr>
              <w:rFonts w:ascii="Arial" w:hAnsi="Arial" w:cs="Arial"/>
              <w:szCs w:val="18"/>
            </w:rPr>
            <w:id w:val="1531611144"/>
            <w:placeholder>
              <w:docPart w:val="9DE02EBD670E4F7B8A6C1B9D8A5EF083"/>
            </w:placeholder>
            <w:showingPlcHdr/>
            <w:dropDownList>
              <w:listItem w:value="Choose an item."/>
              <w:listItem w:displayText="Base Venue Hire Fee" w:value="Base Venue Hire Fee"/>
              <w:listItem w:displayText="Bump-In / Bump-Out Fee" w:value="Bump-In / Bump-Out Fee"/>
              <w:listItem w:displayText="Access to Power" w:value="Access to Power"/>
              <w:listItem w:displayText="Access to Oval Lighting" w:value="Access to Oval Lighting"/>
              <w:listItem w:displayText="Road Closure Assessment" w:value="Road Closure Assessment"/>
              <w:listItem w:displayText="Site Inspection Fee" w:value="Site Inspection Fee"/>
              <w:listItem w:displayText="In-Kind Fee Waiver (Credit)" w:value="In-Kind Fee Waiver (Credit)"/>
              <w:listItem w:displayText="Sponsorship Grant (Credit)" w:value="Sponsorship Grant (Credit)"/>
            </w:dropDownList>
          </w:sdtPr>
          <w:sdtContent>
            <w:tc>
              <w:tcPr>
                <w:tcW w:w="4248" w:type="dxa"/>
                <w:shd w:val="clear" w:color="auto" w:fill="D9D9D9" w:themeFill="background1" w:themeFillShade="D9"/>
                <w:tcMar>
                  <w:top w:w="90" w:type="dxa"/>
                  <w:left w:w="105" w:type="dxa"/>
                  <w:bottom w:w="90" w:type="dxa"/>
                  <w:right w:w="105" w:type="dxa"/>
                </w:tcMar>
                <w:vAlign w:val="center"/>
              </w:tcPr>
              <w:p w14:paraId="4FC6A0CB" w14:textId="77777777" w:rsidR="00F975EB" w:rsidRPr="00B25DDF" w:rsidRDefault="00F975EB" w:rsidP="00F8341A">
                <w:pPr>
                  <w:spacing w:after="0"/>
                  <w:rPr>
                    <w:rFonts w:ascii="Arial" w:hAnsi="Arial" w:cs="Arial"/>
                    <w:szCs w:val="18"/>
                  </w:rPr>
                </w:pPr>
                <w:r w:rsidRPr="006B469E">
                  <w:rPr>
                    <w:rStyle w:val="PlaceholderText"/>
                  </w:rPr>
                  <w:t>Choose an item.</w:t>
                </w:r>
              </w:p>
            </w:tc>
          </w:sdtContent>
        </w:sdt>
        <w:tc>
          <w:tcPr>
            <w:tcW w:w="2835" w:type="dxa"/>
            <w:gridSpan w:val="2"/>
            <w:shd w:val="clear" w:color="auto" w:fill="D9D9D9" w:themeFill="background1" w:themeFillShade="D9"/>
            <w:tcMar>
              <w:top w:w="90" w:type="dxa"/>
              <w:left w:w="105" w:type="dxa"/>
              <w:bottom w:w="90" w:type="dxa"/>
              <w:right w:w="105" w:type="dxa"/>
            </w:tcMar>
            <w:vAlign w:val="center"/>
          </w:tcPr>
          <w:p w14:paraId="1213624B" w14:textId="77777777" w:rsidR="00F975EB" w:rsidRPr="00BA1DA1" w:rsidRDefault="00000000" w:rsidP="00F8341A">
            <w:pPr>
              <w:spacing w:after="0"/>
              <w:rPr>
                <w:rFonts w:ascii="Arial" w:hAnsi="Arial" w:cs="Arial"/>
              </w:rPr>
            </w:pPr>
            <w:sdt>
              <w:sdtPr>
                <w:rPr>
                  <w:rFonts w:ascii="Arial" w:hAnsi="Arial" w:cs="Arial"/>
                </w:rPr>
                <w:alias w:val="Text field 030"/>
                <w:tag w:val="TEXT_030"/>
                <w:id w:val="10030"/>
                <w:placeholder>
                  <w:docPart w:val="3E9D388B88764E1CB1A72FCE4C47D30C"/>
                </w:placeholder>
                <w:showingPlcHdr/>
                <w:text w:multiLine="1"/>
              </w:sdtPr>
              <w:sdtContent>
                <w:r w:rsidR="00F975EB" w:rsidRPr="00BA1DA1">
                  <w:rPr>
                    <w:rFonts w:ascii="Arial" w:hAnsi="Arial" w:cs="Arial"/>
                  </w:rPr>
                  <w:t xml:space="preserve">     </w:t>
                </w:r>
              </w:sdtContent>
            </w:sdt>
          </w:p>
        </w:tc>
        <w:tc>
          <w:tcPr>
            <w:tcW w:w="2666" w:type="dxa"/>
            <w:shd w:val="clear" w:color="auto" w:fill="D9D9D9" w:themeFill="background1" w:themeFillShade="D9"/>
            <w:tcMar>
              <w:top w:w="90" w:type="dxa"/>
              <w:left w:w="105" w:type="dxa"/>
              <w:bottom w:w="90" w:type="dxa"/>
              <w:right w:w="105" w:type="dxa"/>
            </w:tcMar>
            <w:vAlign w:val="center"/>
          </w:tcPr>
          <w:p w14:paraId="0CAE82DC" w14:textId="77777777" w:rsidR="00F975EB" w:rsidRPr="00BA1DA1" w:rsidRDefault="00000000" w:rsidP="00F8341A">
            <w:pPr>
              <w:spacing w:after="0"/>
              <w:rPr>
                <w:rFonts w:ascii="Arial" w:hAnsi="Arial" w:cs="Arial"/>
              </w:rPr>
            </w:pPr>
            <w:sdt>
              <w:sdtPr>
                <w:rPr>
                  <w:rFonts w:ascii="Arial" w:hAnsi="Arial" w:cs="Arial"/>
                </w:rPr>
                <w:alias w:val="Text field 030"/>
                <w:tag w:val="TEXT_030"/>
                <w:id w:val="1759866903"/>
                <w:placeholder>
                  <w:docPart w:val="8B9BF00D6E7F4EA3AA1673F28A850387"/>
                </w:placeholder>
                <w:showingPlcHdr/>
                <w:text w:multiLine="1"/>
              </w:sdtPr>
              <w:sdtContent>
                <w:r w:rsidR="00F975EB" w:rsidRPr="00BA1DA1">
                  <w:rPr>
                    <w:rFonts w:ascii="Arial" w:hAnsi="Arial" w:cs="Arial"/>
                  </w:rPr>
                  <w:t xml:space="preserve">     </w:t>
                </w:r>
              </w:sdtContent>
            </w:sdt>
          </w:p>
        </w:tc>
      </w:tr>
      <w:tr w:rsidR="00F975EB" w14:paraId="599ECD19" w14:textId="77777777" w:rsidTr="00F8341A">
        <w:trPr>
          <w:jc w:val="center"/>
        </w:trPr>
        <w:sdt>
          <w:sdtPr>
            <w:rPr>
              <w:rFonts w:ascii="Arial" w:hAnsi="Arial" w:cs="Arial"/>
              <w:szCs w:val="18"/>
            </w:rPr>
            <w:id w:val="93909292"/>
            <w:placeholder>
              <w:docPart w:val="A3781034AD30499499E16CBA16C6D0BE"/>
            </w:placeholder>
            <w:showingPlcHdr/>
            <w:dropDownList>
              <w:listItem w:value="Choose an item."/>
              <w:listItem w:displayText="Base Venue Hire Fee" w:value="Base Venue Hire Fee"/>
              <w:listItem w:displayText="Bump-In / Bump-Out Fee" w:value="Bump-In / Bump-Out Fee"/>
              <w:listItem w:displayText="Access to Power" w:value="Access to Power"/>
              <w:listItem w:displayText="Access to Oval Lighting" w:value="Access to Oval Lighting"/>
              <w:listItem w:displayText="Road Closure Assessment" w:value="Road Closure Assessment"/>
              <w:listItem w:displayText="Site Inspection Fee" w:value="Site Inspection Fee"/>
              <w:listItem w:displayText="In-Kind Fee Waiver (Credit)" w:value="In-Kind Fee Waiver (Credit)"/>
              <w:listItem w:displayText="Sponsorship Grant (Credit)" w:value="Sponsorship Grant (Credit)"/>
            </w:dropDownList>
          </w:sdtPr>
          <w:sdtContent>
            <w:tc>
              <w:tcPr>
                <w:tcW w:w="4248" w:type="dxa"/>
                <w:tcMar>
                  <w:top w:w="90" w:type="dxa"/>
                  <w:left w:w="105" w:type="dxa"/>
                  <w:bottom w:w="90" w:type="dxa"/>
                  <w:right w:w="105" w:type="dxa"/>
                </w:tcMar>
                <w:vAlign w:val="center"/>
              </w:tcPr>
              <w:p w14:paraId="096F9E9D" w14:textId="77777777" w:rsidR="00F975EB" w:rsidRPr="00B25DDF" w:rsidRDefault="00F975EB" w:rsidP="00F8341A">
                <w:pPr>
                  <w:spacing w:after="0"/>
                  <w:rPr>
                    <w:rFonts w:ascii="Arial" w:hAnsi="Arial" w:cs="Arial"/>
                    <w:szCs w:val="18"/>
                  </w:rPr>
                </w:pPr>
                <w:r w:rsidRPr="006B469E">
                  <w:rPr>
                    <w:rStyle w:val="PlaceholderText"/>
                  </w:rPr>
                  <w:t>Choose an item.</w:t>
                </w:r>
              </w:p>
            </w:tc>
          </w:sdtContent>
        </w:sdt>
        <w:tc>
          <w:tcPr>
            <w:tcW w:w="2835" w:type="dxa"/>
            <w:gridSpan w:val="2"/>
            <w:tcMar>
              <w:top w:w="90" w:type="dxa"/>
              <w:left w:w="105" w:type="dxa"/>
              <w:bottom w:w="90" w:type="dxa"/>
              <w:right w:w="105" w:type="dxa"/>
            </w:tcMar>
            <w:vAlign w:val="center"/>
          </w:tcPr>
          <w:p w14:paraId="1A2493ED" w14:textId="77777777" w:rsidR="00F975EB" w:rsidRPr="00BA1DA1" w:rsidRDefault="00000000" w:rsidP="00F8341A">
            <w:pPr>
              <w:spacing w:after="0"/>
              <w:rPr>
                <w:rFonts w:ascii="Arial" w:hAnsi="Arial" w:cs="Arial"/>
              </w:rPr>
            </w:pPr>
            <w:sdt>
              <w:sdtPr>
                <w:rPr>
                  <w:rFonts w:ascii="Arial" w:hAnsi="Arial" w:cs="Arial"/>
                </w:rPr>
                <w:alias w:val="Text field 032"/>
                <w:tag w:val="TEXT_032"/>
                <w:id w:val="10032"/>
                <w:placeholder>
                  <w:docPart w:val="E1435422271648CABBD08BEC8685B0FD"/>
                </w:placeholder>
                <w:showingPlcHdr/>
                <w:text w:multiLine="1"/>
              </w:sdtPr>
              <w:sdtContent>
                <w:r w:rsidR="00F975EB" w:rsidRPr="00BA1DA1">
                  <w:rPr>
                    <w:rFonts w:ascii="Arial" w:hAnsi="Arial" w:cs="Arial"/>
                  </w:rPr>
                  <w:t xml:space="preserve">     </w:t>
                </w:r>
              </w:sdtContent>
            </w:sdt>
          </w:p>
        </w:tc>
        <w:tc>
          <w:tcPr>
            <w:tcW w:w="2666" w:type="dxa"/>
            <w:tcMar>
              <w:top w:w="90" w:type="dxa"/>
              <w:left w:w="105" w:type="dxa"/>
              <w:bottom w:w="90" w:type="dxa"/>
              <w:right w:w="105" w:type="dxa"/>
            </w:tcMar>
            <w:vAlign w:val="center"/>
          </w:tcPr>
          <w:p w14:paraId="084BA8FE" w14:textId="77777777" w:rsidR="00F975EB" w:rsidRPr="00BA1DA1" w:rsidRDefault="00000000" w:rsidP="00F8341A">
            <w:pPr>
              <w:spacing w:after="0"/>
              <w:rPr>
                <w:rFonts w:ascii="Arial" w:hAnsi="Arial" w:cs="Arial"/>
              </w:rPr>
            </w:pPr>
            <w:sdt>
              <w:sdtPr>
                <w:rPr>
                  <w:rFonts w:ascii="Arial" w:hAnsi="Arial" w:cs="Arial"/>
                </w:rPr>
                <w:alias w:val="Text field 032"/>
                <w:tag w:val="TEXT_032"/>
                <w:id w:val="1138144768"/>
                <w:placeholder>
                  <w:docPart w:val="1667DE41164F4986B979DADEBAE707DE"/>
                </w:placeholder>
                <w:showingPlcHdr/>
                <w:text w:multiLine="1"/>
              </w:sdtPr>
              <w:sdtContent>
                <w:r w:rsidR="00F975EB" w:rsidRPr="00BA1DA1">
                  <w:rPr>
                    <w:rFonts w:ascii="Arial" w:hAnsi="Arial" w:cs="Arial"/>
                  </w:rPr>
                  <w:t xml:space="preserve">     </w:t>
                </w:r>
              </w:sdtContent>
            </w:sdt>
          </w:p>
        </w:tc>
      </w:tr>
      <w:tr w:rsidR="00F975EB" w14:paraId="7E420B3C" w14:textId="77777777" w:rsidTr="00F8341A">
        <w:trPr>
          <w:jc w:val="center"/>
        </w:trPr>
        <w:sdt>
          <w:sdtPr>
            <w:rPr>
              <w:rFonts w:ascii="Arial" w:hAnsi="Arial" w:cs="Arial"/>
              <w:szCs w:val="18"/>
            </w:rPr>
            <w:id w:val="-862983377"/>
            <w:placeholder>
              <w:docPart w:val="113619B521134D70BB12F58E80DBCDE9"/>
            </w:placeholder>
            <w:showingPlcHdr/>
            <w:dropDownList>
              <w:listItem w:value="Choose an item."/>
              <w:listItem w:displayText="Base Venue Hire Fee" w:value="Base Venue Hire Fee"/>
              <w:listItem w:displayText="Bump-In / Bump-Out Fee" w:value="Bump-In / Bump-Out Fee"/>
              <w:listItem w:displayText="Access to Power" w:value="Access to Power"/>
              <w:listItem w:displayText="Access to Oval Lighting" w:value="Access to Oval Lighting"/>
              <w:listItem w:displayText="Road Closure Assessment" w:value="Road Closure Assessment"/>
              <w:listItem w:displayText="Site Inspection Fee" w:value="Site Inspection Fee"/>
              <w:listItem w:displayText="In-Kind Fee Waiver (Credit)" w:value="In-Kind Fee Waiver (Credit)"/>
              <w:listItem w:displayText="Sponsorship Grant (Credit)" w:value="Sponsorship Grant (Credit)"/>
            </w:dropDownList>
          </w:sdtPr>
          <w:sdtContent>
            <w:tc>
              <w:tcPr>
                <w:tcW w:w="4248" w:type="dxa"/>
                <w:shd w:val="clear" w:color="auto" w:fill="D9D9D9" w:themeFill="background1" w:themeFillShade="D9"/>
                <w:tcMar>
                  <w:top w:w="90" w:type="dxa"/>
                  <w:left w:w="105" w:type="dxa"/>
                  <w:bottom w:w="90" w:type="dxa"/>
                  <w:right w:w="105" w:type="dxa"/>
                </w:tcMar>
                <w:vAlign w:val="center"/>
              </w:tcPr>
              <w:p w14:paraId="3C2F1418" w14:textId="77777777" w:rsidR="00F975EB" w:rsidRPr="00B25DDF" w:rsidRDefault="00F975EB" w:rsidP="00F8341A">
                <w:pPr>
                  <w:spacing w:after="0"/>
                  <w:rPr>
                    <w:rFonts w:ascii="Arial" w:hAnsi="Arial" w:cs="Arial"/>
                    <w:szCs w:val="18"/>
                  </w:rPr>
                </w:pPr>
                <w:r w:rsidRPr="006B469E">
                  <w:rPr>
                    <w:rStyle w:val="PlaceholderText"/>
                  </w:rPr>
                  <w:t>Choose an item.</w:t>
                </w:r>
              </w:p>
            </w:tc>
          </w:sdtContent>
        </w:sdt>
        <w:tc>
          <w:tcPr>
            <w:tcW w:w="2835" w:type="dxa"/>
            <w:gridSpan w:val="2"/>
            <w:shd w:val="clear" w:color="auto" w:fill="D9D9D9" w:themeFill="background1" w:themeFillShade="D9"/>
            <w:tcMar>
              <w:top w:w="90" w:type="dxa"/>
              <w:left w:w="105" w:type="dxa"/>
              <w:bottom w:w="90" w:type="dxa"/>
              <w:right w:w="105" w:type="dxa"/>
            </w:tcMar>
            <w:vAlign w:val="center"/>
          </w:tcPr>
          <w:p w14:paraId="7522B8A7" w14:textId="77777777" w:rsidR="00F975EB" w:rsidRPr="00BA1DA1" w:rsidRDefault="00000000" w:rsidP="00F8341A">
            <w:pPr>
              <w:spacing w:after="0"/>
              <w:rPr>
                <w:rFonts w:ascii="Arial" w:hAnsi="Arial" w:cs="Arial"/>
              </w:rPr>
            </w:pPr>
            <w:sdt>
              <w:sdtPr>
                <w:rPr>
                  <w:rFonts w:ascii="Arial" w:hAnsi="Arial" w:cs="Arial"/>
                </w:rPr>
                <w:alias w:val="Text field 034"/>
                <w:tag w:val="TEXT_034"/>
                <w:id w:val="10034"/>
                <w:placeholder>
                  <w:docPart w:val="A1E20FD26588482CA37F657DDC293073"/>
                </w:placeholder>
                <w:showingPlcHdr/>
                <w:text w:multiLine="1"/>
              </w:sdtPr>
              <w:sdtContent>
                <w:r w:rsidR="00F975EB" w:rsidRPr="00BA1DA1">
                  <w:rPr>
                    <w:rFonts w:ascii="Arial" w:hAnsi="Arial" w:cs="Arial"/>
                  </w:rPr>
                  <w:t xml:space="preserve">     </w:t>
                </w:r>
              </w:sdtContent>
            </w:sdt>
          </w:p>
        </w:tc>
        <w:tc>
          <w:tcPr>
            <w:tcW w:w="2666" w:type="dxa"/>
            <w:shd w:val="clear" w:color="auto" w:fill="D9D9D9" w:themeFill="background1" w:themeFillShade="D9"/>
            <w:tcMar>
              <w:top w:w="90" w:type="dxa"/>
              <w:left w:w="105" w:type="dxa"/>
              <w:bottom w:w="90" w:type="dxa"/>
              <w:right w:w="105" w:type="dxa"/>
            </w:tcMar>
            <w:vAlign w:val="center"/>
          </w:tcPr>
          <w:p w14:paraId="5012DA00" w14:textId="77777777" w:rsidR="00F975EB" w:rsidRPr="00BA1DA1" w:rsidRDefault="00000000" w:rsidP="00F8341A">
            <w:pPr>
              <w:spacing w:after="0"/>
              <w:rPr>
                <w:rFonts w:ascii="Arial" w:hAnsi="Arial" w:cs="Arial"/>
              </w:rPr>
            </w:pPr>
            <w:sdt>
              <w:sdtPr>
                <w:rPr>
                  <w:rFonts w:ascii="Arial" w:hAnsi="Arial" w:cs="Arial"/>
                </w:rPr>
                <w:alias w:val="Text field 034"/>
                <w:tag w:val="TEXT_034"/>
                <w:id w:val="-1410150241"/>
                <w:placeholder>
                  <w:docPart w:val="87B4E9BB7D334665BD47A9BA92BE54F0"/>
                </w:placeholder>
                <w:showingPlcHdr/>
                <w:text w:multiLine="1"/>
              </w:sdtPr>
              <w:sdtContent>
                <w:r w:rsidR="00F975EB" w:rsidRPr="00BA1DA1">
                  <w:rPr>
                    <w:rFonts w:ascii="Arial" w:hAnsi="Arial" w:cs="Arial"/>
                  </w:rPr>
                  <w:t xml:space="preserve">     </w:t>
                </w:r>
              </w:sdtContent>
            </w:sdt>
          </w:p>
        </w:tc>
      </w:tr>
      <w:tr w:rsidR="00F975EB" w14:paraId="7CE9930D" w14:textId="77777777" w:rsidTr="00F8341A">
        <w:trPr>
          <w:jc w:val="center"/>
        </w:trPr>
        <w:tc>
          <w:tcPr>
            <w:tcW w:w="4248" w:type="dxa"/>
            <w:tcMar>
              <w:top w:w="90" w:type="dxa"/>
              <w:left w:w="105" w:type="dxa"/>
              <w:bottom w:w="90" w:type="dxa"/>
              <w:right w:w="105" w:type="dxa"/>
            </w:tcMar>
            <w:vAlign w:val="center"/>
          </w:tcPr>
          <w:p w14:paraId="46B609D0" w14:textId="77777777" w:rsidR="00F975EB" w:rsidRPr="00B25DDF" w:rsidRDefault="00F975EB" w:rsidP="00F8341A">
            <w:pPr>
              <w:spacing w:after="0"/>
              <w:rPr>
                <w:rFonts w:ascii="Arial" w:hAnsi="Arial" w:cs="Arial"/>
                <w:szCs w:val="18"/>
              </w:rPr>
            </w:pPr>
          </w:p>
        </w:tc>
        <w:tc>
          <w:tcPr>
            <w:tcW w:w="2835" w:type="dxa"/>
            <w:gridSpan w:val="2"/>
            <w:tcMar>
              <w:top w:w="90" w:type="dxa"/>
              <w:left w:w="105" w:type="dxa"/>
              <w:bottom w:w="90" w:type="dxa"/>
              <w:right w:w="105" w:type="dxa"/>
            </w:tcMar>
            <w:vAlign w:val="center"/>
          </w:tcPr>
          <w:p w14:paraId="50A344B5" w14:textId="77777777" w:rsidR="00F975EB" w:rsidRPr="00BA1DA1" w:rsidRDefault="00F975EB" w:rsidP="00F8341A">
            <w:pPr>
              <w:spacing w:after="0"/>
              <w:rPr>
                <w:rFonts w:ascii="Arial" w:hAnsi="Arial" w:cs="Arial"/>
              </w:rPr>
            </w:pPr>
          </w:p>
        </w:tc>
        <w:tc>
          <w:tcPr>
            <w:tcW w:w="2666" w:type="dxa"/>
            <w:tcMar>
              <w:top w:w="90" w:type="dxa"/>
              <w:left w:w="105" w:type="dxa"/>
              <w:bottom w:w="90" w:type="dxa"/>
              <w:right w:w="105" w:type="dxa"/>
            </w:tcMar>
            <w:vAlign w:val="center"/>
          </w:tcPr>
          <w:p w14:paraId="228FACEC" w14:textId="77777777" w:rsidR="00F975EB" w:rsidRPr="00BA1DA1" w:rsidRDefault="00F975EB" w:rsidP="00F8341A">
            <w:pPr>
              <w:spacing w:after="0"/>
              <w:rPr>
                <w:rFonts w:ascii="Arial" w:hAnsi="Arial" w:cs="Arial"/>
              </w:rPr>
            </w:pPr>
          </w:p>
        </w:tc>
      </w:tr>
      <w:tr w:rsidR="00F975EB" w14:paraId="6992F090" w14:textId="77777777" w:rsidTr="00F8341A">
        <w:trPr>
          <w:jc w:val="center"/>
        </w:trPr>
        <w:tc>
          <w:tcPr>
            <w:tcW w:w="4248" w:type="dxa"/>
            <w:shd w:val="clear" w:color="auto" w:fill="D9D9D9" w:themeFill="background1" w:themeFillShade="D9"/>
            <w:tcMar>
              <w:top w:w="90" w:type="dxa"/>
              <w:left w:w="105" w:type="dxa"/>
              <w:bottom w:w="90" w:type="dxa"/>
              <w:right w:w="105" w:type="dxa"/>
            </w:tcMar>
            <w:vAlign w:val="center"/>
          </w:tcPr>
          <w:p w14:paraId="27BB5834" w14:textId="77777777" w:rsidR="00F975EB" w:rsidRPr="00BA1DA1" w:rsidRDefault="00F975EB" w:rsidP="00F8341A">
            <w:pPr>
              <w:spacing w:after="0"/>
              <w:rPr>
                <w:rFonts w:ascii="Arial" w:hAnsi="Arial" w:cs="Arial"/>
              </w:rPr>
            </w:pPr>
          </w:p>
        </w:tc>
        <w:tc>
          <w:tcPr>
            <w:tcW w:w="2835" w:type="dxa"/>
            <w:gridSpan w:val="2"/>
            <w:shd w:val="clear" w:color="auto" w:fill="D9D9D9" w:themeFill="background1" w:themeFillShade="D9"/>
            <w:tcMar>
              <w:top w:w="90" w:type="dxa"/>
              <w:left w:w="105" w:type="dxa"/>
              <w:bottom w:w="90" w:type="dxa"/>
              <w:right w:w="105" w:type="dxa"/>
            </w:tcMar>
            <w:vAlign w:val="center"/>
          </w:tcPr>
          <w:p w14:paraId="59338DBE" w14:textId="77777777" w:rsidR="00F975EB" w:rsidRPr="00BA1DA1" w:rsidRDefault="00F975EB" w:rsidP="00F8341A">
            <w:pPr>
              <w:spacing w:after="0"/>
              <w:rPr>
                <w:rFonts w:ascii="Arial" w:hAnsi="Arial" w:cs="Arial"/>
              </w:rPr>
            </w:pPr>
          </w:p>
        </w:tc>
        <w:tc>
          <w:tcPr>
            <w:tcW w:w="2666" w:type="dxa"/>
            <w:shd w:val="clear" w:color="auto" w:fill="D9D9D9" w:themeFill="background1" w:themeFillShade="D9"/>
            <w:tcMar>
              <w:top w:w="90" w:type="dxa"/>
              <w:left w:w="105" w:type="dxa"/>
              <w:bottom w:w="90" w:type="dxa"/>
              <w:right w:w="105" w:type="dxa"/>
            </w:tcMar>
            <w:vAlign w:val="center"/>
          </w:tcPr>
          <w:p w14:paraId="29D19D79" w14:textId="77777777" w:rsidR="00F975EB" w:rsidRPr="00BA1DA1" w:rsidRDefault="00F975EB" w:rsidP="00F8341A">
            <w:pPr>
              <w:spacing w:after="0"/>
              <w:rPr>
                <w:rFonts w:ascii="Arial" w:hAnsi="Arial" w:cs="Arial"/>
              </w:rPr>
            </w:pPr>
          </w:p>
        </w:tc>
      </w:tr>
      <w:tr w:rsidR="00F975EB" w14:paraId="1A26279E" w14:textId="77777777" w:rsidTr="00F8341A">
        <w:trPr>
          <w:jc w:val="center"/>
        </w:trPr>
        <w:tc>
          <w:tcPr>
            <w:tcW w:w="4248" w:type="dxa"/>
            <w:tcMar>
              <w:top w:w="90" w:type="dxa"/>
              <w:left w:w="105" w:type="dxa"/>
              <w:bottom w:w="90" w:type="dxa"/>
              <w:right w:w="105" w:type="dxa"/>
            </w:tcMar>
            <w:vAlign w:val="center"/>
          </w:tcPr>
          <w:sdt>
            <w:sdtPr>
              <w:rPr>
                <w:rFonts w:ascii="Arial" w:hAnsi="Arial" w:cs="Arial"/>
              </w:rPr>
              <w:id w:val="1178470030"/>
              <w:placeholder>
                <w:docPart w:val="9CA9819B38884E2785019EAFE1325EA4"/>
              </w:placeholder>
              <w:showingPlcHdr/>
              <w:dropDownList>
                <w:listItem w:value="Choose an item."/>
                <w:listItem w:displayText="Post Event Damages" w:value="Post Event Damages"/>
                <w:listItem w:displayText="Lost Keys" w:value="Lost Keys"/>
                <w:listItem w:displayText="Other" w:value="Other"/>
              </w:dropDownList>
            </w:sdtPr>
            <w:sdtContent>
              <w:p w14:paraId="4523BAB3" w14:textId="77777777" w:rsidR="00F975EB" w:rsidRPr="00BA1DA1" w:rsidRDefault="00F975EB" w:rsidP="00F8341A">
                <w:pPr>
                  <w:spacing w:after="0"/>
                  <w:rPr>
                    <w:rFonts w:ascii="Arial" w:hAnsi="Arial" w:cs="Arial"/>
                  </w:rPr>
                </w:pPr>
                <w:r w:rsidRPr="006B469E">
                  <w:rPr>
                    <w:rStyle w:val="PlaceholderText"/>
                  </w:rPr>
                  <w:t>Choose an item.</w:t>
                </w:r>
              </w:p>
            </w:sdtContent>
          </w:sdt>
        </w:tc>
        <w:tc>
          <w:tcPr>
            <w:tcW w:w="2835" w:type="dxa"/>
            <w:gridSpan w:val="2"/>
            <w:tcMar>
              <w:top w:w="90" w:type="dxa"/>
              <w:left w:w="105" w:type="dxa"/>
              <w:bottom w:w="90" w:type="dxa"/>
              <w:right w:w="105" w:type="dxa"/>
            </w:tcMar>
            <w:vAlign w:val="center"/>
          </w:tcPr>
          <w:p w14:paraId="06BE3E92" w14:textId="77777777" w:rsidR="00F975EB" w:rsidRPr="00BA1DA1" w:rsidRDefault="00000000" w:rsidP="00F8341A">
            <w:pPr>
              <w:spacing w:after="0"/>
              <w:rPr>
                <w:rFonts w:ascii="Arial" w:hAnsi="Arial" w:cs="Arial"/>
              </w:rPr>
            </w:pPr>
            <w:sdt>
              <w:sdtPr>
                <w:rPr>
                  <w:rFonts w:ascii="Arial" w:hAnsi="Arial" w:cs="Arial"/>
                </w:rPr>
                <w:alias w:val="Text field 034"/>
                <w:tag w:val="TEXT_034"/>
                <w:id w:val="-720134748"/>
                <w:placeholder>
                  <w:docPart w:val="86AD456768AA49F3B0CF68650C4EF775"/>
                </w:placeholder>
                <w:showingPlcHdr/>
                <w:text w:multiLine="1"/>
              </w:sdtPr>
              <w:sdtContent>
                <w:r w:rsidR="00F975EB" w:rsidRPr="00BA1DA1">
                  <w:rPr>
                    <w:rFonts w:ascii="Arial" w:hAnsi="Arial" w:cs="Arial"/>
                  </w:rPr>
                  <w:t xml:space="preserve">     </w:t>
                </w:r>
              </w:sdtContent>
            </w:sdt>
          </w:p>
        </w:tc>
        <w:tc>
          <w:tcPr>
            <w:tcW w:w="2666" w:type="dxa"/>
            <w:tcMar>
              <w:top w:w="90" w:type="dxa"/>
              <w:left w:w="105" w:type="dxa"/>
              <w:bottom w:w="90" w:type="dxa"/>
              <w:right w:w="105" w:type="dxa"/>
            </w:tcMar>
            <w:vAlign w:val="center"/>
          </w:tcPr>
          <w:p w14:paraId="4B731CD6" w14:textId="77777777" w:rsidR="00F975EB" w:rsidRPr="00BA1DA1" w:rsidRDefault="00000000" w:rsidP="00F8341A">
            <w:pPr>
              <w:spacing w:after="0"/>
              <w:rPr>
                <w:rFonts w:ascii="Arial" w:hAnsi="Arial" w:cs="Arial"/>
              </w:rPr>
            </w:pPr>
            <w:sdt>
              <w:sdtPr>
                <w:rPr>
                  <w:rFonts w:ascii="Arial" w:hAnsi="Arial" w:cs="Arial"/>
                </w:rPr>
                <w:alias w:val="Text field 034"/>
                <w:tag w:val="TEXT_034"/>
                <w:id w:val="-605879626"/>
                <w:placeholder>
                  <w:docPart w:val="4539D37655B943E8A3A4D6C17525BAB2"/>
                </w:placeholder>
                <w:showingPlcHdr/>
                <w:text w:multiLine="1"/>
              </w:sdtPr>
              <w:sdtContent>
                <w:r w:rsidR="00F975EB" w:rsidRPr="00BA1DA1">
                  <w:rPr>
                    <w:rFonts w:ascii="Arial" w:hAnsi="Arial" w:cs="Arial"/>
                  </w:rPr>
                  <w:t xml:space="preserve">     </w:t>
                </w:r>
              </w:sdtContent>
            </w:sdt>
          </w:p>
        </w:tc>
      </w:tr>
      <w:tr w:rsidR="00F975EB" w14:paraId="0C7E8B50" w14:textId="77777777" w:rsidTr="00F8341A">
        <w:trPr>
          <w:jc w:val="center"/>
        </w:trPr>
        <w:tc>
          <w:tcPr>
            <w:tcW w:w="4248" w:type="dxa"/>
            <w:shd w:val="clear" w:color="auto" w:fill="D9D9D9" w:themeFill="background1" w:themeFillShade="D9"/>
            <w:tcMar>
              <w:top w:w="90" w:type="dxa"/>
              <w:left w:w="105" w:type="dxa"/>
              <w:bottom w:w="90" w:type="dxa"/>
              <w:right w:w="105" w:type="dxa"/>
            </w:tcMar>
            <w:vAlign w:val="center"/>
          </w:tcPr>
          <w:p w14:paraId="44CAA520" w14:textId="77777777" w:rsidR="00F975EB" w:rsidRPr="00BA1DA1" w:rsidRDefault="00F975EB" w:rsidP="00F8341A">
            <w:pPr>
              <w:spacing w:after="0"/>
              <w:rPr>
                <w:rFonts w:ascii="Arial" w:hAnsi="Arial" w:cs="Arial"/>
              </w:rPr>
            </w:pPr>
          </w:p>
        </w:tc>
        <w:tc>
          <w:tcPr>
            <w:tcW w:w="2835" w:type="dxa"/>
            <w:gridSpan w:val="2"/>
            <w:shd w:val="clear" w:color="auto" w:fill="D9D9D9" w:themeFill="background1" w:themeFillShade="D9"/>
            <w:tcMar>
              <w:top w:w="90" w:type="dxa"/>
              <w:left w:w="105" w:type="dxa"/>
              <w:bottom w:w="90" w:type="dxa"/>
              <w:right w:w="105" w:type="dxa"/>
            </w:tcMar>
            <w:vAlign w:val="center"/>
          </w:tcPr>
          <w:p w14:paraId="2D2D9677" w14:textId="77777777" w:rsidR="00F975EB" w:rsidRPr="00BA1DA1" w:rsidRDefault="00F975EB" w:rsidP="00F8341A">
            <w:pPr>
              <w:spacing w:after="0"/>
              <w:rPr>
                <w:rFonts w:ascii="Arial" w:hAnsi="Arial" w:cs="Arial"/>
              </w:rPr>
            </w:pPr>
          </w:p>
        </w:tc>
        <w:tc>
          <w:tcPr>
            <w:tcW w:w="2666" w:type="dxa"/>
            <w:shd w:val="clear" w:color="auto" w:fill="D9D9D9" w:themeFill="background1" w:themeFillShade="D9"/>
            <w:tcMar>
              <w:top w:w="90" w:type="dxa"/>
              <w:left w:w="105" w:type="dxa"/>
              <w:bottom w:w="90" w:type="dxa"/>
              <w:right w:w="105" w:type="dxa"/>
            </w:tcMar>
            <w:vAlign w:val="center"/>
          </w:tcPr>
          <w:p w14:paraId="48F224E7" w14:textId="77777777" w:rsidR="00F975EB" w:rsidRPr="00BA1DA1" w:rsidRDefault="00F975EB" w:rsidP="00F8341A">
            <w:pPr>
              <w:spacing w:after="0"/>
              <w:rPr>
                <w:rFonts w:ascii="Arial" w:hAnsi="Arial" w:cs="Arial"/>
              </w:rPr>
            </w:pPr>
            <w:r>
              <w:rPr>
                <w:rFonts w:ascii="Arial" w:hAnsi="Arial" w:cs="Arial"/>
              </w:rPr>
              <w:t xml:space="preserve">Total Invoice Amount: </w:t>
            </w:r>
          </w:p>
        </w:tc>
      </w:tr>
      <w:tr w:rsidR="00F975EB" w:rsidRPr="00837EF3" w14:paraId="26F1A540" w14:textId="77777777" w:rsidTr="00F8341A">
        <w:trPr>
          <w:jc w:val="center"/>
        </w:trPr>
        <w:tc>
          <w:tcPr>
            <w:tcW w:w="4248" w:type="dxa"/>
            <w:tcMar>
              <w:top w:w="90" w:type="dxa"/>
              <w:left w:w="105" w:type="dxa"/>
              <w:bottom w:w="90" w:type="dxa"/>
              <w:right w:w="105" w:type="dxa"/>
            </w:tcMar>
            <w:vAlign w:val="center"/>
          </w:tcPr>
          <w:p w14:paraId="6DB323EC" w14:textId="77777777" w:rsidR="00F975EB" w:rsidRPr="00837EF3" w:rsidRDefault="00F975EB" w:rsidP="00F8341A">
            <w:pPr>
              <w:spacing w:after="0"/>
              <w:rPr>
                <w:color w:val="auto"/>
              </w:rPr>
            </w:pPr>
            <w:r w:rsidRPr="00837EF3">
              <w:rPr>
                <w:b/>
                <w:color w:val="auto"/>
                <w:sz w:val="17"/>
              </w:rPr>
              <w:t xml:space="preserve">Total invoice amount </w:t>
            </w:r>
          </w:p>
        </w:tc>
        <w:tc>
          <w:tcPr>
            <w:tcW w:w="5501" w:type="dxa"/>
            <w:gridSpan w:val="3"/>
            <w:tcMar>
              <w:top w:w="90" w:type="dxa"/>
              <w:left w:w="105" w:type="dxa"/>
              <w:bottom w:w="90" w:type="dxa"/>
              <w:right w:w="105" w:type="dxa"/>
            </w:tcMar>
            <w:vAlign w:val="center"/>
          </w:tcPr>
          <w:p w14:paraId="0C7606DB" w14:textId="77777777" w:rsidR="00F975EB" w:rsidRPr="00837EF3" w:rsidRDefault="00000000" w:rsidP="00F8341A">
            <w:pPr>
              <w:spacing w:after="0"/>
              <w:rPr>
                <w:color w:val="auto"/>
              </w:rPr>
            </w:pPr>
            <w:sdt>
              <w:sdtPr>
                <w:rPr>
                  <w:color w:val="auto"/>
                </w:rPr>
                <w:alias w:val="Text field 044"/>
                <w:tag w:val="TEXT_044"/>
                <w:id w:val="10044"/>
                <w:placeholder>
                  <w:docPart w:val="37A1068D69AC4DA0AEC5FA2A343C2C1F"/>
                </w:placeholder>
                <w:showingPlcHdr/>
                <w:text w:multiLine="1"/>
              </w:sdtPr>
              <w:sdtContent>
                <w:r w:rsidR="00F975EB" w:rsidRPr="00837EF3">
                  <w:rPr>
                    <w:color w:val="auto"/>
                  </w:rPr>
                  <w:t xml:space="preserve">     </w:t>
                </w:r>
              </w:sdtContent>
            </w:sdt>
            <w:r w:rsidR="00F975EB" w:rsidRPr="00837EF3">
              <w:rPr>
                <w:color w:val="auto"/>
              </w:rPr>
              <w:t>$</w:t>
            </w:r>
          </w:p>
        </w:tc>
      </w:tr>
    </w:tbl>
    <w:p w14:paraId="1F5D49BD" w14:textId="77777777" w:rsidR="00F975EB" w:rsidRPr="00837EF3" w:rsidRDefault="00F975EB" w:rsidP="00F975EB">
      <w:pPr>
        <w:spacing w:after="0"/>
        <w:rPr>
          <w:color w:val="auto"/>
        </w:rPr>
      </w:pPr>
    </w:p>
    <w:p w14:paraId="640162FE" w14:textId="77777777" w:rsidR="006F505E" w:rsidRDefault="006F505E">
      <w:pPr>
        <w:spacing w:after="200"/>
        <w:rPr>
          <w:rFonts w:asciiTheme="majorHAnsi" w:eastAsiaTheme="majorEastAsia" w:hAnsiTheme="majorHAnsi" w:cstheme="majorBidi"/>
          <w:b/>
          <w:bCs/>
          <w:color w:val="578741"/>
          <w:sz w:val="24"/>
          <w:szCs w:val="28"/>
        </w:rPr>
      </w:pPr>
      <w:r>
        <w:br w:type="page"/>
      </w:r>
    </w:p>
    <w:p w14:paraId="1285D9D7" w14:textId="1F53917E" w:rsidR="000538D4" w:rsidRPr="00132B31" w:rsidRDefault="00F975EB" w:rsidP="00F975EB">
      <w:pPr>
        <w:pStyle w:val="Heading1"/>
        <w:rPr>
          <w:color w:val="1F497D" w:themeColor="text2"/>
        </w:rPr>
      </w:pPr>
      <w:r w:rsidRPr="00132B31">
        <w:rPr>
          <w:color w:val="1F497D" w:themeColor="text2"/>
        </w:rPr>
        <w:lastRenderedPageBreak/>
        <w:t>SECTION 7 – AUTHORISATION / CONSENT</w:t>
      </w:r>
    </w:p>
    <w:p w14:paraId="3402C574" w14:textId="77777777" w:rsidR="000538D4" w:rsidRDefault="00CC6CE1">
      <w:pPr>
        <w:pStyle w:val="Heading2"/>
      </w:pPr>
      <w:r>
        <w:t>CITY OF DARWIN AUTHORISED OFFICER – OFFICE USE ONLY</w:t>
      </w:r>
    </w:p>
    <w:tbl>
      <w:tblPr>
        <w:tblStyle w:val="TableGrid"/>
        <w:tblW w:w="0" w:type="auto"/>
        <w:jc w:val="center"/>
        <w:tblLayout w:type="fixed"/>
        <w:tblLook w:val="04A0" w:firstRow="1" w:lastRow="0" w:firstColumn="1" w:lastColumn="0" w:noHBand="0" w:noVBand="1"/>
      </w:tblPr>
      <w:tblGrid>
        <w:gridCol w:w="2520"/>
        <w:gridCol w:w="7229"/>
      </w:tblGrid>
      <w:tr w:rsidR="000538D4" w14:paraId="0DDEC3B2" w14:textId="77777777" w:rsidTr="00F5763E">
        <w:trPr>
          <w:jc w:val="center"/>
        </w:trPr>
        <w:tc>
          <w:tcPr>
            <w:tcW w:w="2520" w:type="dxa"/>
            <w:tcMar>
              <w:top w:w="90" w:type="dxa"/>
              <w:left w:w="105" w:type="dxa"/>
              <w:bottom w:w="90" w:type="dxa"/>
              <w:right w:w="105" w:type="dxa"/>
            </w:tcMar>
            <w:vAlign w:val="center"/>
          </w:tcPr>
          <w:p w14:paraId="695DBD64" w14:textId="77777777" w:rsidR="000538D4" w:rsidRDefault="00CC6CE1">
            <w:pPr>
              <w:spacing w:after="0"/>
            </w:pPr>
            <w:r>
              <w:rPr>
                <w:b/>
                <w:sz w:val="17"/>
              </w:rPr>
              <w:t>Name of authorised officer</w:t>
            </w:r>
          </w:p>
        </w:tc>
        <w:tc>
          <w:tcPr>
            <w:tcW w:w="7229" w:type="dxa"/>
            <w:shd w:val="clear" w:color="auto" w:fill="D9D9D9" w:themeFill="background1" w:themeFillShade="D9"/>
            <w:tcMar>
              <w:top w:w="90" w:type="dxa"/>
              <w:left w:w="105" w:type="dxa"/>
              <w:bottom w:w="90" w:type="dxa"/>
              <w:right w:w="105" w:type="dxa"/>
            </w:tcMar>
            <w:vAlign w:val="center"/>
          </w:tcPr>
          <w:p w14:paraId="4C37A5C1" w14:textId="0484E910" w:rsidR="000538D4" w:rsidRDefault="00000000">
            <w:pPr>
              <w:spacing w:after="0"/>
            </w:pPr>
            <w:sdt>
              <w:sdtPr>
                <w:alias w:val="Text field 093"/>
                <w:tag w:val="TEXT_093"/>
                <w:id w:val="10093"/>
                <w:placeholder>
                  <w:docPart w:val="E2F096DA71C945FBB7B5C84225F38278"/>
                </w:placeholder>
                <w:showingPlcHdr/>
                <w:text w:multiLine="1"/>
              </w:sdtPr>
              <w:sdtContent>
                <w:r w:rsidR="00B25DDF">
                  <w:t xml:space="preserve">     </w:t>
                </w:r>
              </w:sdtContent>
            </w:sdt>
          </w:p>
        </w:tc>
      </w:tr>
    </w:tbl>
    <w:p w14:paraId="36062A54" w14:textId="77777777" w:rsidR="000538D4" w:rsidRDefault="000538D4">
      <w:pPr>
        <w:spacing w:after="0"/>
      </w:pPr>
    </w:p>
    <w:tbl>
      <w:tblPr>
        <w:tblStyle w:val="TableGrid"/>
        <w:tblW w:w="0" w:type="auto"/>
        <w:jc w:val="center"/>
        <w:tblLayout w:type="fixed"/>
        <w:tblLook w:val="04A0" w:firstRow="1" w:lastRow="0" w:firstColumn="1" w:lastColumn="0" w:noHBand="0" w:noVBand="1"/>
      </w:tblPr>
      <w:tblGrid>
        <w:gridCol w:w="2520"/>
        <w:gridCol w:w="7229"/>
      </w:tblGrid>
      <w:tr w:rsidR="000538D4" w14:paraId="2E12DCA2" w14:textId="77777777" w:rsidTr="00F5763E">
        <w:trPr>
          <w:jc w:val="center"/>
        </w:trPr>
        <w:tc>
          <w:tcPr>
            <w:tcW w:w="2520" w:type="dxa"/>
            <w:tcMar>
              <w:top w:w="90" w:type="dxa"/>
              <w:left w:w="105" w:type="dxa"/>
              <w:bottom w:w="90" w:type="dxa"/>
              <w:right w:w="105" w:type="dxa"/>
            </w:tcMar>
            <w:vAlign w:val="center"/>
          </w:tcPr>
          <w:p w14:paraId="2592A7DE" w14:textId="77777777" w:rsidR="000538D4" w:rsidRDefault="00CC6CE1">
            <w:pPr>
              <w:spacing w:after="0"/>
            </w:pPr>
            <w:r>
              <w:rPr>
                <w:b/>
                <w:sz w:val="17"/>
              </w:rPr>
              <w:t>Signature of authorised officer</w:t>
            </w:r>
          </w:p>
        </w:tc>
        <w:tc>
          <w:tcPr>
            <w:tcW w:w="7229" w:type="dxa"/>
            <w:shd w:val="clear" w:color="auto" w:fill="D9D9D9" w:themeFill="background1" w:themeFillShade="D9"/>
            <w:tcMar>
              <w:top w:w="90" w:type="dxa"/>
              <w:left w:w="105" w:type="dxa"/>
              <w:bottom w:w="90" w:type="dxa"/>
              <w:right w:w="105" w:type="dxa"/>
            </w:tcMar>
            <w:vAlign w:val="center"/>
          </w:tcPr>
          <w:p w14:paraId="063EB0D7" w14:textId="0B9D161F" w:rsidR="000538D4" w:rsidRDefault="00000000">
            <w:pPr>
              <w:spacing w:after="0"/>
            </w:pPr>
            <w:sdt>
              <w:sdtPr>
                <w:alias w:val="Text field 094"/>
                <w:tag w:val="TEXT_094"/>
                <w:id w:val="10094"/>
                <w:placeholder>
                  <w:docPart w:val="6EE6CDEEE15849718DA3FD01E1D8074D"/>
                </w:placeholder>
                <w:showingPlcHdr/>
                <w:text w:multiLine="1"/>
              </w:sdtPr>
              <w:sdtContent>
                <w:r w:rsidR="00B25DDF">
                  <w:t xml:space="preserve">     </w:t>
                </w:r>
              </w:sdtContent>
            </w:sdt>
          </w:p>
        </w:tc>
      </w:tr>
    </w:tbl>
    <w:p w14:paraId="24A6F2FE" w14:textId="77777777" w:rsidR="000538D4" w:rsidRDefault="000538D4">
      <w:pPr>
        <w:spacing w:after="0"/>
      </w:pPr>
    </w:p>
    <w:tbl>
      <w:tblPr>
        <w:tblStyle w:val="TableGrid"/>
        <w:tblW w:w="0" w:type="auto"/>
        <w:jc w:val="center"/>
        <w:tblLayout w:type="fixed"/>
        <w:tblLook w:val="04A0" w:firstRow="1" w:lastRow="0" w:firstColumn="1" w:lastColumn="0" w:noHBand="0" w:noVBand="1"/>
      </w:tblPr>
      <w:tblGrid>
        <w:gridCol w:w="2520"/>
        <w:gridCol w:w="7229"/>
      </w:tblGrid>
      <w:tr w:rsidR="000538D4" w14:paraId="65FE4D82" w14:textId="77777777" w:rsidTr="00F5763E">
        <w:trPr>
          <w:jc w:val="center"/>
        </w:trPr>
        <w:tc>
          <w:tcPr>
            <w:tcW w:w="2520" w:type="dxa"/>
            <w:tcMar>
              <w:top w:w="90" w:type="dxa"/>
              <w:left w:w="105" w:type="dxa"/>
              <w:bottom w:w="90" w:type="dxa"/>
              <w:right w:w="105" w:type="dxa"/>
            </w:tcMar>
            <w:vAlign w:val="center"/>
          </w:tcPr>
          <w:p w14:paraId="33C4C055" w14:textId="77777777" w:rsidR="000538D4" w:rsidRDefault="00CC6CE1">
            <w:pPr>
              <w:spacing w:after="0"/>
            </w:pPr>
            <w:r>
              <w:rPr>
                <w:b/>
                <w:sz w:val="17"/>
              </w:rPr>
              <w:t>Date</w:t>
            </w:r>
          </w:p>
        </w:tc>
        <w:tc>
          <w:tcPr>
            <w:tcW w:w="7229" w:type="dxa"/>
            <w:shd w:val="clear" w:color="auto" w:fill="D9D9D9" w:themeFill="background1" w:themeFillShade="D9"/>
            <w:tcMar>
              <w:top w:w="90" w:type="dxa"/>
              <w:left w:w="105" w:type="dxa"/>
              <w:bottom w:w="90" w:type="dxa"/>
              <w:right w:w="105" w:type="dxa"/>
            </w:tcMar>
            <w:vAlign w:val="center"/>
          </w:tcPr>
          <w:p w14:paraId="1E13505A" w14:textId="2444636A" w:rsidR="000538D4" w:rsidRDefault="00000000">
            <w:pPr>
              <w:spacing w:after="0"/>
            </w:pPr>
            <w:sdt>
              <w:sdtPr>
                <w:alias w:val="Text field 095"/>
                <w:tag w:val="TEXT_095"/>
                <w:id w:val="10095"/>
                <w:placeholder>
                  <w:docPart w:val="FA40683EDBBB465C8160C869D691CF38"/>
                </w:placeholder>
                <w:showingPlcHdr/>
                <w:text w:multiLine="1"/>
              </w:sdtPr>
              <w:sdtContent>
                <w:r w:rsidR="00B25DDF">
                  <w:t xml:space="preserve">     </w:t>
                </w:r>
              </w:sdtContent>
            </w:sdt>
          </w:p>
        </w:tc>
      </w:tr>
    </w:tbl>
    <w:p w14:paraId="67F052A2" w14:textId="77777777" w:rsidR="000538D4" w:rsidRDefault="000538D4">
      <w:pPr>
        <w:spacing w:after="0"/>
      </w:pPr>
    </w:p>
    <w:p w14:paraId="58AA5A1A" w14:textId="503573DD" w:rsidR="00F975EB" w:rsidRPr="006F505E" w:rsidRDefault="00CC6CE1" w:rsidP="006F505E">
      <w:pPr>
        <w:pStyle w:val="Heading2"/>
      </w:pPr>
      <w:r>
        <w:t>CITY OF DARWIN TRAFFIC MANAGEMENT OFFICER – OFFICE USE ONLY</w:t>
      </w:r>
    </w:p>
    <w:p w14:paraId="359AA08E" w14:textId="63993B9E" w:rsidR="000538D4" w:rsidRDefault="00CC6CE1">
      <w:pPr>
        <w:spacing w:after="100"/>
      </w:pPr>
      <w:r>
        <w:rPr>
          <w:sz w:val="16"/>
        </w:rPr>
        <w:t>For events with supporting Traffic Management Plans and controls.</w:t>
      </w:r>
    </w:p>
    <w:p w14:paraId="1B744DBD" w14:textId="1C7302EC" w:rsidR="00F975EB" w:rsidRDefault="00CC6CE1">
      <w:pPr>
        <w:spacing w:after="100"/>
        <w:rPr>
          <w:sz w:val="16"/>
        </w:rPr>
      </w:pPr>
      <w:r>
        <w:rPr>
          <w:sz w:val="16"/>
        </w:rPr>
        <w:t xml:space="preserve">The Traffic Management Officer has </w:t>
      </w:r>
      <w:r w:rsidR="00F975EB">
        <w:rPr>
          <w:sz w:val="16"/>
        </w:rPr>
        <w:t>received</w:t>
      </w:r>
      <w:r>
        <w:rPr>
          <w:sz w:val="16"/>
        </w:rPr>
        <w:t xml:space="preserve"> the Event Traffic Management </w:t>
      </w:r>
      <w:r w:rsidR="00C60404">
        <w:rPr>
          <w:sz w:val="16"/>
        </w:rPr>
        <w:t>Plan and</w:t>
      </w:r>
      <w:r>
        <w:rPr>
          <w:sz w:val="16"/>
        </w:rPr>
        <w:t xml:space="preserve"> supporting Traffic Guidance Schemes (TGSs) prepared by a licensed traffic management company</w:t>
      </w:r>
      <w:r w:rsidR="006F505E">
        <w:rPr>
          <w:sz w:val="16"/>
        </w:rPr>
        <w:t>.</w:t>
      </w:r>
    </w:p>
    <w:p w14:paraId="6A7561D6" w14:textId="77777777" w:rsidR="006F505E" w:rsidRPr="006F505E" w:rsidRDefault="006F505E" w:rsidP="006F505E">
      <w:pPr>
        <w:spacing w:after="0"/>
        <w:rPr>
          <w:sz w:val="16"/>
          <w:lang w:val="en-AU"/>
        </w:rPr>
      </w:pPr>
      <w:r w:rsidRPr="006F505E">
        <w:rPr>
          <w:sz w:val="16"/>
          <w:lang w:val="en-AU"/>
        </w:rPr>
        <w:t xml:space="preserve">No comments, objections or amendments were received </w:t>
      </w:r>
      <w:r w:rsidRPr="006F505E">
        <w:rPr>
          <w:b/>
          <w:bCs/>
          <w:sz w:val="16"/>
          <w:lang w:val="en-AU"/>
        </w:rPr>
        <w:t>within ten days of referral for internal traffic assessment</w:t>
      </w:r>
      <w:r w:rsidRPr="006F505E">
        <w:rPr>
          <w:sz w:val="16"/>
          <w:lang w:val="en-AU"/>
        </w:rPr>
        <w:t xml:space="preserve">. In accordance with </w:t>
      </w:r>
      <w:r w:rsidRPr="006F505E">
        <w:rPr>
          <w:b/>
          <w:bCs/>
          <w:sz w:val="16"/>
          <w:lang w:val="en-AU"/>
        </w:rPr>
        <w:t>Traffic Regulation 38</w:t>
      </w:r>
      <w:r w:rsidRPr="006F505E">
        <w:rPr>
          <w:sz w:val="16"/>
          <w:lang w:val="en-AU"/>
        </w:rPr>
        <w:t>, the traffic control measures contained within the above-mentioned documents are deemed fit for purpose, allowing the appropriate traffic control contractors to implement and manage the approved arrangements on City of Darwin roads and reserves for the purpose of this event.</w:t>
      </w:r>
    </w:p>
    <w:p w14:paraId="34374A13" w14:textId="77777777" w:rsidR="006F505E" w:rsidRPr="006F505E" w:rsidRDefault="006F505E" w:rsidP="006F505E">
      <w:pPr>
        <w:spacing w:after="0"/>
        <w:rPr>
          <w:sz w:val="16"/>
          <w:lang w:val="en-AU"/>
        </w:rPr>
      </w:pPr>
      <w:r w:rsidRPr="006F505E">
        <w:rPr>
          <w:sz w:val="16"/>
          <w:lang w:val="en-AU"/>
        </w:rPr>
        <w:t>Any revisions required closer to the event date will be coordinated with relevant stakeholders, with the updated permit and traffic management arrangements reissued accordingly.</w:t>
      </w:r>
    </w:p>
    <w:p w14:paraId="2CFA081C" w14:textId="77777777" w:rsidR="000538D4" w:rsidRDefault="000538D4">
      <w:pPr>
        <w:spacing w:after="0"/>
      </w:pPr>
    </w:p>
    <w:tbl>
      <w:tblPr>
        <w:tblStyle w:val="TableGrid"/>
        <w:tblW w:w="0" w:type="auto"/>
        <w:jc w:val="center"/>
        <w:tblLayout w:type="fixed"/>
        <w:tblLook w:val="04A0" w:firstRow="1" w:lastRow="0" w:firstColumn="1" w:lastColumn="0" w:noHBand="0" w:noVBand="1"/>
      </w:tblPr>
      <w:tblGrid>
        <w:gridCol w:w="2520"/>
        <w:gridCol w:w="7229"/>
      </w:tblGrid>
      <w:tr w:rsidR="000538D4" w14:paraId="725AE454" w14:textId="77777777" w:rsidTr="00F5763E">
        <w:trPr>
          <w:jc w:val="center"/>
        </w:trPr>
        <w:tc>
          <w:tcPr>
            <w:tcW w:w="2520" w:type="dxa"/>
            <w:tcMar>
              <w:top w:w="90" w:type="dxa"/>
              <w:left w:w="105" w:type="dxa"/>
              <w:bottom w:w="90" w:type="dxa"/>
              <w:right w:w="105" w:type="dxa"/>
            </w:tcMar>
            <w:vAlign w:val="center"/>
          </w:tcPr>
          <w:p w14:paraId="0F15F6CA" w14:textId="7A41180A" w:rsidR="000538D4" w:rsidRDefault="00CC6CE1">
            <w:pPr>
              <w:spacing w:after="0"/>
            </w:pPr>
            <w:r>
              <w:rPr>
                <w:b/>
                <w:sz w:val="17"/>
              </w:rPr>
              <w:t>Date</w:t>
            </w:r>
            <w:r w:rsidR="00F975EB">
              <w:rPr>
                <w:b/>
                <w:sz w:val="17"/>
              </w:rPr>
              <w:t xml:space="preserve"> submitted for assessment</w:t>
            </w:r>
          </w:p>
        </w:tc>
        <w:tc>
          <w:tcPr>
            <w:tcW w:w="7229" w:type="dxa"/>
            <w:shd w:val="clear" w:color="auto" w:fill="D9D9D9" w:themeFill="background1" w:themeFillShade="D9"/>
            <w:tcMar>
              <w:top w:w="90" w:type="dxa"/>
              <w:left w:w="105" w:type="dxa"/>
              <w:bottom w:w="90" w:type="dxa"/>
              <w:right w:w="105" w:type="dxa"/>
            </w:tcMar>
            <w:vAlign w:val="center"/>
          </w:tcPr>
          <w:p w14:paraId="58A94F7A" w14:textId="7F94D3C5" w:rsidR="000538D4" w:rsidRDefault="00000000">
            <w:pPr>
              <w:spacing w:after="0"/>
            </w:pPr>
            <w:sdt>
              <w:sdtPr>
                <w:alias w:val="Text field 097"/>
                <w:tag w:val="TEXT_097"/>
                <w:id w:val="10097"/>
                <w:placeholder>
                  <w:docPart w:val="1BD5EAB8874141BFA5FBDA6AE1473925"/>
                </w:placeholder>
                <w:showingPlcHdr/>
                <w:text w:multiLine="1"/>
              </w:sdtPr>
              <w:sdtContent>
                <w:r w:rsidR="00B25DDF">
                  <w:t xml:space="preserve">     </w:t>
                </w:r>
              </w:sdtContent>
            </w:sdt>
          </w:p>
        </w:tc>
      </w:tr>
    </w:tbl>
    <w:p w14:paraId="23F66D58" w14:textId="77777777" w:rsidR="000538D4" w:rsidRDefault="000538D4">
      <w:pPr>
        <w:spacing w:after="0"/>
      </w:pPr>
    </w:p>
    <w:tbl>
      <w:tblPr>
        <w:tblStyle w:val="TableGrid"/>
        <w:tblW w:w="0" w:type="auto"/>
        <w:jc w:val="center"/>
        <w:tblLayout w:type="fixed"/>
        <w:tblLook w:val="04A0" w:firstRow="1" w:lastRow="0" w:firstColumn="1" w:lastColumn="0" w:noHBand="0" w:noVBand="1"/>
      </w:tblPr>
      <w:tblGrid>
        <w:gridCol w:w="2520"/>
        <w:gridCol w:w="7229"/>
      </w:tblGrid>
      <w:tr w:rsidR="000538D4" w14:paraId="7300DC12" w14:textId="77777777" w:rsidTr="00F5763E">
        <w:trPr>
          <w:jc w:val="center"/>
        </w:trPr>
        <w:tc>
          <w:tcPr>
            <w:tcW w:w="2520" w:type="dxa"/>
            <w:tcMar>
              <w:top w:w="90" w:type="dxa"/>
              <w:left w:w="105" w:type="dxa"/>
              <w:bottom w:w="90" w:type="dxa"/>
              <w:right w:w="105" w:type="dxa"/>
            </w:tcMar>
            <w:vAlign w:val="center"/>
          </w:tcPr>
          <w:p w14:paraId="3FCD8224" w14:textId="2E443CDB" w:rsidR="000538D4" w:rsidRDefault="00CC6CE1">
            <w:pPr>
              <w:spacing w:after="0"/>
            </w:pPr>
            <w:r>
              <w:rPr>
                <w:b/>
                <w:sz w:val="17"/>
              </w:rPr>
              <w:t>TMP/TGS number</w:t>
            </w:r>
          </w:p>
        </w:tc>
        <w:tc>
          <w:tcPr>
            <w:tcW w:w="7229" w:type="dxa"/>
            <w:shd w:val="clear" w:color="auto" w:fill="D9D9D9" w:themeFill="background1" w:themeFillShade="D9"/>
            <w:tcMar>
              <w:top w:w="90" w:type="dxa"/>
              <w:left w:w="105" w:type="dxa"/>
              <w:bottom w:w="90" w:type="dxa"/>
              <w:right w:w="105" w:type="dxa"/>
            </w:tcMar>
            <w:vAlign w:val="center"/>
          </w:tcPr>
          <w:p w14:paraId="4A066942" w14:textId="7CEE007E" w:rsidR="000538D4" w:rsidRDefault="00000000">
            <w:pPr>
              <w:spacing w:after="0"/>
            </w:pPr>
            <w:sdt>
              <w:sdtPr>
                <w:alias w:val="Text field 098"/>
                <w:tag w:val="TEXT_098"/>
                <w:id w:val="10098"/>
                <w:placeholder>
                  <w:docPart w:val="01A652BF36204BD69034656F3D4D2043"/>
                </w:placeholder>
                <w:showingPlcHdr/>
                <w:text w:multiLine="1"/>
              </w:sdtPr>
              <w:sdtContent>
                <w:r w:rsidR="00B25DDF">
                  <w:t xml:space="preserve">     </w:t>
                </w:r>
              </w:sdtContent>
            </w:sdt>
          </w:p>
        </w:tc>
      </w:tr>
    </w:tbl>
    <w:p w14:paraId="5328B5D0" w14:textId="3BF0CA9C" w:rsidR="000538D4" w:rsidRDefault="00CC6CE1">
      <w:pPr>
        <w:spacing w:before="100" w:after="60"/>
      </w:pPr>
      <w:r>
        <w:rPr>
          <w:b/>
        </w:rPr>
        <w:t>Traffic management comments (if required)</w:t>
      </w:r>
    </w:p>
    <w:tbl>
      <w:tblPr>
        <w:tblStyle w:val="TableGrid"/>
        <w:tblW w:w="0" w:type="auto"/>
        <w:jc w:val="center"/>
        <w:tblLayout w:type="fixed"/>
        <w:tblLook w:val="04A0" w:firstRow="1" w:lastRow="0" w:firstColumn="1" w:lastColumn="0" w:noHBand="0" w:noVBand="1"/>
      </w:tblPr>
      <w:tblGrid>
        <w:gridCol w:w="9749"/>
      </w:tblGrid>
      <w:tr w:rsidR="000538D4" w14:paraId="7AED6D2F" w14:textId="77777777" w:rsidTr="006F505E">
        <w:trPr>
          <w:trHeight w:val="592"/>
          <w:jc w:val="center"/>
        </w:trPr>
        <w:tc>
          <w:tcPr>
            <w:tcW w:w="9749" w:type="dxa"/>
            <w:shd w:val="clear" w:color="auto" w:fill="D9D9D9" w:themeFill="background1" w:themeFillShade="D9"/>
            <w:tcMar>
              <w:top w:w="90" w:type="dxa"/>
              <w:left w:w="105" w:type="dxa"/>
              <w:bottom w:w="90" w:type="dxa"/>
              <w:right w:w="105" w:type="dxa"/>
            </w:tcMar>
            <w:vAlign w:val="center"/>
          </w:tcPr>
          <w:p w14:paraId="5BD3BF6F" w14:textId="0B40C48B" w:rsidR="000538D4" w:rsidRDefault="00000000">
            <w:pPr>
              <w:spacing w:after="0"/>
            </w:pPr>
            <w:sdt>
              <w:sdtPr>
                <w:alias w:val="Text field 099"/>
                <w:tag w:val="TEXT_099"/>
                <w:id w:val="10099"/>
                <w:placeholder>
                  <w:docPart w:val="F3B3BEFC351A43CEB68744A6D211FC7F"/>
                </w:placeholder>
                <w:showingPlcHdr/>
                <w:text w:multiLine="1"/>
              </w:sdtPr>
              <w:sdtContent>
                <w:r w:rsidR="00B25DDF">
                  <w:t xml:space="preserve">     </w:t>
                </w:r>
              </w:sdtContent>
            </w:sdt>
          </w:p>
          <w:p w14:paraId="6563F21E" w14:textId="77777777" w:rsidR="000538D4" w:rsidRDefault="00CC6CE1">
            <w:r>
              <w:t xml:space="preserve"> </w:t>
            </w:r>
          </w:p>
          <w:p w14:paraId="464C5F36" w14:textId="77777777" w:rsidR="000538D4" w:rsidRDefault="00CC6CE1">
            <w:r>
              <w:t xml:space="preserve"> </w:t>
            </w:r>
          </w:p>
        </w:tc>
      </w:tr>
    </w:tbl>
    <w:p w14:paraId="0182AAB9" w14:textId="77777777" w:rsidR="000538D4" w:rsidRDefault="000538D4">
      <w:pPr>
        <w:spacing w:after="0"/>
      </w:pPr>
    </w:p>
    <w:p w14:paraId="0CDC3E6C" w14:textId="77777777" w:rsidR="000538D4" w:rsidRDefault="00CC6CE1">
      <w:pPr>
        <w:pStyle w:val="Heading2"/>
      </w:pPr>
      <w:r>
        <w:t>NORTHERN TERRITORY POLICE FORCE CONSENT – OFFICE USE ONLY</w:t>
      </w:r>
    </w:p>
    <w:p w14:paraId="78536616" w14:textId="77777777" w:rsidR="000538D4" w:rsidRDefault="00CC6CE1">
      <w:pPr>
        <w:spacing w:after="100"/>
      </w:pPr>
      <w:r>
        <w:rPr>
          <w:sz w:val="16"/>
        </w:rPr>
        <w:t>For events taking place on a road in accordance with section 38 of the Traffic Regulations 1999.</w:t>
      </w:r>
    </w:p>
    <w:tbl>
      <w:tblPr>
        <w:tblStyle w:val="TableGrid"/>
        <w:tblW w:w="0" w:type="auto"/>
        <w:jc w:val="center"/>
        <w:tblLayout w:type="fixed"/>
        <w:tblLook w:val="04A0" w:firstRow="1" w:lastRow="0" w:firstColumn="1" w:lastColumn="0" w:noHBand="0" w:noVBand="1"/>
      </w:tblPr>
      <w:tblGrid>
        <w:gridCol w:w="2520"/>
        <w:gridCol w:w="7229"/>
      </w:tblGrid>
      <w:tr w:rsidR="000538D4" w14:paraId="5B6C4E14" w14:textId="77777777" w:rsidTr="00F5763E">
        <w:trPr>
          <w:jc w:val="center"/>
        </w:trPr>
        <w:tc>
          <w:tcPr>
            <w:tcW w:w="2520" w:type="dxa"/>
            <w:tcMar>
              <w:top w:w="90" w:type="dxa"/>
              <w:left w:w="105" w:type="dxa"/>
              <w:bottom w:w="90" w:type="dxa"/>
              <w:right w:w="105" w:type="dxa"/>
            </w:tcMar>
            <w:vAlign w:val="center"/>
          </w:tcPr>
          <w:p w14:paraId="32804FD1" w14:textId="77777777" w:rsidR="000538D4" w:rsidRDefault="00CC6CE1">
            <w:pPr>
              <w:spacing w:after="0"/>
            </w:pPr>
            <w:r>
              <w:rPr>
                <w:b/>
                <w:sz w:val="17"/>
              </w:rPr>
              <w:t>Name of authorised officer</w:t>
            </w:r>
          </w:p>
        </w:tc>
        <w:tc>
          <w:tcPr>
            <w:tcW w:w="7229" w:type="dxa"/>
            <w:shd w:val="clear" w:color="auto" w:fill="D9D9D9" w:themeFill="background1" w:themeFillShade="D9"/>
            <w:tcMar>
              <w:top w:w="90" w:type="dxa"/>
              <w:left w:w="105" w:type="dxa"/>
              <w:bottom w:w="90" w:type="dxa"/>
              <w:right w:w="105" w:type="dxa"/>
            </w:tcMar>
            <w:vAlign w:val="center"/>
          </w:tcPr>
          <w:p w14:paraId="7F82E3DB" w14:textId="547C1FAB" w:rsidR="000538D4" w:rsidRDefault="00000000">
            <w:pPr>
              <w:spacing w:after="0"/>
            </w:pPr>
            <w:sdt>
              <w:sdtPr>
                <w:alias w:val="Text field 100"/>
                <w:tag w:val="TEXT_100"/>
                <w:id w:val="10100"/>
                <w:placeholder>
                  <w:docPart w:val="49067F6E7FBA4B83AC8C2B7EADC0A780"/>
                </w:placeholder>
                <w:showingPlcHdr/>
                <w:text w:multiLine="1"/>
              </w:sdtPr>
              <w:sdtContent>
                <w:r w:rsidR="00B25DDF">
                  <w:t xml:space="preserve">     </w:t>
                </w:r>
              </w:sdtContent>
            </w:sdt>
          </w:p>
        </w:tc>
      </w:tr>
    </w:tbl>
    <w:p w14:paraId="64FC497A" w14:textId="77777777" w:rsidR="000538D4" w:rsidRDefault="000538D4">
      <w:pPr>
        <w:spacing w:after="0"/>
      </w:pPr>
    </w:p>
    <w:tbl>
      <w:tblPr>
        <w:tblStyle w:val="TableGrid"/>
        <w:tblW w:w="0" w:type="auto"/>
        <w:jc w:val="center"/>
        <w:tblLayout w:type="fixed"/>
        <w:tblLook w:val="04A0" w:firstRow="1" w:lastRow="0" w:firstColumn="1" w:lastColumn="0" w:noHBand="0" w:noVBand="1"/>
      </w:tblPr>
      <w:tblGrid>
        <w:gridCol w:w="2520"/>
        <w:gridCol w:w="7229"/>
      </w:tblGrid>
      <w:tr w:rsidR="000538D4" w14:paraId="74168680" w14:textId="77777777" w:rsidTr="00837EF3">
        <w:trPr>
          <w:jc w:val="center"/>
        </w:trPr>
        <w:tc>
          <w:tcPr>
            <w:tcW w:w="2520" w:type="dxa"/>
            <w:tcMar>
              <w:top w:w="90" w:type="dxa"/>
              <w:left w:w="105" w:type="dxa"/>
              <w:bottom w:w="90" w:type="dxa"/>
              <w:right w:w="105" w:type="dxa"/>
            </w:tcMar>
            <w:vAlign w:val="center"/>
          </w:tcPr>
          <w:p w14:paraId="3D9BC2F5" w14:textId="77777777" w:rsidR="000538D4" w:rsidRDefault="00CC6CE1">
            <w:pPr>
              <w:spacing w:after="0"/>
            </w:pPr>
            <w:r>
              <w:rPr>
                <w:b/>
                <w:sz w:val="17"/>
              </w:rPr>
              <w:t>Signature of authorised officer</w:t>
            </w:r>
          </w:p>
        </w:tc>
        <w:tc>
          <w:tcPr>
            <w:tcW w:w="7229" w:type="dxa"/>
            <w:shd w:val="clear" w:color="auto" w:fill="D9D9D9" w:themeFill="background1" w:themeFillShade="D9"/>
            <w:tcMar>
              <w:top w:w="90" w:type="dxa"/>
              <w:left w:w="105" w:type="dxa"/>
              <w:bottom w:w="90" w:type="dxa"/>
              <w:right w:w="105" w:type="dxa"/>
            </w:tcMar>
            <w:vAlign w:val="center"/>
          </w:tcPr>
          <w:p w14:paraId="1B931197" w14:textId="4A44BAD6" w:rsidR="000538D4" w:rsidRDefault="00000000">
            <w:pPr>
              <w:spacing w:after="0"/>
            </w:pPr>
            <w:sdt>
              <w:sdtPr>
                <w:alias w:val="Text field 101"/>
                <w:tag w:val="TEXT_101"/>
                <w:id w:val="10101"/>
                <w:placeholder>
                  <w:docPart w:val="5B28272F0EAD4D53A793DF55A130BDE7"/>
                </w:placeholder>
                <w:showingPlcHdr/>
                <w:text w:multiLine="1"/>
              </w:sdtPr>
              <w:sdtContent>
                <w:r w:rsidR="00B25DDF">
                  <w:t xml:space="preserve">     </w:t>
                </w:r>
              </w:sdtContent>
            </w:sdt>
          </w:p>
        </w:tc>
      </w:tr>
    </w:tbl>
    <w:p w14:paraId="1F32C2A1" w14:textId="77777777" w:rsidR="000538D4" w:rsidRDefault="000538D4">
      <w:pPr>
        <w:spacing w:after="0"/>
      </w:pPr>
    </w:p>
    <w:tbl>
      <w:tblPr>
        <w:tblStyle w:val="TableGrid"/>
        <w:tblW w:w="0" w:type="auto"/>
        <w:jc w:val="center"/>
        <w:tblLayout w:type="fixed"/>
        <w:tblLook w:val="04A0" w:firstRow="1" w:lastRow="0" w:firstColumn="1" w:lastColumn="0" w:noHBand="0" w:noVBand="1"/>
      </w:tblPr>
      <w:tblGrid>
        <w:gridCol w:w="2520"/>
        <w:gridCol w:w="7229"/>
      </w:tblGrid>
      <w:tr w:rsidR="000538D4" w14:paraId="797D8E97" w14:textId="77777777" w:rsidTr="00837EF3">
        <w:trPr>
          <w:jc w:val="center"/>
        </w:trPr>
        <w:tc>
          <w:tcPr>
            <w:tcW w:w="2520" w:type="dxa"/>
            <w:tcMar>
              <w:top w:w="90" w:type="dxa"/>
              <w:left w:w="105" w:type="dxa"/>
              <w:bottom w:w="90" w:type="dxa"/>
              <w:right w:w="105" w:type="dxa"/>
            </w:tcMar>
            <w:vAlign w:val="center"/>
          </w:tcPr>
          <w:p w14:paraId="79616424" w14:textId="77777777" w:rsidR="000538D4" w:rsidRDefault="00CC6CE1">
            <w:pPr>
              <w:spacing w:after="0"/>
            </w:pPr>
            <w:r>
              <w:rPr>
                <w:b/>
                <w:sz w:val="17"/>
              </w:rPr>
              <w:t>Date</w:t>
            </w:r>
          </w:p>
        </w:tc>
        <w:tc>
          <w:tcPr>
            <w:tcW w:w="7229" w:type="dxa"/>
            <w:shd w:val="clear" w:color="auto" w:fill="D9D9D9" w:themeFill="background1" w:themeFillShade="D9"/>
            <w:tcMar>
              <w:top w:w="90" w:type="dxa"/>
              <w:left w:w="105" w:type="dxa"/>
              <w:bottom w:w="90" w:type="dxa"/>
              <w:right w:w="105" w:type="dxa"/>
            </w:tcMar>
            <w:vAlign w:val="center"/>
          </w:tcPr>
          <w:p w14:paraId="284BA820" w14:textId="7A001EE4" w:rsidR="000538D4" w:rsidRDefault="00000000">
            <w:pPr>
              <w:spacing w:after="0"/>
            </w:pPr>
            <w:sdt>
              <w:sdtPr>
                <w:alias w:val="Text field 102"/>
                <w:tag w:val="TEXT_102"/>
                <w:id w:val="10102"/>
                <w:placeholder>
                  <w:docPart w:val="2347A4253A0C44259272A8A3FCAE5C7D"/>
                </w:placeholder>
                <w:showingPlcHdr/>
                <w:text w:multiLine="1"/>
              </w:sdtPr>
              <w:sdtContent>
                <w:r w:rsidR="00B25DDF">
                  <w:t xml:space="preserve">     </w:t>
                </w:r>
              </w:sdtContent>
            </w:sdt>
          </w:p>
        </w:tc>
      </w:tr>
    </w:tbl>
    <w:p w14:paraId="48092F81" w14:textId="77777777" w:rsidR="000538D4" w:rsidRDefault="00CC6CE1">
      <w:pPr>
        <w:spacing w:before="100" w:after="60"/>
      </w:pPr>
      <w:r>
        <w:rPr>
          <w:b/>
        </w:rPr>
        <w:t>Northern Territory Police comments</w:t>
      </w:r>
    </w:p>
    <w:tbl>
      <w:tblPr>
        <w:tblStyle w:val="TableGrid"/>
        <w:tblW w:w="0" w:type="auto"/>
        <w:jc w:val="center"/>
        <w:tblLayout w:type="fixed"/>
        <w:tblLook w:val="04A0" w:firstRow="1" w:lastRow="0" w:firstColumn="1" w:lastColumn="0" w:noHBand="0" w:noVBand="1"/>
      </w:tblPr>
      <w:tblGrid>
        <w:gridCol w:w="9749"/>
      </w:tblGrid>
      <w:tr w:rsidR="000538D4" w14:paraId="27D95AAA" w14:textId="77777777" w:rsidTr="00837EF3">
        <w:trPr>
          <w:jc w:val="center"/>
        </w:trPr>
        <w:tc>
          <w:tcPr>
            <w:tcW w:w="9749" w:type="dxa"/>
            <w:shd w:val="clear" w:color="auto" w:fill="D9D9D9" w:themeFill="background1" w:themeFillShade="D9"/>
            <w:tcMar>
              <w:top w:w="90" w:type="dxa"/>
              <w:left w:w="105" w:type="dxa"/>
              <w:bottom w:w="90" w:type="dxa"/>
              <w:right w:w="105" w:type="dxa"/>
            </w:tcMar>
            <w:vAlign w:val="center"/>
          </w:tcPr>
          <w:p w14:paraId="23704321" w14:textId="3C85A073" w:rsidR="000538D4" w:rsidRDefault="00000000">
            <w:pPr>
              <w:spacing w:after="0"/>
            </w:pPr>
            <w:sdt>
              <w:sdtPr>
                <w:alias w:val="Text field 103"/>
                <w:tag w:val="TEXT_103"/>
                <w:id w:val="10103"/>
                <w:placeholder>
                  <w:docPart w:val="300F8EFA6FF4440EA251C3B06C30CB9B"/>
                </w:placeholder>
                <w:showingPlcHdr/>
                <w:text w:multiLine="1"/>
              </w:sdtPr>
              <w:sdtContent>
                <w:r w:rsidR="00B25DDF">
                  <w:t xml:space="preserve">     </w:t>
                </w:r>
              </w:sdtContent>
            </w:sdt>
          </w:p>
          <w:p w14:paraId="24CC059B" w14:textId="77777777" w:rsidR="000538D4" w:rsidRDefault="00CC6CE1">
            <w:r>
              <w:t xml:space="preserve"> </w:t>
            </w:r>
          </w:p>
          <w:p w14:paraId="41FFE320" w14:textId="77777777" w:rsidR="000538D4" w:rsidRDefault="00CC6CE1">
            <w:r>
              <w:t xml:space="preserve"> </w:t>
            </w:r>
          </w:p>
          <w:p w14:paraId="10B917F9" w14:textId="77777777" w:rsidR="000538D4" w:rsidRDefault="00CC6CE1">
            <w:r>
              <w:t xml:space="preserve"> </w:t>
            </w:r>
          </w:p>
        </w:tc>
      </w:tr>
    </w:tbl>
    <w:p w14:paraId="5877EFDE" w14:textId="77777777" w:rsidR="000538D4" w:rsidRDefault="000538D4">
      <w:pPr>
        <w:spacing w:after="0"/>
      </w:pPr>
    </w:p>
    <w:p w14:paraId="6DF735B8" w14:textId="77777777" w:rsidR="00C60404" w:rsidRDefault="00C60404">
      <w:pPr>
        <w:spacing w:after="200"/>
        <w:rPr>
          <w:rFonts w:asciiTheme="majorHAnsi" w:eastAsiaTheme="majorEastAsia" w:hAnsiTheme="majorHAnsi" w:cstheme="majorBidi"/>
          <w:b/>
          <w:bCs/>
          <w:color w:val="19304F"/>
          <w:sz w:val="20"/>
          <w:szCs w:val="26"/>
        </w:rPr>
      </w:pPr>
      <w:r>
        <w:br w:type="page"/>
      </w:r>
    </w:p>
    <w:p w14:paraId="0C39F5C3" w14:textId="4B1B3619" w:rsidR="000538D4" w:rsidRDefault="00CC6CE1">
      <w:pPr>
        <w:pStyle w:val="Heading2"/>
      </w:pPr>
      <w:r>
        <w:lastRenderedPageBreak/>
        <w:t>CITY OF DARWIN AUTHORISED OFFICER – OFFICE USE ONLY</w:t>
      </w:r>
    </w:p>
    <w:p w14:paraId="2695F2B6" w14:textId="77777777" w:rsidR="000538D4" w:rsidRDefault="00CC6CE1">
      <w:pPr>
        <w:spacing w:after="100"/>
      </w:pPr>
      <w:r>
        <w:rPr>
          <w:sz w:val="16"/>
        </w:rPr>
        <w:t>LOCAL GOVERNMENT ACT 2019  |  DARWIN CITY COUNCIL BY-LAWS 2023</w:t>
      </w:r>
    </w:p>
    <w:tbl>
      <w:tblPr>
        <w:tblStyle w:val="TableGrid"/>
        <w:tblW w:w="0" w:type="auto"/>
        <w:jc w:val="center"/>
        <w:tblLayout w:type="fixed"/>
        <w:tblLook w:val="04A0" w:firstRow="1" w:lastRow="0" w:firstColumn="1" w:lastColumn="0" w:noHBand="0" w:noVBand="1"/>
      </w:tblPr>
      <w:tblGrid>
        <w:gridCol w:w="2520"/>
        <w:gridCol w:w="7229"/>
      </w:tblGrid>
      <w:tr w:rsidR="000538D4" w14:paraId="0BBBB4C9" w14:textId="77777777" w:rsidTr="00837EF3">
        <w:trPr>
          <w:jc w:val="center"/>
        </w:trPr>
        <w:tc>
          <w:tcPr>
            <w:tcW w:w="2520" w:type="dxa"/>
            <w:tcMar>
              <w:top w:w="90" w:type="dxa"/>
              <w:left w:w="105" w:type="dxa"/>
              <w:bottom w:w="90" w:type="dxa"/>
              <w:right w:w="105" w:type="dxa"/>
            </w:tcMar>
            <w:vAlign w:val="center"/>
          </w:tcPr>
          <w:p w14:paraId="618D04C9" w14:textId="77777777" w:rsidR="000538D4" w:rsidRDefault="00CC6CE1">
            <w:pPr>
              <w:spacing w:after="0"/>
            </w:pPr>
            <w:r>
              <w:rPr>
                <w:b/>
                <w:sz w:val="17"/>
              </w:rPr>
              <w:t>Name of authorised officer</w:t>
            </w:r>
          </w:p>
        </w:tc>
        <w:tc>
          <w:tcPr>
            <w:tcW w:w="7229" w:type="dxa"/>
            <w:shd w:val="clear" w:color="auto" w:fill="D9D9D9" w:themeFill="background1" w:themeFillShade="D9"/>
            <w:tcMar>
              <w:top w:w="90" w:type="dxa"/>
              <w:left w:w="105" w:type="dxa"/>
              <w:bottom w:w="90" w:type="dxa"/>
              <w:right w:w="105" w:type="dxa"/>
            </w:tcMar>
            <w:vAlign w:val="center"/>
          </w:tcPr>
          <w:p w14:paraId="79FD7699" w14:textId="7A34A94E" w:rsidR="000538D4" w:rsidRDefault="00000000">
            <w:pPr>
              <w:spacing w:after="0"/>
            </w:pPr>
            <w:sdt>
              <w:sdtPr>
                <w:alias w:val="Text field 104"/>
                <w:tag w:val="TEXT_104"/>
                <w:id w:val="10104"/>
                <w:placeholder>
                  <w:docPart w:val="7BD241C4CBD34452935C710265EF1998"/>
                </w:placeholder>
                <w:showingPlcHdr/>
                <w:text w:multiLine="1"/>
              </w:sdtPr>
              <w:sdtContent>
                <w:r w:rsidR="00B25DDF">
                  <w:t xml:space="preserve">     </w:t>
                </w:r>
              </w:sdtContent>
            </w:sdt>
          </w:p>
        </w:tc>
      </w:tr>
    </w:tbl>
    <w:p w14:paraId="3B133765" w14:textId="77777777" w:rsidR="000538D4" w:rsidRDefault="000538D4">
      <w:pPr>
        <w:spacing w:after="0"/>
      </w:pPr>
    </w:p>
    <w:tbl>
      <w:tblPr>
        <w:tblStyle w:val="TableGrid"/>
        <w:tblW w:w="0" w:type="auto"/>
        <w:jc w:val="center"/>
        <w:tblLayout w:type="fixed"/>
        <w:tblLook w:val="04A0" w:firstRow="1" w:lastRow="0" w:firstColumn="1" w:lastColumn="0" w:noHBand="0" w:noVBand="1"/>
      </w:tblPr>
      <w:tblGrid>
        <w:gridCol w:w="2520"/>
        <w:gridCol w:w="7229"/>
      </w:tblGrid>
      <w:tr w:rsidR="000538D4" w14:paraId="06614698" w14:textId="77777777" w:rsidTr="00837EF3">
        <w:trPr>
          <w:jc w:val="center"/>
        </w:trPr>
        <w:tc>
          <w:tcPr>
            <w:tcW w:w="2520" w:type="dxa"/>
            <w:tcMar>
              <w:top w:w="90" w:type="dxa"/>
              <w:left w:w="105" w:type="dxa"/>
              <w:bottom w:w="90" w:type="dxa"/>
              <w:right w:w="105" w:type="dxa"/>
            </w:tcMar>
            <w:vAlign w:val="center"/>
          </w:tcPr>
          <w:p w14:paraId="6B40F641" w14:textId="77777777" w:rsidR="000538D4" w:rsidRDefault="00CC6CE1">
            <w:pPr>
              <w:spacing w:after="0"/>
            </w:pPr>
            <w:r>
              <w:rPr>
                <w:b/>
                <w:sz w:val="17"/>
              </w:rPr>
              <w:t>Signature of authorised officer</w:t>
            </w:r>
          </w:p>
        </w:tc>
        <w:tc>
          <w:tcPr>
            <w:tcW w:w="7229" w:type="dxa"/>
            <w:shd w:val="clear" w:color="auto" w:fill="D9D9D9" w:themeFill="background1" w:themeFillShade="D9"/>
            <w:tcMar>
              <w:top w:w="90" w:type="dxa"/>
              <w:left w:w="105" w:type="dxa"/>
              <w:bottom w:w="90" w:type="dxa"/>
              <w:right w:w="105" w:type="dxa"/>
            </w:tcMar>
            <w:vAlign w:val="center"/>
          </w:tcPr>
          <w:p w14:paraId="36341047" w14:textId="08D59B31" w:rsidR="000538D4" w:rsidRDefault="00000000">
            <w:pPr>
              <w:spacing w:after="0"/>
            </w:pPr>
            <w:sdt>
              <w:sdtPr>
                <w:alias w:val="Text field 105"/>
                <w:tag w:val="TEXT_105"/>
                <w:id w:val="10105"/>
                <w:placeholder>
                  <w:docPart w:val="E31BD18B1CD24908AF2FAC6A2C1AD707"/>
                </w:placeholder>
                <w:showingPlcHdr/>
                <w:text w:multiLine="1"/>
              </w:sdtPr>
              <w:sdtContent>
                <w:r w:rsidR="00B25DDF">
                  <w:t xml:space="preserve">     </w:t>
                </w:r>
              </w:sdtContent>
            </w:sdt>
          </w:p>
        </w:tc>
      </w:tr>
    </w:tbl>
    <w:p w14:paraId="5CDDDDAE" w14:textId="77777777" w:rsidR="000538D4" w:rsidRDefault="000538D4">
      <w:pPr>
        <w:spacing w:after="0"/>
      </w:pPr>
    </w:p>
    <w:tbl>
      <w:tblPr>
        <w:tblStyle w:val="TableGrid"/>
        <w:tblW w:w="0" w:type="auto"/>
        <w:jc w:val="center"/>
        <w:tblLayout w:type="fixed"/>
        <w:tblLook w:val="04A0" w:firstRow="1" w:lastRow="0" w:firstColumn="1" w:lastColumn="0" w:noHBand="0" w:noVBand="1"/>
      </w:tblPr>
      <w:tblGrid>
        <w:gridCol w:w="2520"/>
        <w:gridCol w:w="7229"/>
      </w:tblGrid>
      <w:tr w:rsidR="000538D4" w14:paraId="4231C945" w14:textId="77777777" w:rsidTr="00837EF3">
        <w:trPr>
          <w:jc w:val="center"/>
        </w:trPr>
        <w:tc>
          <w:tcPr>
            <w:tcW w:w="2520" w:type="dxa"/>
            <w:tcMar>
              <w:top w:w="90" w:type="dxa"/>
              <w:left w:w="105" w:type="dxa"/>
              <w:bottom w:w="90" w:type="dxa"/>
              <w:right w:w="105" w:type="dxa"/>
            </w:tcMar>
            <w:vAlign w:val="center"/>
          </w:tcPr>
          <w:p w14:paraId="468E3959" w14:textId="77777777" w:rsidR="000538D4" w:rsidRDefault="00CC6CE1">
            <w:pPr>
              <w:spacing w:after="0"/>
            </w:pPr>
            <w:r>
              <w:rPr>
                <w:b/>
                <w:sz w:val="17"/>
              </w:rPr>
              <w:t>Date</w:t>
            </w:r>
          </w:p>
        </w:tc>
        <w:tc>
          <w:tcPr>
            <w:tcW w:w="7229" w:type="dxa"/>
            <w:shd w:val="clear" w:color="auto" w:fill="D9D9D9" w:themeFill="background1" w:themeFillShade="D9"/>
            <w:tcMar>
              <w:top w:w="90" w:type="dxa"/>
              <w:left w:w="105" w:type="dxa"/>
              <w:bottom w:w="90" w:type="dxa"/>
              <w:right w:w="105" w:type="dxa"/>
            </w:tcMar>
            <w:vAlign w:val="center"/>
          </w:tcPr>
          <w:p w14:paraId="593ADCB4" w14:textId="35B3AA1C" w:rsidR="000538D4" w:rsidRDefault="00000000">
            <w:pPr>
              <w:spacing w:after="0"/>
            </w:pPr>
            <w:sdt>
              <w:sdtPr>
                <w:alias w:val="Text field 106"/>
                <w:tag w:val="TEXT_106"/>
                <w:id w:val="10106"/>
                <w:placeholder>
                  <w:docPart w:val="F3E4267D1F344658A1FFB6EC52B1D390"/>
                </w:placeholder>
                <w:showingPlcHdr/>
                <w:text w:multiLine="1"/>
              </w:sdtPr>
              <w:sdtContent>
                <w:r w:rsidR="00B25DDF">
                  <w:t xml:space="preserve">     </w:t>
                </w:r>
              </w:sdtContent>
            </w:sdt>
          </w:p>
        </w:tc>
      </w:tr>
    </w:tbl>
    <w:p w14:paraId="0B033AC8" w14:textId="77777777" w:rsidR="000538D4" w:rsidRDefault="000538D4">
      <w:pPr>
        <w:spacing w:after="0"/>
      </w:pPr>
    </w:p>
    <w:p w14:paraId="15F2AE8D" w14:textId="77777777" w:rsidR="000538D4" w:rsidRDefault="00CC6CE1">
      <w:pPr>
        <w:spacing w:before="100" w:after="60"/>
      </w:pPr>
      <w:r>
        <w:rPr>
          <w:b/>
        </w:rPr>
        <w:t>Additional conditions / comments (office use only)</w:t>
      </w:r>
    </w:p>
    <w:tbl>
      <w:tblPr>
        <w:tblStyle w:val="TableGrid"/>
        <w:tblW w:w="0" w:type="auto"/>
        <w:jc w:val="center"/>
        <w:tblLayout w:type="fixed"/>
        <w:tblLook w:val="04A0" w:firstRow="1" w:lastRow="0" w:firstColumn="1" w:lastColumn="0" w:noHBand="0" w:noVBand="1"/>
      </w:tblPr>
      <w:tblGrid>
        <w:gridCol w:w="9749"/>
      </w:tblGrid>
      <w:tr w:rsidR="000538D4" w14:paraId="087A5818" w14:textId="77777777" w:rsidTr="006F505E">
        <w:trPr>
          <w:trHeight w:val="4914"/>
          <w:jc w:val="center"/>
        </w:trPr>
        <w:tc>
          <w:tcPr>
            <w:tcW w:w="9749" w:type="dxa"/>
            <w:shd w:val="clear" w:color="auto" w:fill="D9D9D9" w:themeFill="background1" w:themeFillShade="D9"/>
            <w:tcMar>
              <w:top w:w="90" w:type="dxa"/>
              <w:left w:w="105" w:type="dxa"/>
              <w:bottom w:w="90" w:type="dxa"/>
              <w:right w:w="105" w:type="dxa"/>
            </w:tcMar>
            <w:vAlign w:val="center"/>
          </w:tcPr>
          <w:p w14:paraId="1A1F0AED" w14:textId="1A519504" w:rsidR="000538D4" w:rsidRDefault="00000000">
            <w:pPr>
              <w:spacing w:after="0"/>
            </w:pPr>
            <w:sdt>
              <w:sdtPr>
                <w:alias w:val="Text field 107"/>
                <w:tag w:val="TEXT_107"/>
                <w:id w:val="10107"/>
                <w:placeholder>
                  <w:docPart w:val="A0723B2682764B3A87102B6BF36FFA62"/>
                </w:placeholder>
                <w:showingPlcHdr/>
                <w:text w:multiLine="1"/>
              </w:sdtPr>
              <w:sdtContent>
                <w:r w:rsidR="00B25DDF">
                  <w:t xml:space="preserve">     </w:t>
                </w:r>
              </w:sdtContent>
            </w:sdt>
          </w:p>
          <w:p w14:paraId="33F2E650" w14:textId="77777777" w:rsidR="000538D4" w:rsidRDefault="00CC6CE1">
            <w:r>
              <w:t xml:space="preserve"> </w:t>
            </w:r>
          </w:p>
        </w:tc>
      </w:tr>
    </w:tbl>
    <w:p w14:paraId="589239B4" w14:textId="7CA9AE13" w:rsidR="00F5763E" w:rsidRDefault="00F5763E">
      <w:pPr>
        <w:spacing w:after="0"/>
      </w:pPr>
    </w:p>
    <w:p w14:paraId="14880A3D" w14:textId="77777777" w:rsidR="00F5763E" w:rsidRDefault="00F5763E">
      <w:pPr>
        <w:spacing w:after="200"/>
      </w:pPr>
      <w:r>
        <w:br w:type="page"/>
      </w:r>
    </w:p>
    <w:p w14:paraId="2A223074" w14:textId="77777777" w:rsidR="000538D4" w:rsidRDefault="000538D4">
      <w:pPr>
        <w:spacing w:after="0"/>
      </w:pPr>
    </w:p>
    <w:p w14:paraId="16F8F5DB" w14:textId="77777777" w:rsidR="00012566" w:rsidRDefault="00012566">
      <w:pPr>
        <w:pStyle w:val="Heading1"/>
        <w:sectPr w:rsidR="00012566" w:rsidSect="00034616">
          <w:headerReference w:type="default" r:id="rId13"/>
          <w:footerReference w:type="default" r:id="rId14"/>
          <w:pgSz w:w="11909" w:h="16834"/>
          <w:pgMar w:top="893" w:right="1037" w:bottom="907" w:left="1037" w:header="360" w:footer="432" w:gutter="0"/>
          <w:cols w:space="720"/>
          <w:docGrid w:linePitch="360"/>
        </w:sectPr>
      </w:pPr>
    </w:p>
    <w:p w14:paraId="7CBC95F0" w14:textId="77777777" w:rsidR="000538D4" w:rsidRPr="009E5C2E" w:rsidRDefault="00CC6CE1" w:rsidP="00012566">
      <w:pPr>
        <w:pStyle w:val="Heading1"/>
        <w:spacing w:before="0" w:after="0"/>
        <w:rPr>
          <w:color w:val="1F497D" w:themeColor="text2"/>
        </w:rPr>
      </w:pPr>
      <w:r w:rsidRPr="009E5C2E">
        <w:rPr>
          <w:color w:val="1F497D" w:themeColor="text2"/>
        </w:rPr>
        <w:t>TERMS AND CONDITIONS</w:t>
      </w:r>
    </w:p>
    <w:p w14:paraId="69D11970" w14:textId="77777777" w:rsidR="000538D4" w:rsidRPr="00837EF3" w:rsidRDefault="00CC6CE1" w:rsidP="00012566">
      <w:pPr>
        <w:keepLines/>
        <w:spacing w:after="0"/>
        <w:rPr>
          <w:color w:val="auto"/>
        </w:rPr>
      </w:pPr>
      <w:r>
        <w:rPr>
          <w:b/>
          <w:color w:val="578741"/>
        </w:rPr>
        <w:t xml:space="preserve">1.  </w:t>
      </w:r>
      <w:r w:rsidRPr="00837EF3">
        <w:rPr>
          <w:color w:val="auto"/>
        </w:rPr>
        <w:t>The Hirer must be over 18 years of age.</w:t>
      </w:r>
    </w:p>
    <w:p w14:paraId="15C9C444" w14:textId="77777777" w:rsidR="000538D4" w:rsidRPr="00837EF3" w:rsidRDefault="00CC6CE1" w:rsidP="00012566">
      <w:pPr>
        <w:keepLines/>
        <w:spacing w:after="0"/>
        <w:rPr>
          <w:color w:val="auto"/>
        </w:rPr>
      </w:pPr>
      <w:r w:rsidRPr="00837EF3">
        <w:rPr>
          <w:b/>
          <w:color w:val="auto"/>
        </w:rPr>
        <w:t xml:space="preserve">2.  </w:t>
      </w:r>
      <w:r w:rsidRPr="00837EF3">
        <w:rPr>
          <w:color w:val="auto"/>
        </w:rPr>
        <w:t>The Hirer shall be responsible for any damage to fixtures, gardens, lawns and anything within the area of hire during the period of hire, and shall reimburse Council for any repairs or replacement. Any damage which is not considered to be normal wear and tear will result in the forfeiture of all or part of any security deposits paid.</w:t>
      </w:r>
    </w:p>
    <w:p w14:paraId="787B31BA" w14:textId="77777777" w:rsidR="000538D4" w:rsidRPr="00837EF3" w:rsidRDefault="00CC6CE1" w:rsidP="00012566">
      <w:pPr>
        <w:keepLines/>
        <w:spacing w:after="0"/>
        <w:rPr>
          <w:color w:val="auto"/>
        </w:rPr>
      </w:pPr>
      <w:r w:rsidRPr="00837EF3">
        <w:rPr>
          <w:b/>
          <w:color w:val="auto"/>
        </w:rPr>
        <w:t xml:space="preserve">3.  </w:t>
      </w:r>
      <w:r w:rsidRPr="00837EF3">
        <w:rPr>
          <w:color w:val="auto"/>
        </w:rPr>
        <w:t>The Hirer is responsible for the daily collection and disposal of all introduced litter. The Hirer shall not allow any confetti, cooking oil, fat or similar substance to be spilt upon the area. Failure to leave the area clean and tidy will result in Council employees cleaning up the area and the hirer paying the cost of labour and equipment used at the rates under the current Schedule of Fees and Charges. An area used for an evening function must be cleaned up by 10:00am the following morning.</w:t>
      </w:r>
    </w:p>
    <w:p w14:paraId="292FA249" w14:textId="77777777" w:rsidR="000538D4" w:rsidRPr="00837EF3" w:rsidRDefault="00CC6CE1" w:rsidP="00012566">
      <w:pPr>
        <w:keepLines/>
        <w:spacing w:after="0"/>
        <w:rPr>
          <w:color w:val="auto"/>
        </w:rPr>
      </w:pPr>
      <w:r w:rsidRPr="00837EF3">
        <w:rPr>
          <w:b/>
          <w:color w:val="auto"/>
        </w:rPr>
        <w:t xml:space="preserve">4.  </w:t>
      </w:r>
      <w:r w:rsidRPr="00837EF3">
        <w:rPr>
          <w:color w:val="auto"/>
        </w:rPr>
        <w:t>The Hirer shall, during the term of the hire and at the discretion of Council, keep in force a policy of Public Liability Insurance for an amount not less than $20,000,000 in the name of the Hirer and the City of Darwin.</w:t>
      </w:r>
    </w:p>
    <w:p w14:paraId="23718BC9" w14:textId="77777777" w:rsidR="000538D4" w:rsidRPr="00837EF3" w:rsidRDefault="00CC6CE1" w:rsidP="00012566">
      <w:pPr>
        <w:keepLines/>
        <w:spacing w:after="0"/>
        <w:rPr>
          <w:color w:val="auto"/>
        </w:rPr>
      </w:pPr>
      <w:r w:rsidRPr="00837EF3">
        <w:rPr>
          <w:b/>
          <w:color w:val="auto"/>
        </w:rPr>
        <w:t xml:space="preserve">5.  </w:t>
      </w:r>
      <w:r w:rsidRPr="00837EF3">
        <w:rPr>
          <w:color w:val="auto"/>
        </w:rPr>
        <w:t>The Hirer shall also be solely liable for and shall indemnify and keep indemnified the City of Darwin against death of, or injury to the Hirer or their guests or employees or subcontractors, or damage to property which arises howsoever out of or in connection with the hire and against all liability, loss, damage, actions, proceedings, claims etc. brought against the City of Darwin (whether at law or under any statute or otherwise howsoever), in respect or in connection with or in consequence of such death or injury or damage to property. The Hirer shall, at all times, when required by the City of Darwin, produce the policy for such insurance and the receipts of the premium paid in respect thereof.</w:t>
      </w:r>
    </w:p>
    <w:p w14:paraId="560C5983" w14:textId="77777777" w:rsidR="000538D4" w:rsidRPr="00837EF3" w:rsidRDefault="00CC6CE1" w:rsidP="00012566">
      <w:pPr>
        <w:keepLines/>
        <w:spacing w:after="0"/>
        <w:rPr>
          <w:color w:val="auto"/>
        </w:rPr>
      </w:pPr>
      <w:r w:rsidRPr="00837EF3">
        <w:rPr>
          <w:b/>
          <w:color w:val="auto"/>
        </w:rPr>
        <w:t xml:space="preserve">6.  </w:t>
      </w:r>
      <w:r w:rsidRPr="00837EF3">
        <w:rPr>
          <w:color w:val="auto"/>
        </w:rPr>
        <w:t>It is the responsibility of the Hirer to provide sufficient notice period for their application to be reviewed and processed.</w:t>
      </w:r>
    </w:p>
    <w:p w14:paraId="32D2D8F9" w14:textId="77777777" w:rsidR="000538D4" w:rsidRPr="00837EF3" w:rsidRDefault="00CC6CE1" w:rsidP="00012566">
      <w:pPr>
        <w:keepLines/>
        <w:spacing w:after="0"/>
        <w:rPr>
          <w:color w:val="auto"/>
        </w:rPr>
      </w:pPr>
      <w:r w:rsidRPr="00837EF3">
        <w:rPr>
          <w:b/>
          <w:color w:val="auto"/>
        </w:rPr>
        <w:t xml:space="preserve">7.  </w:t>
      </w:r>
      <w:r w:rsidRPr="00837EF3">
        <w:rPr>
          <w:color w:val="auto"/>
        </w:rPr>
        <w:t>City of Darwin reserves the right to refuse any application and to cancel a booking previously approved. With such cancellations, City of Darwin will refund any funds paid by the Hirer.</w:t>
      </w:r>
    </w:p>
    <w:p w14:paraId="5DDA8EE3" w14:textId="77777777" w:rsidR="000538D4" w:rsidRPr="00837EF3" w:rsidRDefault="00CC6CE1" w:rsidP="00012566">
      <w:pPr>
        <w:keepLines/>
        <w:spacing w:after="0"/>
        <w:rPr>
          <w:color w:val="auto"/>
        </w:rPr>
      </w:pPr>
      <w:r w:rsidRPr="00837EF3">
        <w:rPr>
          <w:b/>
          <w:color w:val="auto"/>
        </w:rPr>
        <w:t xml:space="preserve">8.  </w:t>
      </w:r>
      <w:r w:rsidRPr="00837EF3">
        <w:rPr>
          <w:color w:val="auto"/>
        </w:rPr>
        <w:t>City of Darwin reserves the right to revoke an approved permit due to weather conditions.</w:t>
      </w:r>
    </w:p>
    <w:p w14:paraId="24A890C7" w14:textId="77777777" w:rsidR="000538D4" w:rsidRPr="00837EF3" w:rsidRDefault="00CC6CE1" w:rsidP="00012566">
      <w:pPr>
        <w:keepLines/>
        <w:spacing w:after="0"/>
        <w:rPr>
          <w:color w:val="auto"/>
        </w:rPr>
      </w:pPr>
      <w:r w:rsidRPr="00837EF3">
        <w:rPr>
          <w:b/>
          <w:color w:val="auto"/>
        </w:rPr>
        <w:t xml:space="preserve">9.  </w:t>
      </w:r>
      <w:r w:rsidRPr="00837EF3">
        <w:rPr>
          <w:color w:val="auto"/>
        </w:rPr>
        <w:t>Where an event requires road closures and modified traffic conditions, the Hirer must advertise at least 7 days prior to the event in the form of a Public Notice in the NT News.</w:t>
      </w:r>
    </w:p>
    <w:p w14:paraId="71C6F4DC" w14:textId="77777777" w:rsidR="000538D4" w:rsidRPr="00837EF3" w:rsidRDefault="00CC6CE1" w:rsidP="00012566">
      <w:pPr>
        <w:keepLines/>
        <w:spacing w:after="0"/>
        <w:rPr>
          <w:color w:val="auto"/>
        </w:rPr>
      </w:pPr>
      <w:r w:rsidRPr="00837EF3">
        <w:rPr>
          <w:b/>
          <w:color w:val="auto"/>
        </w:rPr>
        <w:t xml:space="preserve">10.  </w:t>
      </w:r>
      <w:r w:rsidRPr="00837EF3">
        <w:rPr>
          <w:color w:val="auto"/>
        </w:rPr>
        <w:t>Where the City of Darwin has actively given support to an event such as in-kind assistance (i.e. waiver of fees), appropriate recognition must be given to the role of the City of Darwin in such celebrations.</w:t>
      </w:r>
    </w:p>
    <w:p w14:paraId="78ACA291" w14:textId="77777777" w:rsidR="000538D4" w:rsidRPr="00837EF3" w:rsidRDefault="00CC6CE1" w:rsidP="00012566">
      <w:pPr>
        <w:keepLines/>
        <w:spacing w:after="0"/>
        <w:rPr>
          <w:color w:val="auto"/>
        </w:rPr>
      </w:pPr>
      <w:r w:rsidRPr="00837EF3">
        <w:rPr>
          <w:b/>
          <w:color w:val="auto"/>
        </w:rPr>
        <w:t xml:space="preserve">11.  </w:t>
      </w:r>
      <w:r w:rsidRPr="00837EF3">
        <w:rPr>
          <w:color w:val="auto"/>
        </w:rPr>
        <w:t>The Hirer must not dispose of ice or oil onto the grass or turf.</w:t>
      </w:r>
    </w:p>
    <w:p w14:paraId="11E57E41" w14:textId="77777777" w:rsidR="000538D4" w:rsidRPr="00837EF3" w:rsidRDefault="00CC6CE1" w:rsidP="00012566">
      <w:pPr>
        <w:keepLines/>
        <w:spacing w:after="0"/>
        <w:rPr>
          <w:color w:val="auto"/>
        </w:rPr>
      </w:pPr>
      <w:r w:rsidRPr="00837EF3">
        <w:rPr>
          <w:b/>
          <w:color w:val="auto"/>
        </w:rPr>
        <w:t xml:space="preserve">12.  </w:t>
      </w:r>
      <w:r w:rsidRPr="00837EF3">
        <w:rPr>
          <w:color w:val="auto"/>
        </w:rPr>
        <w:t>The introduction of music/PA Systems is not permitted unless authorised by a Council Officer. If authorised, amplification must be kept to a minimum and speakers pointed away from residences so as not to disturb adjoining traders and the general public.</w:t>
      </w:r>
    </w:p>
    <w:p w14:paraId="2C29348B" w14:textId="77777777" w:rsidR="000538D4" w:rsidRPr="00837EF3" w:rsidRDefault="00CC6CE1" w:rsidP="00012566">
      <w:pPr>
        <w:keepLines/>
        <w:spacing w:after="0"/>
        <w:rPr>
          <w:color w:val="auto"/>
        </w:rPr>
      </w:pPr>
      <w:r w:rsidRPr="00837EF3">
        <w:rPr>
          <w:b/>
          <w:color w:val="auto"/>
        </w:rPr>
        <w:t xml:space="preserve">13.  </w:t>
      </w:r>
      <w:r w:rsidRPr="00837EF3">
        <w:rPr>
          <w:color w:val="auto"/>
        </w:rPr>
        <w:t>The introduction of: stakes/pegging into the turf; vehicle traffic; placement of hangings/infrastructure in trees; generators; bollard access; is not permitted unless authorised by a Council Officer.</w:t>
      </w:r>
    </w:p>
    <w:p w14:paraId="43D1836D" w14:textId="77777777" w:rsidR="000538D4" w:rsidRPr="00837EF3" w:rsidRDefault="00CC6CE1" w:rsidP="00012566">
      <w:pPr>
        <w:keepLines/>
        <w:spacing w:after="0"/>
        <w:rPr>
          <w:color w:val="auto"/>
        </w:rPr>
      </w:pPr>
      <w:r w:rsidRPr="00837EF3">
        <w:rPr>
          <w:b/>
          <w:color w:val="auto"/>
        </w:rPr>
        <w:t xml:space="preserve">14.  </w:t>
      </w:r>
      <w:r w:rsidRPr="00837EF3">
        <w:rPr>
          <w:color w:val="auto"/>
        </w:rPr>
        <w:t>No vehicles are to be driven upon a park, reserve or oval without the approval of City of Darwin. To prevent root zone compaction, no vehicular traffic is permitted within a diameter twice that of a tree’s crown perimeter.</w:t>
      </w:r>
    </w:p>
    <w:p w14:paraId="57ABB8A6" w14:textId="77777777" w:rsidR="000538D4" w:rsidRPr="00837EF3" w:rsidRDefault="00CC6CE1" w:rsidP="00012566">
      <w:pPr>
        <w:keepLines/>
        <w:spacing w:after="0"/>
        <w:rPr>
          <w:color w:val="auto"/>
        </w:rPr>
      </w:pPr>
      <w:r w:rsidRPr="00837EF3">
        <w:rPr>
          <w:b/>
          <w:color w:val="auto"/>
        </w:rPr>
        <w:t xml:space="preserve">15.  </w:t>
      </w:r>
      <w:r w:rsidRPr="00837EF3">
        <w:rPr>
          <w:color w:val="auto"/>
        </w:rPr>
        <w:t>The use of confetti is not permitted.</w:t>
      </w:r>
    </w:p>
    <w:p w14:paraId="71D7A027" w14:textId="77777777" w:rsidR="000538D4" w:rsidRPr="00837EF3" w:rsidRDefault="00CC6CE1" w:rsidP="00012566">
      <w:pPr>
        <w:keepLines/>
        <w:spacing w:after="0"/>
        <w:rPr>
          <w:color w:val="auto"/>
        </w:rPr>
      </w:pPr>
      <w:r w:rsidRPr="00837EF3">
        <w:rPr>
          <w:b/>
          <w:color w:val="auto"/>
        </w:rPr>
        <w:t xml:space="preserve">16.  </w:t>
      </w:r>
      <w:r w:rsidRPr="00837EF3">
        <w:rPr>
          <w:color w:val="auto"/>
        </w:rPr>
        <w:t>Helium balloons and the release of helium balloons are prohibited on Council land.</w:t>
      </w:r>
    </w:p>
    <w:p w14:paraId="7827EEED" w14:textId="77777777" w:rsidR="000538D4" w:rsidRPr="00837EF3" w:rsidRDefault="00CC6CE1" w:rsidP="00012566">
      <w:pPr>
        <w:keepLines/>
        <w:spacing w:after="0"/>
        <w:rPr>
          <w:color w:val="auto"/>
        </w:rPr>
      </w:pPr>
      <w:r w:rsidRPr="00837EF3">
        <w:rPr>
          <w:b/>
          <w:color w:val="auto"/>
        </w:rPr>
        <w:t xml:space="preserve">17.  </w:t>
      </w:r>
      <w:r w:rsidRPr="00837EF3">
        <w:rPr>
          <w:color w:val="auto"/>
        </w:rPr>
        <w:t>Organisers must use biodegradable detergent with the use of water slides.</w:t>
      </w:r>
    </w:p>
    <w:p w14:paraId="2F05F68E" w14:textId="77777777" w:rsidR="000538D4" w:rsidRPr="00837EF3" w:rsidRDefault="00CC6CE1" w:rsidP="00012566">
      <w:pPr>
        <w:keepLines/>
        <w:spacing w:after="0"/>
        <w:rPr>
          <w:color w:val="auto"/>
        </w:rPr>
      </w:pPr>
      <w:r w:rsidRPr="00837EF3">
        <w:rPr>
          <w:b/>
          <w:color w:val="auto"/>
        </w:rPr>
        <w:t xml:space="preserve">18.  </w:t>
      </w:r>
      <w:r w:rsidRPr="00837EF3">
        <w:rPr>
          <w:color w:val="auto"/>
        </w:rPr>
        <w:t>Animal droppings are to be cleaned up prior to leaving the venue with the use of petting zoos.</w:t>
      </w:r>
    </w:p>
    <w:p w14:paraId="12D07430" w14:textId="77777777" w:rsidR="000538D4" w:rsidRPr="00837EF3" w:rsidRDefault="00CC6CE1" w:rsidP="00012566">
      <w:pPr>
        <w:keepLines/>
        <w:spacing w:after="0"/>
        <w:rPr>
          <w:color w:val="auto"/>
        </w:rPr>
      </w:pPr>
      <w:r w:rsidRPr="00837EF3">
        <w:rPr>
          <w:b/>
          <w:color w:val="auto"/>
        </w:rPr>
        <w:t xml:space="preserve">19.  </w:t>
      </w:r>
      <w:r w:rsidRPr="00837EF3">
        <w:rPr>
          <w:color w:val="auto"/>
        </w:rPr>
        <w:t>No footpath, carriageway or access area is to be obstructed by the hirer.</w:t>
      </w:r>
    </w:p>
    <w:p w14:paraId="62061DAB" w14:textId="77777777" w:rsidR="000538D4" w:rsidRPr="00837EF3" w:rsidRDefault="00CC6CE1" w:rsidP="00012566">
      <w:pPr>
        <w:keepLines/>
        <w:spacing w:after="0"/>
        <w:rPr>
          <w:color w:val="auto"/>
        </w:rPr>
      </w:pPr>
      <w:r w:rsidRPr="00837EF3">
        <w:rPr>
          <w:b/>
          <w:color w:val="auto"/>
        </w:rPr>
        <w:t xml:space="preserve">20.  </w:t>
      </w:r>
      <w:r w:rsidRPr="00837EF3">
        <w:rPr>
          <w:color w:val="auto"/>
        </w:rPr>
        <w:t>The Event Permit does not entitle the hirer to exclusive use of the area.</w:t>
      </w:r>
    </w:p>
    <w:p w14:paraId="1FAD06DC" w14:textId="77777777" w:rsidR="000538D4" w:rsidRPr="00837EF3" w:rsidRDefault="00CC6CE1" w:rsidP="00012566">
      <w:pPr>
        <w:keepLines/>
        <w:spacing w:after="0"/>
        <w:rPr>
          <w:color w:val="auto"/>
        </w:rPr>
      </w:pPr>
      <w:r w:rsidRPr="00837EF3">
        <w:rPr>
          <w:b/>
          <w:color w:val="auto"/>
        </w:rPr>
        <w:t xml:space="preserve">21.  </w:t>
      </w:r>
      <w:r w:rsidRPr="00837EF3">
        <w:rPr>
          <w:color w:val="auto"/>
        </w:rPr>
        <w:t>All functions and events are to cease by 12:00am midnight, unless specified in Permit.</w:t>
      </w:r>
    </w:p>
    <w:p w14:paraId="4BECE250" w14:textId="77777777" w:rsidR="000538D4" w:rsidRPr="00837EF3" w:rsidRDefault="00CC6CE1" w:rsidP="00012566">
      <w:pPr>
        <w:keepLines/>
        <w:spacing w:after="0"/>
        <w:rPr>
          <w:color w:val="auto"/>
        </w:rPr>
      </w:pPr>
      <w:r w:rsidRPr="00837EF3">
        <w:rPr>
          <w:b/>
          <w:color w:val="auto"/>
        </w:rPr>
        <w:t xml:space="preserve">22.  </w:t>
      </w:r>
      <w:r w:rsidRPr="00837EF3">
        <w:rPr>
          <w:color w:val="auto"/>
        </w:rPr>
        <w:t>The Hirer shall ensure that no food is sold at their event without a Territory Health Services Permit. Stallholders must comply with all relevant legislation.</w:t>
      </w:r>
    </w:p>
    <w:p w14:paraId="59B30056" w14:textId="77777777" w:rsidR="000538D4" w:rsidRPr="00837EF3" w:rsidRDefault="00CC6CE1" w:rsidP="00012566">
      <w:pPr>
        <w:keepLines/>
        <w:spacing w:after="0"/>
        <w:rPr>
          <w:color w:val="auto"/>
        </w:rPr>
      </w:pPr>
      <w:r w:rsidRPr="00837EF3">
        <w:rPr>
          <w:b/>
          <w:color w:val="auto"/>
        </w:rPr>
        <w:t xml:space="preserve">23.  </w:t>
      </w:r>
      <w:r w:rsidRPr="00837EF3">
        <w:rPr>
          <w:color w:val="auto"/>
        </w:rPr>
        <w:t>The Hirer shall at all times adhere to Council’s Single Use Plastic Policy and must make all efforts to use compostable products.</w:t>
      </w:r>
    </w:p>
    <w:p w14:paraId="4320C4F3" w14:textId="77777777" w:rsidR="000538D4" w:rsidRPr="00837EF3" w:rsidRDefault="00CC6CE1" w:rsidP="00012566">
      <w:pPr>
        <w:keepLines/>
        <w:spacing w:after="0"/>
        <w:rPr>
          <w:color w:val="auto"/>
        </w:rPr>
      </w:pPr>
      <w:r w:rsidRPr="00837EF3">
        <w:rPr>
          <w:b/>
          <w:color w:val="auto"/>
        </w:rPr>
        <w:t xml:space="preserve">24.  </w:t>
      </w:r>
      <w:r w:rsidRPr="00837EF3">
        <w:rPr>
          <w:color w:val="auto"/>
        </w:rPr>
        <w:t>The Cenotaph Area in Bicentennial Park has an exclusion zone of three (3) meters from the front of the steps. Events at the Cenotaph are restricted to low scale, alcohol-free events.</w:t>
      </w:r>
    </w:p>
    <w:p w14:paraId="5B3072B8" w14:textId="77777777" w:rsidR="000538D4" w:rsidRPr="00837EF3" w:rsidRDefault="00CC6CE1" w:rsidP="00012566">
      <w:pPr>
        <w:keepLines/>
        <w:spacing w:after="0"/>
        <w:rPr>
          <w:color w:val="auto"/>
        </w:rPr>
      </w:pPr>
      <w:r w:rsidRPr="00837EF3">
        <w:rPr>
          <w:b/>
          <w:color w:val="auto"/>
        </w:rPr>
        <w:t xml:space="preserve">25.  </w:t>
      </w:r>
      <w:r w:rsidRPr="00837EF3">
        <w:rPr>
          <w:color w:val="auto"/>
        </w:rPr>
        <w:t>Lake Alexander is a restricted water space. No motorised vehicles are permitted at any time.</w:t>
      </w:r>
    </w:p>
    <w:p w14:paraId="6CADF1E1" w14:textId="77777777" w:rsidR="000538D4" w:rsidRPr="00837EF3" w:rsidRDefault="00CC6CE1" w:rsidP="00012566">
      <w:pPr>
        <w:keepLines/>
        <w:spacing w:after="0"/>
        <w:rPr>
          <w:color w:val="auto"/>
        </w:rPr>
      </w:pPr>
      <w:r w:rsidRPr="00837EF3">
        <w:rPr>
          <w:b/>
          <w:color w:val="auto"/>
        </w:rPr>
        <w:t xml:space="preserve">26.  </w:t>
      </w:r>
      <w:r w:rsidRPr="00837EF3">
        <w:rPr>
          <w:color w:val="auto"/>
        </w:rPr>
        <w:t>Any key(s) provided to the Hirer must be returned to Customer Service as soon as reasonably practical. Failure to return keys will result in the recovery of these costs, at the expense of the Hirer.</w:t>
      </w:r>
    </w:p>
    <w:p w14:paraId="68253A4C" w14:textId="77777777" w:rsidR="000538D4" w:rsidRPr="00837EF3" w:rsidRDefault="00CC6CE1" w:rsidP="00012566">
      <w:pPr>
        <w:keepLines/>
        <w:spacing w:after="0"/>
        <w:rPr>
          <w:color w:val="auto"/>
        </w:rPr>
      </w:pPr>
      <w:r w:rsidRPr="00837EF3">
        <w:rPr>
          <w:b/>
          <w:color w:val="auto"/>
        </w:rPr>
        <w:t xml:space="preserve">27.  </w:t>
      </w:r>
      <w:r w:rsidRPr="00837EF3">
        <w:rPr>
          <w:color w:val="auto"/>
        </w:rPr>
        <w:t>Operational emergencies during business hours concerning the hired venue should be directed to (08) 8930 0300. Emergencies outside normal office hours should be directed to City of Darwin’s contracted after-hours service on (08) 8989 2843. If City of Darwin’s contracted security firm is called out, City of Darwin will recover the costs incurred from the Hirer.</w:t>
      </w:r>
    </w:p>
    <w:p w14:paraId="773A75A9" w14:textId="77777777" w:rsidR="000538D4" w:rsidRPr="00837EF3" w:rsidRDefault="00CC6CE1" w:rsidP="00012566">
      <w:pPr>
        <w:keepLines/>
        <w:spacing w:after="0"/>
        <w:rPr>
          <w:color w:val="auto"/>
        </w:rPr>
      </w:pPr>
      <w:r w:rsidRPr="00837EF3">
        <w:rPr>
          <w:b/>
          <w:color w:val="auto"/>
        </w:rPr>
        <w:t xml:space="preserve">28.  </w:t>
      </w:r>
      <w:r w:rsidRPr="00837EF3">
        <w:rPr>
          <w:color w:val="auto"/>
        </w:rPr>
        <w:t>The Hirer is responsible to take all reasonable steps to ensure the safety and wellbeing of individuals during the hired period.</w:t>
      </w:r>
    </w:p>
    <w:p w14:paraId="18C0BE7F" w14:textId="77777777" w:rsidR="000538D4" w:rsidRPr="00837EF3" w:rsidRDefault="00CC6CE1" w:rsidP="00012566">
      <w:pPr>
        <w:keepLines/>
        <w:spacing w:after="0"/>
        <w:rPr>
          <w:color w:val="auto"/>
        </w:rPr>
      </w:pPr>
      <w:r w:rsidRPr="00837EF3">
        <w:rPr>
          <w:b/>
          <w:color w:val="auto"/>
        </w:rPr>
        <w:t xml:space="preserve">29.  </w:t>
      </w:r>
      <w:r w:rsidRPr="00837EF3">
        <w:rPr>
          <w:color w:val="auto"/>
        </w:rPr>
        <w:t>The Hirer must comply with these Terms and Conditions. Failure to do so will result in the Hirer not being able to make further applications.</w:t>
      </w:r>
    </w:p>
    <w:p w14:paraId="3558C968" w14:textId="77777777" w:rsidR="000538D4" w:rsidRPr="00837EF3" w:rsidRDefault="00CC6CE1" w:rsidP="00012566">
      <w:pPr>
        <w:keepLines/>
        <w:spacing w:after="0"/>
        <w:rPr>
          <w:color w:val="auto"/>
        </w:rPr>
      </w:pPr>
      <w:r w:rsidRPr="00837EF3">
        <w:rPr>
          <w:b/>
          <w:color w:val="auto"/>
        </w:rPr>
        <w:t xml:space="preserve">30.  </w:t>
      </w:r>
      <w:r w:rsidRPr="00837EF3">
        <w:rPr>
          <w:color w:val="auto"/>
        </w:rPr>
        <w:t>This permit does not provide authorisation for events held on private land.</w:t>
      </w:r>
    </w:p>
    <w:p w14:paraId="67FC968E" w14:textId="77777777" w:rsidR="00012566" w:rsidRDefault="00012566">
      <w:pPr>
        <w:pStyle w:val="Heading1"/>
        <w:rPr>
          <w:color w:val="auto"/>
        </w:rPr>
        <w:sectPr w:rsidR="00012566" w:rsidSect="00012566">
          <w:type w:val="continuous"/>
          <w:pgSz w:w="11909" w:h="16834"/>
          <w:pgMar w:top="893" w:right="1037" w:bottom="907" w:left="1037" w:header="360" w:footer="432" w:gutter="0"/>
          <w:cols w:num="2" w:space="720"/>
          <w:docGrid w:linePitch="360"/>
        </w:sectPr>
      </w:pPr>
    </w:p>
    <w:p w14:paraId="255C6BA1" w14:textId="77777777" w:rsidR="009B2736" w:rsidRPr="009B2736" w:rsidRDefault="009B2736" w:rsidP="009B2736"/>
    <w:p w14:paraId="1AFD4D01" w14:textId="0AD7C01C" w:rsidR="008A4BB2" w:rsidRPr="00C60404" w:rsidRDefault="008A4BB2" w:rsidP="008A4BB2">
      <w:pPr>
        <w:pStyle w:val="Heading1"/>
        <w:spacing w:before="0" w:after="0"/>
        <w:rPr>
          <w:color w:val="1F497D" w:themeColor="text2"/>
        </w:rPr>
      </w:pPr>
      <w:r w:rsidRPr="00C60404">
        <w:rPr>
          <w:color w:val="1F497D" w:themeColor="text2"/>
        </w:rPr>
        <w:lastRenderedPageBreak/>
        <w:t>EVENT SPECIFIC CONDITIONS</w:t>
      </w:r>
    </w:p>
    <w:sdt>
      <w:sdtPr>
        <w:rPr>
          <w:color w:val="auto"/>
        </w:rPr>
        <w:id w:val="-749729539"/>
        <w:placeholder>
          <w:docPart w:val="404E252A10F746609D67874C6FE4F5E9"/>
        </w:placeholder>
        <w:showingPlcHdr/>
        <w:docPartList>
          <w:docPartGallery w:val="Quick Parts"/>
        </w:docPartList>
      </w:sdtPr>
      <w:sdtContent>
        <w:p w14:paraId="3F71CB40" w14:textId="5B5F7039" w:rsidR="008A4BB2" w:rsidRPr="008A4BB2" w:rsidRDefault="008A4BB2">
          <w:pPr>
            <w:pStyle w:val="Heading1"/>
            <w:rPr>
              <w:color w:val="auto"/>
            </w:rPr>
          </w:pPr>
          <w:r w:rsidRPr="008A4BB2">
            <w:rPr>
              <w:color w:val="auto"/>
            </w:rPr>
            <w:t>Site Use and Infrastructure </w:t>
          </w:r>
        </w:p>
      </w:sdtContent>
    </w:sdt>
    <w:tbl>
      <w:tblPr>
        <w:tblStyle w:val="TableGrid"/>
        <w:tblW w:w="0" w:type="auto"/>
        <w:jc w:val="center"/>
        <w:tblLayout w:type="fixed"/>
        <w:tblLook w:val="04A0" w:firstRow="1" w:lastRow="0" w:firstColumn="1" w:lastColumn="0" w:noHBand="0" w:noVBand="1"/>
      </w:tblPr>
      <w:tblGrid>
        <w:gridCol w:w="9749"/>
      </w:tblGrid>
      <w:tr w:rsidR="00F975EB" w14:paraId="5AED1C32" w14:textId="77777777" w:rsidTr="00F8341A">
        <w:trPr>
          <w:jc w:val="center"/>
        </w:trPr>
        <w:tc>
          <w:tcPr>
            <w:tcW w:w="9749" w:type="dxa"/>
            <w:shd w:val="clear" w:color="auto" w:fill="D9D9D9" w:themeFill="background1" w:themeFillShade="D9"/>
            <w:tcMar>
              <w:top w:w="90" w:type="dxa"/>
              <w:left w:w="105" w:type="dxa"/>
              <w:bottom w:w="90" w:type="dxa"/>
              <w:right w:w="105" w:type="dxa"/>
            </w:tcMar>
            <w:vAlign w:val="center"/>
          </w:tcPr>
          <w:p w14:paraId="5C636BBD" w14:textId="77777777" w:rsidR="00F975EB" w:rsidRDefault="00000000" w:rsidP="00F8341A">
            <w:pPr>
              <w:spacing w:after="0"/>
            </w:pPr>
            <w:sdt>
              <w:sdtPr>
                <w:alias w:val="Text field 107"/>
                <w:tag w:val="TEXT_107"/>
                <w:id w:val="1665819942"/>
                <w:placeholder>
                  <w:docPart w:val="D60DD02800D342D5BF010332CE826516"/>
                </w:placeholder>
                <w:showingPlcHdr/>
                <w:text w:multiLine="1"/>
              </w:sdtPr>
              <w:sdtContent>
                <w:r w:rsidR="00F975EB">
                  <w:t xml:space="preserve">     </w:t>
                </w:r>
              </w:sdtContent>
            </w:sdt>
          </w:p>
          <w:p w14:paraId="6D290D38" w14:textId="77777777" w:rsidR="00F975EB" w:rsidRDefault="00F975EB" w:rsidP="00F8341A">
            <w:r>
              <w:t xml:space="preserve"> </w:t>
            </w:r>
          </w:p>
        </w:tc>
      </w:tr>
    </w:tbl>
    <w:p w14:paraId="03F2D0CB" w14:textId="77777777" w:rsidR="00F975EB" w:rsidRDefault="00F975EB" w:rsidP="008A4BB2">
      <w:pPr>
        <w:pStyle w:val="Heading1"/>
        <w:rPr>
          <w:color w:val="auto"/>
        </w:rPr>
      </w:pPr>
    </w:p>
    <w:sdt>
      <w:sdtPr>
        <w:rPr>
          <w:color w:val="auto"/>
        </w:rPr>
        <w:id w:val="-141122908"/>
        <w:placeholder>
          <w:docPart w:val="C88EA0C9E82E47A4AC8942C32A345479"/>
        </w:placeholder>
        <w:docPartList>
          <w:docPartGallery w:val="Quick Parts"/>
        </w:docPartList>
      </w:sdtPr>
      <w:sdtContent>
        <w:p w14:paraId="62E15BB6" w14:textId="71487664" w:rsidR="008A4BB2" w:rsidRDefault="008A4BB2" w:rsidP="008A4BB2">
          <w:pPr>
            <w:pStyle w:val="Heading1"/>
            <w:rPr>
              <w:color w:val="auto"/>
            </w:rPr>
          </w:pPr>
          <w:r w:rsidRPr="008A4BB2">
            <w:rPr>
              <w:color w:val="auto"/>
            </w:rPr>
            <w:t>Event-Specific Conditions</w:t>
          </w:r>
        </w:p>
      </w:sdtContent>
    </w:sdt>
    <w:tbl>
      <w:tblPr>
        <w:tblStyle w:val="TableGrid"/>
        <w:tblW w:w="0" w:type="auto"/>
        <w:jc w:val="center"/>
        <w:tblLayout w:type="fixed"/>
        <w:tblLook w:val="04A0" w:firstRow="1" w:lastRow="0" w:firstColumn="1" w:lastColumn="0" w:noHBand="0" w:noVBand="1"/>
      </w:tblPr>
      <w:tblGrid>
        <w:gridCol w:w="9749"/>
      </w:tblGrid>
      <w:tr w:rsidR="00F975EB" w14:paraId="2BA64F9A" w14:textId="77777777" w:rsidTr="00F8341A">
        <w:trPr>
          <w:jc w:val="center"/>
        </w:trPr>
        <w:tc>
          <w:tcPr>
            <w:tcW w:w="9749" w:type="dxa"/>
            <w:shd w:val="clear" w:color="auto" w:fill="D9D9D9" w:themeFill="background1" w:themeFillShade="D9"/>
            <w:tcMar>
              <w:top w:w="90" w:type="dxa"/>
              <w:left w:w="105" w:type="dxa"/>
              <w:bottom w:w="90" w:type="dxa"/>
              <w:right w:w="105" w:type="dxa"/>
            </w:tcMar>
            <w:vAlign w:val="center"/>
          </w:tcPr>
          <w:p w14:paraId="6C29C746" w14:textId="77777777" w:rsidR="00F975EB" w:rsidRDefault="00000000" w:rsidP="00F8341A">
            <w:pPr>
              <w:spacing w:after="0"/>
            </w:pPr>
            <w:sdt>
              <w:sdtPr>
                <w:alias w:val="Text field 107"/>
                <w:tag w:val="TEXT_107"/>
                <w:id w:val="2092498833"/>
                <w:placeholder>
                  <w:docPart w:val="97542951B80F4CFD927BEAD432FC6C97"/>
                </w:placeholder>
                <w:showingPlcHdr/>
                <w:text w:multiLine="1"/>
              </w:sdtPr>
              <w:sdtContent>
                <w:r w:rsidR="00F975EB">
                  <w:t xml:space="preserve">     </w:t>
                </w:r>
              </w:sdtContent>
            </w:sdt>
          </w:p>
          <w:p w14:paraId="19CEBFF1" w14:textId="77777777" w:rsidR="00F975EB" w:rsidRDefault="00F975EB" w:rsidP="00F8341A">
            <w:r>
              <w:t xml:space="preserve"> </w:t>
            </w:r>
          </w:p>
        </w:tc>
      </w:tr>
    </w:tbl>
    <w:p w14:paraId="5BDCEC4D" w14:textId="77777777" w:rsidR="00F975EB" w:rsidRPr="00F975EB" w:rsidRDefault="00F975EB" w:rsidP="00F975EB"/>
    <w:sdt>
      <w:sdtPr>
        <w:rPr>
          <w:color w:val="auto"/>
        </w:rPr>
        <w:id w:val="-131790632"/>
        <w:placeholder>
          <w:docPart w:val="764DC9C0F58C4DAFB22D7A0D4FCFCD45"/>
        </w:placeholder>
        <w:docPartList>
          <w:docPartGallery w:val="Quick Parts"/>
        </w:docPartList>
      </w:sdtPr>
      <w:sdtContent>
        <w:p w14:paraId="4BA81927" w14:textId="2CA0DDC1" w:rsidR="008A4BB2" w:rsidRDefault="008A4BB2" w:rsidP="008A4BB2">
          <w:pPr>
            <w:pStyle w:val="Heading1"/>
            <w:rPr>
              <w:color w:val="auto"/>
            </w:rPr>
          </w:pPr>
          <w:r w:rsidRPr="008A4BB2">
            <w:rPr>
              <w:color w:val="auto"/>
            </w:rPr>
            <w:t>Ongoing Maintenance</w:t>
          </w:r>
        </w:p>
      </w:sdtContent>
    </w:sdt>
    <w:tbl>
      <w:tblPr>
        <w:tblStyle w:val="TableGrid"/>
        <w:tblW w:w="0" w:type="auto"/>
        <w:jc w:val="center"/>
        <w:tblLayout w:type="fixed"/>
        <w:tblLook w:val="04A0" w:firstRow="1" w:lastRow="0" w:firstColumn="1" w:lastColumn="0" w:noHBand="0" w:noVBand="1"/>
      </w:tblPr>
      <w:tblGrid>
        <w:gridCol w:w="9749"/>
      </w:tblGrid>
      <w:tr w:rsidR="00F975EB" w14:paraId="4A61AC66" w14:textId="77777777" w:rsidTr="00F8341A">
        <w:trPr>
          <w:jc w:val="center"/>
        </w:trPr>
        <w:tc>
          <w:tcPr>
            <w:tcW w:w="9749" w:type="dxa"/>
            <w:shd w:val="clear" w:color="auto" w:fill="D9D9D9" w:themeFill="background1" w:themeFillShade="D9"/>
            <w:tcMar>
              <w:top w:w="90" w:type="dxa"/>
              <w:left w:w="105" w:type="dxa"/>
              <w:bottom w:w="90" w:type="dxa"/>
              <w:right w:w="105" w:type="dxa"/>
            </w:tcMar>
            <w:vAlign w:val="center"/>
          </w:tcPr>
          <w:p w14:paraId="3433EAF7" w14:textId="77777777" w:rsidR="00F975EB" w:rsidRDefault="00000000" w:rsidP="00F8341A">
            <w:pPr>
              <w:spacing w:after="0"/>
            </w:pPr>
            <w:sdt>
              <w:sdtPr>
                <w:alias w:val="Text field 107"/>
                <w:tag w:val="TEXT_107"/>
                <w:id w:val="-733926426"/>
                <w:placeholder>
                  <w:docPart w:val="88E5292A022C44A2BEBD529B366FC776"/>
                </w:placeholder>
                <w:showingPlcHdr/>
                <w:text w:multiLine="1"/>
              </w:sdtPr>
              <w:sdtContent>
                <w:r w:rsidR="00F975EB">
                  <w:t xml:space="preserve">     </w:t>
                </w:r>
              </w:sdtContent>
            </w:sdt>
          </w:p>
          <w:p w14:paraId="46C9E4F7" w14:textId="77777777" w:rsidR="00F975EB" w:rsidRDefault="00F975EB" w:rsidP="00F8341A">
            <w:r>
              <w:t xml:space="preserve"> </w:t>
            </w:r>
          </w:p>
        </w:tc>
      </w:tr>
    </w:tbl>
    <w:p w14:paraId="02B1629F" w14:textId="77777777" w:rsidR="00F975EB" w:rsidRPr="00F975EB" w:rsidRDefault="00F975EB" w:rsidP="00F975EB"/>
    <w:sdt>
      <w:sdtPr>
        <w:rPr>
          <w:color w:val="auto"/>
        </w:rPr>
        <w:id w:val="-894439236"/>
        <w:placeholder>
          <w:docPart w:val="DB3CF5D630C642D5B1CB9C6D951E7866"/>
        </w:placeholder>
        <w:docPartList>
          <w:docPartGallery w:val="Quick Parts"/>
        </w:docPartList>
      </w:sdtPr>
      <w:sdtContent>
        <w:p w14:paraId="6B21A453" w14:textId="460166A4" w:rsidR="00A054C7" w:rsidRDefault="00A054C7" w:rsidP="00A054C7">
          <w:pPr>
            <w:pStyle w:val="Heading1"/>
            <w:rPr>
              <w:rFonts w:ascii="Aptos" w:eastAsiaTheme="minorEastAsia" w:hAnsi="Aptos" w:cstheme="minorBidi"/>
              <w:color w:val="auto"/>
              <w:sz w:val="18"/>
              <w:szCs w:val="22"/>
            </w:rPr>
          </w:pPr>
          <w:r>
            <w:rPr>
              <w:color w:val="auto"/>
            </w:rPr>
            <w:t>Other</w:t>
          </w:r>
        </w:p>
      </w:sdtContent>
    </w:sdt>
    <w:tbl>
      <w:tblPr>
        <w:tblStyle w:val="TableGrid"/>
        <w:tblW w:w="0" w:type="auto"/>
        <w:jc w:val="center"/>
        <w:tblLayout w:type="fixed"/>
        <w:tblLook w:val="04A0" w:firstRow="1" w:lastRow="0" w:firstColumn="1" w:lastColumn="0" w:noHBand="0" w:noVBand="1"/>
      </w:tblPr>
      <w:tblGrid>
        <w:gridCol w:w="9749"/>
      </w:tblGrid>
      <w:tr w:rsidR="00F975EB" w14:paraId="5D63E799" w14:textId="77777777" w:rsidTr="00F8341A">
        <w:trPr>
          <w:jc w:val="center"/>
        </w:trPr>
        <w:tc>
          <w:tcPr>
            <w:tcW w:w="9749" w:type="dxa"/>
            <w:shd w:val="clear" w:color="auto" w:fill="D9D9D9" w:themeFill="background1" w:themeFillShade="D9"/>
            <w:tcMar>
              <w:top w:w="90" w:type="dxa"/>
              <w:left w:w="105" w:type="dxa"/>
              <w:bottom w:w="90" w:type="dxa"/>
              <w:right w:w="105" w:type="dxa"/>
            </w:tcMar>
            <w:vAlign w:val="center"/>
          </w:tcPr>
          <w:p w14:paraId="6CBBF15C" w14:textId="77777777" w:rsidR="00F975EB" w:rsidRDefault="00000000" w:rsidP="00F8341A">
            <w:pPr>
              <w:spacing w:after="0"/>
            </w:pPr>
            <w:sdt>
              <w:sdtPr>
                <w:alias w:val="Text field 107"/>
                <w:tag w:val="TEXT_107"/>
                <w:id w:val="-852721003"/>
                <w:placeholder>
                  <w:docPart w:val="F44FE5A8CCDF4509BD9281C812B25A80"/>
                </w:placeholder>
                <w:showingPlcHdr/>
                <w:text w:multiLine="1"/>
              </w:sdtPr>
              <w:sdtContent>
                <w:r w:rsidR="00F975EB">
                  <w:t xml:space="preserve">     </w:t>
                </w:r>
              </w:sdtContent>
            </w:sdt>
          </w:p>
          <w:p w14:paraId="012757E7" w14:textId="77777777" w:rsidR="00F975EB" w:rsidRDefault="00F975EB" w:rsidP="00F8341A">
            <w:r>
              <w:t xml:space="preserve"> </w:t>
            </w:r>
          </w:p>
        </w:tc>
      </w:tr>
    </w:tbl>
    <w:sdt>
      <w:sdtPr>
        <w:rPr>
          <w:color w:val="auto"/>
        </w:rPr>
        <w:id w:val="1201367018"/>
        <w:placeholder>
          <w:docPart w:val="9858B7B9488245F18CFEEE73AAFEDE82"/>
        </w:placeholder>
        <w:docPartList>
          <w:docPartGallery w:val="Quick Parts"/>
        </w:docPartList>
      </w:sdtPr>
      <w:sdtContent>
        <w:p w14:paraId="2263941A" w14:textId="77777777" w:rsidR="00F975EB" w:rsidRDefault="00F975EB" w:rsidP="00F975EB">
          <w:pPr>
            <w:pStyle w:val="Heading1"/>
            <w:rPr>
              <w:rFonts w:ascii="Aptos" w:eastAsiaTheme="minorEastAsia" w:hAnsi="Aptos" w:cstheme="minorBidi"/>
              <w:color w:val="auto"/>
              <w:sz w:val="18"/>
              <w:szCs w:val="22"/>
            </w:rPr>
          </w:pPr>
          <w:r>
            <w:rPr>
              <w:color w:val="auto"/>
            </w:rPr>
            <w:t>Other</w:t>
          </w:r>
        </w:p>
      </w:sdtContent>
    </w:sdt>
    <w:tbl>
      <w:tblPr>
        <w:tblStyle w:val="TableGrid"/>
        <w:tblW w:w="0" w:type="auto"/>
        <w:jc w:val="center"/>
        <w:tblLayout w:type="fixed"/>
        <w:tblLook w:val="04A0" w:firstRow="1" w:lastRow="0" w:firstColumn="1" w:lastColumn="0" w:noHBand="0" w:noVBand="1"/>
      </w:tblPr>
      <w:tblGrid>
        <w:gridCol w:w="9749"/>
      </w:tblGrid>
      <w:tr w:rsidR="00F975EB" w14:paraId="4E551680" w14:textId="77777777" w:rsidTr="00F8341A">
        <w:trPr>
          <w:jc w:val="center"/>
        </w:trPr>
        <w:tc>
          <w:tcPr>
            <w:tcW w:w="9749" w:type="dxa"/>
            <w:shd w:val="clear" w:color="auto" w:fill="D9D9D9" w:themeFill="background1" w:themeFillShade="D9"/>
            <w:tcMar>
              <w:top w:w="90" w:type="dxa"/>
              <w:left w:w="105" w:type="dxa"/>
              <w:bottom w:w="90" w:type="dxa"/>
              <w:right w:w="105" w:type="dxa"/>
            </w:tcMar>
            <w:vAlign w:val="center"/>
          </w:tcPr>
          <w:p w14:paraId="61357D97" w14:textId="77777777" w:rsidR="00F975EB" w:rsidRDefault="00000000" w:rsidP="00F8341A">
            <w:pPr>
              <w:spacing w:after="0"/>
            </w:pPr>
            <w:sdt>
              <w:sdtPr>
                <w:alias w:val="Text field 107"/>
                <w:tag w:val="TEXT_107"/>
                <w:id w:val="-977226195"/>
                <w:placeholder>
                  <w:docPart w:val="FBD1F8F9A6474489A985E6D89B3F75A5"/>
                </w:placeholder>
                <w:showingPlcHdr/>
                <w:text w:multiLine="1"/>
              </w:sdtPr>
              <w:sdtContent>
                <w:r w:rsidR="00F975EB">
                  <w:t xml:space="preserve">     </w:t>
                </w:r>
              </w:sdtContent>
            </w:sdt>
          </w:p>
          <w:p w14:paraId="5C1FE305" w14:textId="77777777" w:rsidR="00F975EB" w:rsidRDefault="00F975EB" w:rsidP="00F8341A">
            <w:r>
              <w:t xml:space="preserve"> </w:t>
            </w:r>
          </w:p>
        </w:tc>
      </w:tr>
    </w:tbl>
    <w:p w14:paraId="45E4AA90" w14:textId="77777777" w:rsidR="008A4BB2" w:rsidRDefault="008A4BB2">
      <w:pPr>
        <w:pStyle w:val="Heading1"/>
        <w:rPr>
          <w:color w:val="auto"/>
        </w:rPr>
      </w:pPr>
    </w:p>
    <w:p w14:paraId="57F790C0" w14:textId="347BF864" w:rsidR="00A054C7" w:rsidRPr="00C60404" w:rsidRDefault="00A054C7" w:rsidP="00A054C7">
      <w:pPr>
        <w:pStyle w:val="Heading1"/>
        <w:spacing w:before="0" w:after="0"/>
        <w:rPr>
          <w:color w:val="1F497D" w:themeColor="text2"/>
        </w:rPr>
      </w:pPr>
      <w:r w:rsidRPr="00C60404">
        <w:rPr>
          <w:color w:val="1F497D" w:themeColor="text2"/>
        </w:rPr>
        <w:t>COUNCIL OPERATIONS</w:t>
      </w:r>
    </w:p>
    <w:p w14:paraId="1A837524" w14:textId="689F2933" w:rsidR="00A054C7" w:rsidRPr="00A054C7" w:rsidRDefault="00A054C7" w:rsidP="00A054C7">
      <w:pPr>
        <w:pStyle w:val="Heading1"/>
        <w:spacing w:before="0" w:after="0"/>
        <w:rPr>
          <w:b w:val="0"/>
          <w:bCs w:val="0"/>
          <w:color w:val="auto"/>
          <w:sz w:val="22"/>
          <w:szCs w:val="24"/>
          <w:lang w:val="en-AU"/>
        </w:rPr>
      </w:pPr>
      <w:r w:rsidRPr="00A054C7">
        <w:rPr>
          <w:color w:val="auto"/>
          <w:sz w:val="22"/>
          <w:szCs w:val="24"/>
          <w:lang w:val="en-AU"/>
        </w:rPr>
        <w:t>Operations</w:t>
      </w:r>
      <w:r w:rsidR="009E5C2E">
        <w:rPr>
          <w:color w:val="auto"/>
          <w:sz w:val="22"/>
          <w:szCs w:val="24"/>
          <w:lang w:val="en-AU"/>
        </w:rPr>
        <w:t>:</w:t>
      </w:r>
      <w:r w:rsidRPr="00A054C7">
        <w:rPr>
          <w:color w:val="auto"/>
          <w:sz w:val="22"/>
          <w:szCs w:val="24"/>
          <w:lang w:val="en-AU"/>
        </w:rPr>
        <w:t xml:space="preserve"> </w:t>
      </w:r>
      <w:r w:rsidRPr="00A054C7">
        <w:rPr>
          <w:b w:val="0"/>
          <w:bCs w:val="0"/>
          <w:color w:val="auto"/>
          <w:sz w:val="22"/>
          <w:szCs w:val="24"/>
          <w:lang w:val="en-AU"/>
        </w:rPr>
        <w:t>Please ensure teams are aware of this event, its footprint and timings. </w:t>
      </w:r>
    </w:p>
    <w:p w14:paraId="4031B221" w14:textId="3CFC81B6" w:rsidR="00A054C7" w:rsidRPr="00A054C7" w:rsidRDefault="00A054C7" w:rsidP="00A054C7">
      <w:pPr>
        <w:pStyle w:val="Heading1"/>
        <w:spacing w:before="0" w:after="0"/>
        <w:rPr>
          <w:b w:val="0"/>
          <w:bCs w:val="0"/>
          <w:color w:val="auto"/>
          <w:sz w:val="22"/>
          <w:szCs w:val="24"/>
          <w:lang w:val="en-AU"/>
        </w:rPr>
      </w:pPr>
      <w:r w:rsidRPr="00A054C7">
        <w:rPr>
          <w:color w:val="auto"/>
          <w:sz w:val="22"/>
          <w:szCs w:val="24"/>
          <w:lang w:val="en-AU"/>
        </w:rPr>
        <w:t>​​</w:t>
      </w:r>
      <w:sdt>
        <w:sdtPr>
          <w:rPr>
            <w:color w:val="auto"/>
            <w:sz w:val="22"/>
            <w:szCs w:val="24"/>
            <w:lang w:val="en-AU"/>
          </w:rPr>
          <w:id w:val="659658886"/>
          <w:placeholder>
            <w:docPart w:val="DefaultPlaceholder_-1854013438"/>
          </w:placeholder>
          <w:comboBox>
            <w:listItem w:displayText="Lyons" w:value="Lyons"/>
            <w:listItem w:displayText="Chan" w:value="Chan"/>
            <w:listItem w:displayText="Waters" w:value="Waters"/>
            <w:listItem w:displayText="Richardson" w:value="Richardson"/>
          </w:comboBox>
        </w:sdtPr>
        <w:sdtContent>
          <w:r w:rsidRPr="00A054C7">
            <w:rPr>
              <w:color w:val="auto"/>
              <w:sz w:val="22"/>
              <w:szCs w:val="24"/>
              <w:lang w:val="en-AU"/>
            </w:rPr>
            <w:t>Lyons​</w:t>
          </w:r>
        </w:sdtContent>
      </w:sdt>
      <w:r w:rsidRPr="00A054C7">
        <w:rPr>
          <w:color w:val="auto"/>
          <w:sz w:val="22"/>
          <w:szCs w:val="24"/>
          <w:lang w:val="en-AU"/>
        </w:rPr>
        <w:t xml:space="preserve"> Ward</w:t>
      </w:r>
      <w:r w:rsidR="009E5C2E">
        <w:rPr>
          <w:color w:val="auto"/>
          <w:sz w:val="22"/>
          <w:szCs w:val="24"/>
          <w:lang w:val="en-AU"/>
        </w:rPr>
        <w:t>:</w:t>
      </w:r>
      <w:r w:rsidRPr="00A054C7">
        <w:rPr>
          <w:color w:val="auto"/>
          <w:sz w:val="22"/>
          <w:szCs w:val="24"/>
          <w:lang w:val="en-AU"/>
        </w:rPr>
        <w:t xml:space="preserve"> </w:t>
      </w:r>
      <w:r w:rsidRPr="00A054C7">
        <w:rPr>
          <w:b w:val="0"/>
          <w:bCs w:val="0"/>
          <w:color w:val="auto"/>
          <w:sz w:val="22"/>
          <w:szCs w:val="24"/>
          <w:lang w:val="en-AU"/>
        </w:rPr>
        <w:t>Please ensure the event area is tidy and maintained to remove any environmental hazards  </w:t>
      </w:r>
    </w:p>
    <w:p w14:paraId="4D8B83D7" w14:textId="3E090A72" w:rsidR="00A054C7" w:rsidRPr="00A054C7" w:rsidRDefault="00A054C7" w:rsidP="00A054C7">
      <w:pPr>
        <w:pStyle w:val="Heading1"/>
        <w:spacing w:before="0" w:after="0"/>
        <w:rPr>
          <w:color w:val="auto"/>
          <w:sz w:val="22"/>
          <w:szCs w:val="24"/>
          <w:lang w:val="en-AU"/>
        </w:rPr>
      </w:pPr>
      <w:r w:rsidRPr="00A054C7">
        <w:rPr>
          <w:color w:val="auto"/>
          <w:sz w:val="22"/>
          <w:szCs w:val="24"/>
          <w:lang w:val="en-AU"/>
        </w:rPr>
        <w:t>Irrigation</w:t>
      </w:r>
      <w:r w:rsidR="009E5C2E">
        <w:rPr>
          <w:color w:val="auto"/>
          <w:sz w:val="22"/>
          <w:szCs w:val="24"/>
          <w:lang w:val="en-AU"/>
        </w:rPr>
        <w:t>:</w:t>
      </w:r>
      <w:r w:rsidRPr="00A054C7">
        <w:rPr>
          <w:color w:val="auto"/>
          <w:sz w:val="22"/>
          <w:szCs w:val="24"/>
          <w:lang w:val="en-AU"/>
        </w:rPr>
        <w:t xml:space="preserve"> </w:t>
      </w:r>
      <w:r w:rsidRPr="00A054C7">
        <w:rPr>
          <w:b w:val="0"/>
          <w:bCs w:val="0"/>
          <w:color w:val="auto"/>
          <w:sz w:val="22"/>
          <w:szCs w:val="24"/>
          <w:lang w:val="en-AU"/>
        </w:rPr>
        <w:t>Please suspend the irrigation schedule for the event  </w:t>
      </w:r>
    </w:p>
    <w:p w14:paraId="7C4D9F80" w14:textId="7BE27D65" w:rsidR="00A054C7" w:rsidRPr="00A054C7" w:rsidRDefault="00A054C7" w:rsidP="00A054C7">
      <w:pPr>
        <w:pStyle w:val="Heading1"/>
        <w:spacing w:before="0" w:after="0"/>
        <w:rPr>
          <w:b w:val="0"/>
          <w:bCs w:val="0"/>
          <w:color w:val="auto"/>
          <w:sz w:val="22"/>
          <w:szCs w:val="24"/>
          <w:lang w:val="en-AU"/>
        </w:rPr>
      </w:pPr>
      <w:r w:rsidRPr="00A054C7">
        <w:rPr>
          <w:color w:val="auto"/>
          <w:sz w:val="22"/>
          <w:szCs w:val="24"/>
          <w:lang w:val="en-AU"/>
        </w:rPr>
        <w:t>Mowing</w:t>
      </w:r>
      <w:r w:rsidR="009E5C2E">
        <w:rPr>
          <w:color w:val="auto"/>
          <w:sz w:val="22"/>
          <w:szCs w:val="24"/>
          <w:lang w:val="en-AU"/>
        </w:rPr>
        <w:t>:</w:t>
      </w:r>
      <w:r w:rsidRPr="00A054C7">
        <w:rPr>
          <w:color w:val="auto"/>
          <w:sz w:val="22"/>
          <w:szCs w:val="24"/>
          <w:lang w:val="en-AU"/>
        </w:rPr>
        <w:t xml:space="preserve"> </w:t>
      </w:r>
      <w:r w:rsidRPr="00A054C7">
        <w:rPr>
          <w:b w:val="0"/>
          <w:bCs w:val="0"/>
          <w:color w:val="auto"/>
          <w:sz w:val="22"/>
          <w:szCs w:val="24"/>
          <w:lang w:val="en-AU"/>
        </w:rPr>
        <w:t>Please adjust the mowing schedule accordingly  </w:t>
      </w:r>
    </w:p>
    <w:p w14:paraId="48ECEDE1" w14:textId="3AF17E8F" w:rsidR="00A054C7" w:rsidRPr="00A054C7" w:rsidRDefault="00A054C7" w:rsidP="00A054C7">
      <w:pPr>
        <w:pStyle w:val="Heading1"/>
        <w:spacing w:before="0" w:after="0"/>
        <w:rPr>
          <w:b w:val="0"/>
          <w:bCs w:val="0"/>
          <w:color w:val="auto"/>
          <w:sz w:val="22"/>
          <w:szCs w:val="24"/>
          <w:lang w:val="en-AU"/>
        </w:rPr>
      </w:pPr>
      <w:r w:rsidRPr="00A054C7">
        <w:rPr>
          <w:color w:val="auto"/>
          <w:sz w:val="22"/>
          <w:szCs w:val="24"/>
          <w:lang w:val="en-AU"/>
        </w:rPr>
        <w:t>Building Maintenance / Parks</w:t>
      </w:r>
      <w:r w:rsidR="009E5C2E">
        <w:rPr>
          <w:color w:val="auto"/>
          <w:sz w:val="22"/>
          <w:szCs w:val="24"/>
          <w:lang w:val="en-AU"/>
        </w:rPr>
        <w:t>:</w:t>
      </w:r>
      <w:r w:rsidRPr="00A054C7">
        <w:rPr>
          <w:color w:val="auto"/>
          <w:sz w:val="22"/>
          <w:szCs w:val="24"/>
          <w:lang w:val="en-AU"/>
        </w:rPr>
        <w:t xml:space="preserve"> </w:t>
      </w:r>
      <w:r w:rsidRPr="00A054C7">
        <w:rPr>
          <w:b w:val="0"/>
          <w:bCs w:val="0"/>
          <w:color w:val="auto"/>
          <w:sz w:val="22"/>
          <w:szCs w:val="24"/>
          <w:lang w:val="en-AU"/>
        </w:rPr>
        <w:t>Please ensure the power is live and accessible </w:t>
      </w:r>
      <w:r>
        <w:rPr>
          <w:b w:val="0"/>
          <w:bCs w:val="0"/>
          <w:color w:val="auto"/>
          <w:sz w:val="22"/>
          <w:szCs w:val="24"/>
          <w:lang w:val="en-AU"/>
        </w:rPr>
        <w:t xml:space="preserve">(if applicable) </w:t>
      </w:r>
    </w:p>
    <w:p w14:paraId="446EBEA8" w14:textId="5D90F8F5" w:rsidR="00A054C7" w:rsidRPr="00A054C7" w:rsidRDefault="00A054C7" w:rsidP="00A054C7">
      <w:pPr>
        <w:pStyle w:val="Heading1"/>
        <w:spacing w:before="0" w:after="0"/>
        <w:rPr>
          <w:b w:val="0"/>
          <w:bCs w:val="0"/>
          <w:color w:val="auto"/>
          <w:sz w:val="22"/>
          <w:szCs w:val="24"/>
          <w:lang w:val="en-AU"/>
        </w:rPr>
      </w:pPr>
      <w:r w:rsidRPr="00A054C7">
        <w:rPr>
          <w:color w:val="auto"/>
          <w:sz w:val="22"/>
          <w:szCs w:val="24"/>
          <w:lang w:val="en-AU"/>
        </w:rPr>
        <w:t>Cleaning</w:t>
      </w:r>
      <w:r w:rsidR="009E5C2E">
        <w:rPr>
          <w:color w:val="auto"/>
          <w:sz w:val="22"/>
          <w:szCs w:val="24"/>
          <w:lang w:val="en-AU"/>
        </w:rPr>
        <w:t>:</w:t>
      </w:r>
      <w:r w:rsidRPr="00A054C7">
        <w:rPr>
          <w:color w:val="auto"/>
          <w:sz w:val="22"/>
          <w:szCs w:val="24"/>
          <w:lang w:val="en-AU"/>
        </w:rPr>
        <w:t xml:space="preserve"> </w:t>
      </w:r>
      <w:r w:rsidRPr="00A054C7">
        <w:rPr>
          <w:b w:val="0"/>
          <w:bCs w:val="0"/>
          <w:color w:val="auto"/>
          <w:sz w:val="22"/>
          <w:szCs w:val="24"/>
          <w:lang w:val="en-AU"/>
        </w:rPr>
        <w:t>Please ensure the toilets are cleaned and stocked </w:t>
      </w:r>
      <w:r>
        <w:rPr>
          <w:b w:val="0"/>
          <w:bCs w:val="0"/>
          <w:color w:val="auto"/>
          <w:sz w:val="22"/>
          <w:szCs w:val="24"/>
          <w:lang w:val="en-AU"/>
        </w:rPr>
        <w:t xml:space="preserve">(if applicable) </w:t>
      </w:r>
    </w:p>
    <w:p w14:paraId="02BA9174" w14:textId="77777777" w:rsidR="008A4BB2" w:rsidRDefault="008A4BB2" w:rsidP="00A054C7">
      <w:pPr>
        <w:pStyle w:val="Heading1"/>
        <w:spacing w:before="0" w:after="0"/>
        <w:rPr>
          <w:color w:val="auto"/>
        </w:rPr>
      </w:pPr>
    </w:p>
    <w:p w14:paraId="2A336842" w14:textId="004218B5" w:rsidR="000538D4" w:rsidRPr="00837EF3" w:rsidRDefault="00CC6CE1">
      <w:pPr>
        <w:pStyle w:val="Heading1"/>
        <w:rPr>
          <w:color w:val="auto"/>
        </w:rPr>
      </w:pPr>
      <w:r w:rsidRPr="00837EF3">
        <w:rPr>
          <w:color w:val="auto"/>
        </w:rPr>
        <w:t>PRIVACY STATEMENT</w:t>
      </w:r>
    </w:p>
    <w:p w14:paraId="11337EC7" w14:textId="77777777" w:rsidR="000538D4" w:rsidRPr="00837EF3" w:rsidRDefault="00CC6CE1">
      <w:pPr>
        <w:spacing w:after="100"/>
        <w:rPr>
          <w:color w:val="auto"/>
        </w:rPr>
      </w:pPr>
      <w:r w:rsidRPr="00837EF3">
        <w:rPr>
          <w:color w:val="auto"/>
          <w:sz w:val="16"/>
        </w:rPr>
        <w:t>City of Darwin collects personal information from you, including your personal contact details. We collect this information for the purpose of updating our administrative systems to be able to carry out Council’s functions. The Local Government Act 2019 allows or authorises us to collect this personal information and you may seek access to this information. We will only use your information for the purpose described here. It will not be used or disclosed in any other way unless we have your consent or we are authorised or required by law to do so. If you choose not to provide us with your information, we will be unable to complete your request. Your personal information will be handled in accordance with our Privacy Statement and the Information Act 2002 (NT) (The Act). Council’s Privacy Statement is available from the City of Darwin, Harry Chan Ave, Darwin or via the Council’s website at www.darwin.nt.gov.au.</w:t>
      </w:r>
    </w:p>
    <w:p w14:paraId="7F9340C0" w14:textId="77777777" w:rsidR="000538D4" w:rsidRPr="00837EF3" w:rsidRDefault="00CC6CE1">
      <w:pPr>
        <w:spacing w:after="100"/>
        <w:rPr>
          <w:color w:val="auto"/>
        </w:rPr>
      </w:pPr>
      <w:r w:rsidRPr="00837EF3">
        <w:rPr>
          <w:color w:val="auto"/>
          <w:sz w:val="16"/>
        </w:rPr>
        <w:t>City of Darwin  |  Civic Centre, Harry Chan Avenue, Darwin NT 0800  |  ABN 11 503 313 301</w:t>
      </w:r>
    </w:p>
    <w:p w14:paraId="4F280940" w14:textId="77777777" w:rsidR="000538D4" w:rsidRPr="00837EF3" w:rsidRDefault="00CC6CE1">
      <w:pPr>
        <w:spacing w:after="100"/>
        <w:rPr>
          <w:color w:val="auto"/>
        </w:rPr>
      </w:pPr>
      <w:r w:rsidRPr="00837EF3">
        <w:rPr>
          <w:color w:val="auto"/>
          <w:sz w:val="16"/>
        </w:rPr>
        <w:t>Postal: GPO Box 84, Darwin NT 0801  |  Telephone: (08) 8930 0300  |  Facsimile: (08) 8930 0311</w:t>
      </w:r>
    </w:p>
    <w:p w14:paraId="4DF7ADB2" w14:textId="0D056906" w:rsidR="000538D4" w:rsidRDefault="00CC6CE1">
      <w:pPr>
        <w:spacing w:after="100"/>
        <w:rPr>
          <w:color w:val="auto"/>
          <w:sz w:val="16"/>
        </w:rPr>
      </w:pPr>
      <w:r w:rsidRPr="00837EF3">
        <w:rPr>
          <w:color w:val="auto"/>
          <w:sz w:val="16"/>
        </w:rPr>
        <w:t xml:space="preserve">Email: </w:t>
      </w:r>
      <w:r w:rsidR="009E5C2E" w:rsidRPr="00837EF3">
        <w:rPr>
          <w:color w:val="auto"/>
          <w:sz w:val="16"/>
        </w:rPr>
        <w:t>darwin@darwin.nt.gov.au | Website</w:t>
      </w:r>
      <w:r w:rsidRPr="00837EF3">
        <w:rPr>
          <w:color w:val="auto"/>
          <w:sz w:val="16"/>
        </w:rPr>
        <w:t xml:space="preserve">: </w:t>
      </w:r>
      <w:hyperlink r:id="rId15" w:history="1">
        <w:r w:rsidR="00974E15" w:rsidRPr="006B469E">
          <w:rPr>
            <w:rStyle w:val="Hyperlink"/>
            <w:sz w:val="16"/>
          </w:rPr>
          <w:t>www.darwin.nt.gov.au</w:t>
        </w:r>
      </w:hyperlink>
    </w:p>
    <w:p w14:paraId="40B06624" w14:textId="77777777" w:rsidR="008A4BB2" w:rsidRDefault="008A4BB2">
      <w:pPr>
        <w:spacing w:after="100"/>
        <w:rPr>
          <w:color w:val="auto"/>
        </w:rPr>
      </w:pPr>
    </w:p>
    <w:p w14:paraId="4F753AEC" w14:textId="77777777" w:rsidR="00A054C7" w:rsidRDefault="00A054C7">
      <w:pPr>
        <w:spacing w:after="100"/>
        <w:rPr>
          <w:color w:val="auto"/>
        </w:rPr>
      </w:pPr>
    </w:p>
    <w:p w14:paraId="0922F1EE" w14:textId="77777777" w:rsidR="00A054C7" w:rsidRPr="00837EF3" w:rsidRDefault="00A054C7">
      <w:pPr>
        <w:spacing w:after="100"/>
        <w:rPr>
          <w:color w:val="auto"/>
        </w:rPr>
      </w:pPr>
    </w:p>
    <w:sectPr w:rsidR="00A054C7" w:rsidRPr="00837EF3" w:rsidSect="00012566">
      <w:type w:val="continuous"/>
      <w:pgSz w:w="11909" w:h="16834"/>
      <w:pgMar w:top="893" w:right="1037" w:bottom="907" w:left="1037" w:header="36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CECCD4" w14:textId="77777777" w:rsidR="008E2601" w:rsidRDefault="008E2601">
      <w:pPr>
        <w:spacing w:after="0" w:line="240" w:lineRule="auto"/>
      </w:pPr>
      <w:r>
        <w:separator/>
      </w:r>
    </w:p>
  </w:endnote>
  <w:endnote w:type="continuationSeparator" w:id="0">
    <w:p w14:paraId="47E4D1CC" w14:textId="77777777" w:rsidR="008E2601" w:rsidRDefault="008E26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istral">
    <w:panose1 w:val="03090702030407020403"/>
    <w:charset w:val="00"/>
    <w:family w:val="script"/>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FC94B8" w14:textId="46AD1BCA" w:rsidR="000538D4" w:rsidRDefault="00CC6CE1">
    <w:pPr>
      <w:pStyle w:val="Footer"/>
      <w:jc w:val="right"/>
    </w:pPr>
    <w:r>
      <w:rPr>
        <w:sz w:val="14"/>
      </w:rPr>
      <w:t xml:space="preserve">City of </w:t>
    </w:r>
    <w:r w:rsidR="009E5C2E">
      <w:rPr>
        <w:sz w:val="14"/>
      </w:rPr>
      <w:t>Darwin • Comprehensive</w:t>
    </w:r>
    <w:r>
      <w:rPr>
        <w:sz w:val="14"/>
      </w:rPr>
      <w:t xml:space="preserve"> events and activities </w:t>
    </w:r>
    <w:r w:rsidR="009E5C2E">
      <w:rPr>
        <w:sz w:val="14"/>
      </w:rPr>
      <w:t>application | Version</w:t>
    </w:r>
    <w:r>
      <w:rPr>
        <w:sz w:val="14"/>
      </w:rPr>
      <w:t xml:space="preserve"> </w:t>
    </w:r>
    <w:r w:rsidR="009E5C2E">
      <w:rPr>
        <w:sz w:val="14"/>
      </w:rPr>
      <w:t>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C28124" w14:textId="77777777" w:rsidR="008E2601" w:rsidRDefault="008E2601">
      <w:pPr>
        <w:spacing w:after="0" w:line="240" w:lineRule="auto"/>
      </w:pPr>
      <w:r>
        <w:separator/>
      </w:r>
    </w:p>
  </w:footnote>
  <w:footnote w:type="continuationSeparator" w:id="0">
    <w:p w14:paraId="34D93977" w14:textId="77777777" w:rsidR="008E2601" w:rsidRDefault="008E26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5E3B4C" w14:textId="08CEAA5F" w:rsidR="000538D4" w:rsidRPr="00837EF3" w:rsidRDefault="00CC6CE1">
    <w:pPr>
      <w:pStyle w:val="Header"/>
      <w:jc w:val="right"/>
      <w:rPr>
        <w:color w:val="1F497D" w:themeColor="text2"/>
      </w:rPr>
    </w:pPr>
    <w:r w:rsidRPr="00837EF3">
      <w:rPr>
        <w:b/>
        <w:color w:val="1F497D" w:themeColor="text2"/>
        <w:sz w:val="16"/>
      </w:rPr>
      <w:t xml:space="preserve">CITY OF </w:t>
    </w:r>
    <w:r w:rsidR="00B25DDF" w:rsidRPr="00837EF3">
      <w:rPr>
        <w:b/>
        <w:color w:val="1F497D" w:themeColor="text2"/>
        <w:sz w:val="16"/>
      </w:rPr>
      <w:t>DARWIN | EVENT</w:t>
    </w:r>
    <w:r w:rsidRPr="00837EF3">
      <w:rPr>
        <w:b/>
        <w:color w:val="1F497D" w:themeColor="text2"/>
        <w:sz w:val="16"/>
      </w:rPr>
      <w:t xml:space="preserve"> APPLICATION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5"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982954063">
    <w:abstractNumId w:val="5"/>
  </w:num>
  <w:num w:numId="2" w16cid:durableId="1949241386">
    <w:abstractNumId w:val="3"/>
  </w:num>
  <w:num w:numId="3" w16cid:durableId="608588888">
    <w:abstractNumId w:val="2"/>
  </w:num>
  <w:num w:numId="4" w16cid:durableId="1215891793">
    <w:abstractNumId w:val="4"/>
  </w:num>
  <w:num w:numId="5" w16cid:durableId="628753360">
    <w:abstractNumId w:val="1"/>
  </w:num>
  <w:num w:numId="6" w16cid:durableId="1703818550">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2566"/>
    <w:rsid w:val="00034616"/>
    <w:rsid w:val="000538D4"/>
    <w:rsid w:val="0006063C"/>
    <w:rsid w:val="00132B31"/>
    <w:rsid w:val="0015074B"/>
    <w:rsid w:val="00195391"/>
    <w:rsid w:val="001A731B"/>
    <w:rsid w:val="0029639D"/>
    <w:rsid w:val="002B154A"/>
    <w:rsid w:val="0030606C"/>
    <w:rsid w:val="00326F90"/>
    <w:rsid w:val="003D425F"/>
    <w:rsid w:val="003E4AD6"/>
    <w:rsid w:val="00573E16"/>
    <w:rsid w:val="006F505E"/>
    <w:rsid w:val="00804768"/>
    <w:rsid w:val="00837EF3"/>
    <w:rsid w:val="008A4BB2"/>
    <w:rsid w:val="008E2601"/>
    <w:rsid w:val="00974E15"/>
    <w:rsid w:val="009B2736"/>
    <w:rsid w:val="009E5C2E"/>
    <w:rsid w:val="00A054C7"/>
    <w:rsid w:val="00AA1D8D"/>
    <w:rsid w:val="00B25DDF"/>
    <w:rsid w:val="00B30F8F"/>
    <w:rsid w:val="00B47730"/>
    <w:rsid w:val="00BA1DA1"/>
    <w:rsid w:val="00C60404"/>
    <w:rsid w:val="00C92E05"/>
    <w:rsid w:val="00CB0664"/>
    <w:rsid w:val="00CC6CE1"/>
    <w:rsid w:val="00DD4068"/>
    <w:rsid w:val="00E455A0"/>
    <w:rsid w:val="00E9469F"/>
    <w:rsid w:val="00F543EA"/>
    <w:rsid w:val="00F5763E"/>
    <w:rsid w:val="00F975E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5CBAE99"/>
  <w14:defaultImageDpi w14:val="300"/>
  <w15:docId w15:val="{8551CD07-1053-4275-B0AB-86409257E5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75EB"/>
    <w:pPr>
      <w:spacing w:after="80"/>
    </w:pPr>
    <w:rPr>
      <w:rFonts w:ascii="Aptos" w:hAnsi="Aptos"/>
      <w:color w:val="253341"/>
      <w:sz w:val="18"/>
    </w:rPr>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b/>
      <w:bCs/>
      <w:color w:val="578741"/>
      <w:sz w:val="24"/>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b/>
      <w:bCs/>
      <w:color w:val="19304F"/>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before="200" w:after="100" w:line="240" w:lineRule="auto"/>
      <w:contextualSpacing/>
    </w:pPr>
    <w:rPr>
      <w:rFonts w:asciiTheme="majorHAnsi" w:eastAsiaTheme="majorEastAsia" w:hAnsiTheme="majorHAnsi" w:cstheme="majorBidi"/>
      <w:b/>
      <w:color w:val="19304F"/>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4"/>
      </w:numPr>
      <w:contextualSpacing/>
    </w:pPr>
  </w:style>
  <w:style w:type="paragraph" w:styleId="ListNumber2">
    <w:name w:val="List Number 2"/>
    <w:basedOn w:val="Normal"/>
    <w:uiPriority w:val="99"/>
    <w:unhideWhenUsed/>
    <w:rsid w:val="0029639D"/>
    <w:pPr>
      <w:numPr>
        <w:numId w:val="5"/>
      </w:numPr>
      <w:contextualSpacing/>
    </w:pPr>
  </w:style>
  <w:style w:type="paragraph" w:styleId="ListNumber3">
    <w:name w:val="List Number 3"/>
    <w:basedOn w:val="Normal"/>
    <w:uiPriority w:val="99"/>
    <w:unhideWhenUsed/>
    <w:rsid w:val="0029639D"/>
    <w:pPr>
      <w:numPr>
        <w:numId w:val="6"/>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PlaceholderText">
    <w:name w:val="Placeholder Text"/>
    <w:basedOn w:val="DefaultParagraphFont"/>
    <w:uiPriority w:val="99"/>
    <w:semiHidden/>
    <w:rsid w:val="00012566"/>
    <w:rPr>
      <w:color w:val="666666"/>
    </w:rPr>
  </w:style>
  <w:style w:type="character" w:styleId="Hyperlink">
    <w:name w:val="Hyperlink"/>
    <w:basedOn w:val="DefaultParagraphFont"/>
    <w:uiPriority w:val="99"/>
    <w:unhideWhenUsed/>
    <w:rsid w:val="00974E15"/>
    <w:rPr>
      <w:color w:val="0000FF" w:themeColor="hyperlink"/>
      <w:u w:val="single"/>
    </w:rPr>
  </w:style>
  <w:style w:type="character" w:styleId="UnresolvedMention">
    <w:name w:val="Unresolved Mention"/>
    <w:basedOn w:val="DefaultParagraphFont"/>
    <w:uiPriority w:val="99"/>
    <w:semiHidden/>
    <w:unhideWhenUsed/>
    <w:rsid w:val="00974E1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953442">
      <w:marLeft w:val="0"/>
      <w:marRight w:val="0"/>
      <w:marTop w:val="0"/>
      <w:marBottom w:val="0"/>
      <w:divBdr>
        <w:top w:val="none" w:sz="0" w:space="0" w:color="auto"/>
        <w:left w:val="none" w:sz="0" w:space="0" w:color="auto"/>
        <w:bottom w:val="none" w:sz="0" w:space="0" w:color="auto"/>
        <w:right w:val="none" w:sz="0" w:space="0" w:color="auto"/>
      </w:divBdr>
    </w:div>
    <w:div w:id="280310278">
      <w:marLeft w:val="0"/>
      <w:marRight w:val="0"/>
      <w:marTop w:val="0"/>
      <w:marBottom w:val="0"/>
      <w:divBdr>
        <w:top w:val="none" w:sz="0" w:space="0" w:color="auto"/>
        <w:left w:val="none" w:sz="0" w:space="0" w:color="auto"/>
        <w:bottom w:val="none" w:sz="0" w:space="0" w:color="auto"/>
        <w:right w:val="none" w:sz="0" w:space="0" w:color="auto"/>
      </w:divBdr>
    </w:div>
    <w:div w:id="1657567320">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arrakia.com/" TargetMode="Externa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orksafe.nt.gov.au/contact-us" TargetMode="External"/><Relationship Id="rId5" Type="http://schemas.openxmlformats.org/officeDocument/2006/relationships/webSettings" Target="webSettings.xml"/><Relationship Id="rId15" Type="http://schemas.openxmlformats.org/officeDocument/2006/relationships/hyperlink" Target="http://www.darwin.nt.gov.au" TargetMode="External"/><Relationship Id="rId10" Type="http://schemas.openxmlformats.org/officeDocument/2006/relationships/hyperlink" Target="https://health.nt.gov.au/professionals/licensing-and-registration"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1F00EC3E-89EE-4D46-8F31-62669609E5FD}"/>
      </w:docPartPr>
      <w:docPartBody>
        <w:p w:rsidR="007C01B8" w:rsidRDefault="002A0075">
          <w:r w:rsidRPr="006B469E">
            <w:rPr>
              <w:rStyle w:val="PlaceholderText"/>
            </w:rPr>
            <w:t>Choose an item.</w:t>
          </w:r>
        </w:p>
      </w:docPartBody>
    </w:docPart>
    <w:docPart>
      <w:docPartPr>
        <w:name w:val="EC94331EF1724A70BCEEE567F93991AE"/>
        <w:category>
          <w:name w:val="General"/>
          <w:gallery w:val="placeholder"/>
        </w:category>
        <w:types>
          <w:type w:val="bbPlcHdr"/>
        </w:types>
        <w:behaviors>
          <w:behavior w:val="content"/>
        </w:behaviors>
        <w:guid w:val="{23C7AD53-691E-46D1-9A3F-96B8EE32EE97}"/>
      </w:docPartPr>
      <w:docPartBody>
        <w:p w:rsidR="007C01B8" w:rsidRDefault="007C01B8" w:rsidP="007C01B8">
          <w:pPr>
            <w:pStyle w:val="EC94331EF1724A70BCEEE567F93991AE26"/>
          </w:pPr>
          <w:r w:rsidRPr="00BA1DA1">
            <w:rPr>
              <w:rFonts w:ascii="Arial" w:hAnsi="Arial" w:cs="Arial"/>
            </w:rPr>
            <w:t xml:space="preserve">     </w:t>
          </w:r>
        </w:p>
      </w:docPartBody>
    </w:docPart>
    <w:docPart>
      <w:docPartPr>
        <w:name w:val="033EA92341BE4299B54028F5A134EB38"/>
        <w:category>
          <w:name w:val="General"/>
          <w:gallery w:val="placeholder"/>
        </w:category>
        <w:types>
          <w:type w:val="bbPlcHdr"/>
        </w:types>
        <w:behaviors>
          <w:behavior w:val="content"/>
        </w:behaviors>
        <w:guid w:val="{A2703071-A5A4-478D-B3D1-F9DEF1A9DF77}"/>
      </w:docPartPr>
      <w:docPartBody>
        <w:p w:rsidR="007C01B8" w:rsidRDefault="007C01B8" w:rsidP="007C01B8">
          <w:pPr>
            <w:pStyle w:val="033EA92341BE4299B54028F5A134EB3826"/>
          </w:pPr>
          <w:r w:rsidRPr="00BA1DA1">
            <w:rPr>
              <w:rFonts w:ascii="Arial" w:hAnsi="Arial" w:cs="Arial"/>
            </w:rPr>
            <w:t xml:space="preserve">     </w:t>
          </w:r>
        </w:p>
      </w:docPartBody>
    </w:docPart>
    <w:docPart>
      <w:docPartPr>
        <w:name w:val="FBC5BDAD84AF49069D8953537B174222"/>
        <w:category>
          <w:name w:val="General"/>
          <w:gallery w:val="placeholder"/>
        </w:category>
        <w:types>
          <w:type w:val="bbPlcHdr"/>
        </w:types>
        <w:behaviors>
          <w:behavior w:val="content"/>
        </w:behaviors>
        <w:guid w:val="{342A5736-8F69-471A-A642-91945E533883}"/>
      </w:docPartPr>
      <w:docPartBody>
        <w:p w:rsidR="007C01B8" w:rsidRDefault="007C01B8" w:rsidP="007C01B8">
          <w:pPr>
            <w:pStyle w:val="FBC5BDAD84AF49069D8953537B17422226"/>
          </w:pPr>
          <w:r w:rsidRPr="00BA1DA1">
            <w:rPr>
              <w:rFonts w:ascii="Arial" w:hAnsi="Arial" w:cs="Arial"/>
            </w:rPr>
            <w:t xml:space="preserve">     </w:t>
          </w:r>
        </w:p>
      </w:docPartBody>
    </w:docPart>
    <w:docPart>
      <w:docPartPr>
        <w:name w:val="588CA021510944CBBB796A7FB873CD2E"/>
        <w:category>
          <w:name w:val="General"/>
          <w:gallery w:val="placeholder"/>
        </w:category>
        <w:types>
          <w:type w:val="bbPlcHdr"/>
        </w:types>
        <w:behaviors>
          <w:behavior w:val="content"/>
        </w:behaviors>
        <w:guid w:val="{66C22856-B441-44D5-87E4-FD6AE3F34BB1}"/>
      </w:docPartPr>
      <w:docPartBody>
        <w:p w:rsidR="007C01B8" w:rsidRDefault="007C01B8" w:rsidP="007C01B8">
          <w:pPr>
            <w:pStyle w:val="588CA021510944CBBB796A7FB873CD2E26"/>
          </w:pPr>
          <w:r w:rsidRPr="00BA1DA1">
            <w:rPr>
              <w:rFonts w:ascii="Arial" w:hAnsi="Arial" w:cs="Arial"/>
            </w:rPr>
            <w:t xml:space="preserve">     </w:t>
          </w:r>
        </w:p>
      </w:docPartBody>
    </w:docPart>
    <w:docPart>
      <w:docPartPr>
        <w:name w:val="0F68E330DE84431CBE892AC9ED28C783"/>
        <w:category>
          <w:name w:val="General"/>
          <w:gallery w:val="placeholder"/>
        </w:category>
        <w:types>
          <w:type w:val="bbPlcHdr"/>
        </w:types>
        <w:behaviors>
          <w:behavior w:val="content"/>
        </w:behaviors>
        <w:guid w:val="{8DFAFB96-399C-4C9A-B168-AF6E106F94EE}"/>
      </w:docPartPr>
      <w:docPartBody>
        <w:p w:rsidR="007C01B8" w:rsidRDefault="007C01B8" w:rsidP="007C01B8">
          <w:pPr>
            <w:pStyle w:val="0F68E330DE84431CBE892AC9ED28C78326"/>
          </w:pPr>
          <w:r w:rsidRPr="00BA1DA1">
            <w:rPr>
              <w:rFonts w:ascii="Arial" w:hAnsi="Arial" w:cs="Arial"/>
            </w:rPr>
            <w:t xml:space="preserve">     </w:t>
          </w:r>
        </w:p>
      </w:docPartBody>
    </w:docPart>
    <w:docPart>
      <w:docPartPr>
        <w:name w:val="B20D5CE7CC044229B4F4D5DC72F285F4"/>
        <w:category>
          <w:name w:val="General"/>
          <w:gallery w:val="placeholder"/>
        </w:category>
        <w:types>
          <w:type w:val="bbPlcHdr"/>
        </w:types>
        <w:behaviors>
          <w:behavior w:val="content"/>
        </w:behaviors>
        <w:guid w:val="{5D543256-0E28-4AB3-8964-18FA60EAFEB7}"/>
      </w:docPartPr>
      <w:docPartBody>
        <w:p w:rsidR="007C01B8" w:rsidRDefault="007C01B8" w:rsidP="007C01B8">
          <w:pPr>
            <w:pStyle w:val="B20D5CE7CC044229B4F4D5DC72F285F426"/>
          </w:pPr>
          <w:r w:rsidRPr="00BA1DA1">
            <w:rPr>
              <w:rFonts w:ascii="Arial" w:hAnsi="Arial" w:cs="Arial"/>
            </w:rPr>
            <w:t xml:space="preserve">     </w:t>
          </w:r>
        </w:p>
      </w:docPartBody>
    </w:docPart>
    <w:docPart>
      <w:docPartPr>
        <w:name w:val="8054533F1B9749E5AA35D4017AE0110A"/>
        <w:category>
          <w:name w:val="General"/>
          <w:gallery w:val="placeholder"/>
        </w:category>
        <w:types>
          <w:type w:val="bbPlcHdr"/>
        </w:types>
        <w:behaviors>
          <w:behavior w:val="content"/>
        </w:behaviors>
        <w:guid w:val="{1ADCFA38-F909-492A-9A7E-683901CFC52A}"/>
      </w:docPartPr>
      <w:docPartBody>
        <w:p w:rsidR="007C01B8" w:rsidRDefault="007C01B8" w:rsidP="007C01B8">
          <w:pPr>
            <w:pStyle w:val="8054533F1B9749E5AA35D4017AE0110A26"/>
          </w:pPr>
          <w:r w:rsidRPr="00BA1DA1">
            <w:rPr>
              <w:rFonts w:ascii="Arial" w:hAnsi="Arial" w:cs="Arial"/>
            </w:rPr>
            <w:t xml:space="preserve">     </w:t>
          </w:r>
        </w:p>
      </w:docPartBody>
    </w:docPart>
    <w:docPart>
      <w:docPartPr>
        <w:name w:val="29DAFF271B3F462F852F43C95029339B"/>
        <w:category>
          <w:name w:val="General"/>
          <w:gallery w:val="placeholder"/>
        </w:category>
        <w:types>
          <w:type w:val="bbPlcHdr"/>
        </w:types>
        <w:behaviors>
          <w:behavior w:val="content"/>
        </w:behaviors>
        <w:guid w:val="{DCC336D4-DB67-4254-BD15-EF62AC593504}"/>
      </w:docPartPr>
      <w:docPartBody>
        <w:p w:rsidR="007C01B8" w:rsidRDefault="007C01B8" w:rsidP="007C01B8">
          <w:pPr>
            <w:pStyle w:val="29DAFF271B3F462F852F43C95029339B26"/>
          </w:pPr>
          <w:r w:rsidRPr="00BA1DA1">
            <w:rPr>
              <w:rFonts w:ascii="Arial" w:hAnsi="Arial" w:cs="Arial"/>
            </w:rPr>
            <w:t xml:space="preserve">     </w:t>
          </w:r>
        </w:p>
      </w:docPartBody>
    </w:docPart>
    <w:docPart>
      <w:docPartPr>
        <w:name w:val="5565210C16944589ADEAD6301739C1BA"/>
        <w:category>
          <w:name w:val="General"/>
          <w:gallery w:val="placeholder"/>
        </w:category>
        <w:types>
          <w:type w:val="bbPlcHdr"/>
        </w:types>
        <w:behaviors>
          <w:behavior w:val="content"/>
        </w:behaviors>
        <w:guid w:val="{8A524167-5D5F-4BC2-A86E-1BE6656B1D70}"/>
      </w:docPartPr>
      <w:docPartBody>
        <w:p w:rsidR="007C01B8" w:rsidRDefault="007C01B8" w:rsidP="007C01B8">
          <w:pPr>
            <w:pStyle w:val="5565210C16944589ADEAD6301739C1BA26"/>
          </w:pPr>
          <w:r w:rsidRPr="00BA1DA1">
            <w:rPr>
              <w:rFonts w:ascii="Arial" w:hAnsi="Arial" w:cs="Arial"/>
            </w:rPr>
            <w:t xml:space="preserve">     </w:t>
          </w:r>
        </w:p>
      </w:docPartBody>
    </w:docPart>
    <w:docPart>
      <w:docPartPr>
        <w:name w:val="BA061B0C318149A8BA5C8706C2F620E8"/>
        <w:category>
          <w:name w:val="General"/>
          <w:gallery w:val="placeholder"/>
        </w:category>
        <w:types>
          <w:type w:val="bbPlcHdr"/>
        </w:types>
        <w:behaviors>
          <w:behavior w:val="content"/>
        </w:behaviors>
        <w:guid w:val="{F8B9D3F1-8E3D-420D-BF11-9BB590FBC89C}"/>
      </w:docPartPr>
      <w:docPartBody>
        <w:p w:rsidR="007C01B8" w:rsidRDefault="007C01B8" w:rsidP="007C01B8">
          <w:pPr>
            <w:pStyle w:val="BA061B0C318149A8BA5C8706C2F620E826"/>
          </w:pPr>
          <w:r w:rsidRPr="00BA1DA1">
            <w:rPr>
              <w:rFonts w:ascii="Arial" w:hAnsi="Arial" w:cs="Arial"/>
            </w:rPr>
            <w:t xml:space="preserve">     </w:t>
          </w:r>
        </w:p>
      </w:docPartBody>
    </w:docPart>
    <w:docPart>
      <w:docPartPr>
        <w:name w:val="A150D3E5383C41318BAD70AEE94249F2"/>
        <w:category>
          <w:name w:val="General"/>
          <w:gallery w:val="placeholder"/>
        </w:category>
        <w:types>
          <w:type w:val="bbPlcHdr"/>
        </w:types>
        <w:behaviors>
          <w:behavior w:val="content"/>
        </w:behaviors>
        <w:guid w:val="{7EF84BE2-A07A-42B5-B824-D1505BDD382C}"/>
      </w:docPartPr>
      <w:docPartBody>
        <w:p w:rsidR="007C01B8" w:rsidRDefault="007C01B8" w:rsidP="007C01B8">
          <w:pPr>
            <w:pStyle w:val="A150D3E5383C41318BAD70AEE94249F226"/>
          </w:pPr>
          <w:r w:rsidRPr="00BA1DA1">
            <w:rPr>
              <w:rFonts w:ascii="Arial" w:hAnsi="Arial" w:cs="Arial"/>
            </w:rPr>
            <w:t xml:space="preserve">     </w:t>
          </w:r>
        </w:p>
      </w:docPartBody>
    </w:docPart>
    <w:docPart>
      <w:docPartPr>
        <w:name w:val="3D009EE9F3E64DF09526ED260D270145"/>
        <w:category>
          <w:name w:val="General"/>
          <w:gallery w:val="placeholder"/>
        </w:category>
        <w:types>
          <w:type w:val="bbPlcHdr"/>
        </w:types>
        <w:behaviors>
          <w:behavior w:val="content"/>
        </w:behaviors>
        <w:guid w:val="{106C13C7-A32C-476E-A749-68A6A4E5029A}"/>
      </w:docPartPr>
      <w:docPartBody>
        <w:p w:rsidR="007C01B8" w:rsidRDefault="007C01B8" w:rsidP="007C01B8">
          <w:pPr>
            <w:pStyle w:val="3D009EE9F3E64DF09526ED260D27014526"/>
          </w:pPr>
          <w:r w:rsidRPr="00BA1DA1">
            <w:rPr>
              <w:rFonts w:ascii="Arial" w:hAnsi="Arial" w:cs="Arial"/>
            </w:rPr>
            <w:t xml:space="preserve">     </w:t>
          </w:r>
        </w:p>
      </w:docPartBody>
    </w:docPart>
    <w:docPart>
      <w:docPartPr>
        <w:name w:val="548586EFB7BD4365B114E73B44A93533"/>
        <w:category>
          <w:name w:val="General"/>
          <w:gallery w:val="placeholder"/>
        </w:category>
        <w:types>
          <w:type w:val="bbPlcHdr"/>
        </w:types>
        <w:behaviors>
          <w:behavior w:val="content"/>
        </w:behaviors>
        <w:guid w:val="{C7902CAC-E2CD-4DCA-8ACD-1C82B698373E}"/>
      </w:docPartPr>
      <w:docPartBody>
        <w:p w:rsidR="007C01B8" w:rsidRDefault="007C01B8" w:rsidP="007C01B8">
          <w:pPr>
            <w:pStyle w:val="548586EFB7BD4365B114E73B44A9353326"/>
          </w:pPr>
          <w:r w:rsidRPr="00BA1DA1">
            <w:rPr>
              <w:rFonts w:ascii="Arial" w:hAnsi="Arial" w:cs="Arial"/>
            </w:rPr>
            <w:t xml:space="preserve">     </w:t>
          </w:r>
        </w:p>
      </w:docPartBody>
    </w:docPart>
    <w:docPart>
      <w:docPartPr>
        <w:name w:val="CEAC08A8537A42838E8944EED76BEEE2"/>
        <w:category>
          <w:name w:val="General"/>
          <w:gallery w:val="placeholder"/>
        </w:category>
        <w:types>
          <w:type w:val="bbPlcHdr"/>
        </w:types>
        <w:behaviors>
          <w:behavior w:val="content"/>
        </w:behaviors>
        <w:guid w:val="{EF227B98-F844-4B8D-A298-86761B1A916D}"/>
      </w:docPartPr>
      <w:docPartBody>
        <w:p w:rsidR="007C01B8" w:rsidRDefault="007C01B8" w:rsidP="007C01B8">
          <w:pPr>
            <w:pStyle w:val="CEAC08A8537A42838E8944EED76BEEE226"/>
          </w:pPr>
          <w:r w:rsidRPr="00BA1DA1">
            <w:rPr>
              <w:rFonts w:ascii="Arial" w:hAnsi="Arial" w:cs="Arial"/>
            </w:rPr>
            <w:t xml:space="preserve">     </w:t>
          </w:r>
        </w:p>
      </w:docPartBody>
    </w:docPart>
    <w:docPart>
      <w:docPartPr>
        <w:name w:val="2CFEF7EA0E544722B99C88227D6E9B4D"/>
        <w:category>
          <w:name w:val="General"/>
          <w:gallery w:val="placeholder"/>
        </w:category>
        <w:types>
          <w:type w:val="bbPlcHdr"/>
        </w:types>
        <w:behaviors>
          <w:behavior w:val="content"/>
        </w:behaviors>
        <w:guid w:val="{7A971247-360A-49FE-9E19-6D889695397A}"/>
      </w:docPartPr>
      <w:docPartBody>
        <w:p w:rsidR="007C01B8" w:rsidRDefault="007C01B8">
          <w:r>
            <w:t xml:space="preserve">     </w:t>
          </w:r>
        </w:p>
      </w:docPartBody>
    </w:docPart>
    <w:docPart>
      <w:docPartPr>
        <w:name w:val="1F8412A9793E4404B8BE914B183AF42C"/>
        <w:category>
          <w:name w:val="General"/>
          <w:gallery w:val="placeholder"/>
        </w:category>
        <w:types>
          <w:type w:val="bbPlcHdr"/>
        </w:types>
        <w:behaviors>
          <w:behavior w:val="content"/>
        </w:behaviors>
        <w:guid w:val="{38695CC9-E857-4A07-B391-325109BECCB0}"/>
      </w:docPartPr>
      <w:docPartBody>
        <w:p w:rsidR="007C01B8" w:rsidRDefault="007C01B8" w:rsidP="007C01B8">
          <w:pPr>
            <w:pStyle w:val="1F8412A9793E4404B8BE914B183AF42C26"/>
          </w:pPr>
          <w:r>
            <w:rPr>
              <w:i/>
              <w:color w:val="677A85"/>
              <w:sz w:val="17"/>
            </w:rPr>
            <w:t>Click or tap here to enter text</w:t>
          </w:r>
        </w:p>
      </w:docPartBody>
    </w:docPart>
    <w:docPart>
      <w:docPartPr>
        <w:name w:val="AFB07781DA02405595E95DABF2C4706F"/>
        <w:category>
          <w:name w:val="General"/>
          <w:gallery w:val="placeholder"/>
        </w:category>
        <w:types>
          <w:type w:val="bbPlcHdr"/>
        </w:types>
        <w:behaviors>
          <w:behavior w:val="content"/>
        </w:behaviors>
        <w:guid w:val="{22590FCE-17EF-4CDF-BB6F-2F0C877A6876}"/>
      </w:docPartPr>
      <w:docPartBody>
        <w:p w:rsidR="007C01B8" w:rsidRDefault="007C01B8" w:rsidP="007C01B8">
          <w:pPr>
            <w:pStyle w:val="AFB07781DA02405595E95DABF2C4706F26"/>
          </w:pPr>
          <w:r>
            <w:rPr>
              <w:i/>
              <w:color w:val="677A85"/>
              <w:sz w:val="17"/>
            </w:rPr>
            <w:t>Click or tap here to enter text</w:t>
          </w:r>
        </w:p>
      </w:docPartBody>
    </w:docPart>
    <w:docPart>
      <w:docPartPr>
        <w:name w:val="2A878BBFD477412A8FE62D30857B5782"/>
        <w:category>
          <w:name w:val="General"/>
          <w:gallery w:val="placeholder"/>
        </w:category>
        <w:types>
          <w:type w:val="bbPlcHdr"/>
        </w:types>
        <w:behaviors>
          <w:behavior w:val="content"/>
        </w:behaviors>
        <w:guid w:val="{22872B6E-8AF4-465C-BB2D-CA46A66A6BF7}"/>
      </w:docPartPr>
      <w:docPartBody>
        <w:p w:rsidR="007C01B8" w:rsidRDefault="007C01B8">
          <w:r>
            <w:t xml:space="preserve">     </w:t>
          </w:r>
        </w:p>
      </w:docPartBody>
    </w:docPart>
    <w:docPart>
      <w:docPartPr>
        <w:name w:val="1F3C5677114A42238D5E1C3908937813"/>
        <w:category>
          <w:name w:val="General"/>
          <w:gallery w:val="placeholder"/>
        </w:category>
        <w:types>
          <w:type w:val="bbPlcHdr"/>
        </w:types>
        <w:behaviors>
          <w:behavior w:val="content"/>
        </w:behaviors>
        <w:guid w:val="{0081122C-F978-43F2-AAB6-81095538E802}"/>
      </w:docPartPr>
      <w:docPartBody>
        <w:p w:rsidR="007C01B8" w:rsidRDefault="007C01B8" w:rsidP="007C01B8">
          <w:pPr>
            <w:pStyle w:val="1F3C5677114A42238D5E1C390893781326"/>
          </w:pPr>
          <w:r>
            <w:rPr>
              <w:i/>
              <w:color w:val="677A85"/>
              <w:sz w:val="17"/>
            </w:rPr>
            <w:t>Click or tap here to enter text</w:t>
          </w:r>
        </w:p>
      </w:docPartBody>
    </w:docPart>
    <w:docPart>
      <w:docPartPr>
        <w:name w:val="92ED42CD200E403BB359BF5CA8608180"/>
        <w:category>
          <w:name w:val="General"/>
          <w:gallery w:val="placeholder"/>
        </w:category>
        <w:types>
          <w:type w:val="bbPlcHdr"/>
        </w:types>
        <w:behaviors>
          <w:behavior w:val="content"/>
        </w:behaviors>
        <w:guid w:val="{0C938DB1-46B4-4B59-B3E4-CEC047D9EFAC}"/>
      </w:docPartPr>
      <w:docPartBody>
        <w:p w:rsidR="007C01B8" w:rsidRDefault="007C01B8">
          <w:r>
            <w:t xml:space="preserve">     </w:t>
          </w:r>
        </w:p>
      </w:docPartBody>
    </w:docPart>
    <w:docPart>
      <w:docPartPr>
        <w:name w:val="C3B560F56F8F4266AE8FCC137CFEBB0C"/>
        <w:category>
          <w:name w:val="General"/>
          <w:gallery w:val="placeholder"/>
        </w:category>
        <w:types>
          <w:type w:val="bbPlcHdr"/>
        </w:types>
        <w:behaviors>
          <w:behavior w:val="content"/>
        </w:behaviors>
        <w:guid w:val="{8CD3402D-96D6-4CD1-A35A-3B12F6780E8A}"/>
      </w:docPartPr>
      <w:docPartBody>
        <w:p w:rsidR="007C01B8" w:rsidRDefault="007C01B8">
          <w:r>
            <w:t xml:space="preserve">     </w:t>
          </w:r>
        </w:p>
      </w:docPartBody>
    </w:docPart>
    <w:docPart>
      <w:docPartPr>
        <w:name w:val="E2F096DA71C945FBB7B5C84225F38278"/>
        <w:category>
          <w:name w:val="General"/>
          <w:gallery w:val="placeholder"/>
        </w:category>
        <w:types>
          <w:type w:val="bbPlcHdr"/>
        </w:types>
        <w:behaviors>
          <w:behavior w:val="content"/>
        </w:behaviors>
        <w:guid w:val="{C4772D6A-D1EB-4FC7-8C47-74CEDDF51C5F}"/>
      </w:docPartPr>
      <w:docPartBody>
        <w:p w:rsidR="007C01B8" w:rsidRDefault="007C01B8">
          <w:r>
            <w:t xml:space="preserve">     </w:t>
          </w:r>
        </w:p>
      </w:docPartBody>
    </w:docPart>
    <w:docPart>
      <w:docPartPr>
        <w:name w:val="6EE6CDEEE15849718DA3FD01E1D8074D"/>
        <w:category>
          <w:name w:val="General"/>
          <w:gallery w:val="placeholder"/>
        </w:category>
        <w:types>
          <w:type w:val="bbPlcHdr"/>
        </w:types>
        <w:behaviors>
          <w:behavior w:val="content"/>
        </w:behaviors>
        <w:guid w:val="{C28B8BCF-06A9-473A-A8E4-E27C880EBFAA}"/>
      </w:docPartPr>
      <w:docPartBody>
        <w:p w:rsidR="007C01B8" w:rsidRDefault="007C01B8">
          <w:r>
            <w:t xml:space="preserve">     </w:t>
          </w:r>
        </w:p>
      </w:docPartBody>
    </w:docPart>
    <w:docPart>
      <w:docPartPr>
        <w:name w:val="FA40683EDBBB465C8160C869D691CF38"/>
        <w:category>
          <w:name w:val="General"/>
          <w:gallery w:val="placeholder"/>
        </w:category>
        <w:types>
          <w:type w:val="bbPlcHdr"/>
        </w:types>
        <w:behaviors>
          <w:behavior w:val="content"/>
        </w:behaviors>
        <w:guid w:val="{8711C120-77D5-43F0-9153-50C27A5E636B}"/>
      </w:docPartPr>
      <w:docPartBody>
        <w:p w:rsidR="007C01B8" w:rsidRDefault="007C01B8">
          <w:r>
            <w:t xml:space="preserve">     </w:t>
          </w:r>
        </w:p>
      </w:docPartBody>
    </w:docPart>
    <w:docPart>
      <w:docPartPr>
        <w:name w:val="1BD5EAB8874141BFA5FBDA6AE1473925"/>
        <w:category>
          <w:name w:val="General"/>
          <w:gallery w:val="placeholder"/>
        </w:category>
        <w:types>
          <w:type w:val="bbPlcHdr"/>
        </w:types>
        <w:behaviors>
          <w:behavior w:val="content"/>
        </w:behaviors>
        <w:guid w:val="{578AD1A4-479D-4C2B-B209-4037DD1237E4}"/>
      </w:docPartPr>
      <w:docPartBody>
        <w:p w:rsidR="007C01B8" w:rsidRDefault="007C01B8">
          <w:r>
            <w:t xml:space="preserve">     </w:t>
          </w:r>
        </w:p>
      </w:docPartBody>
    </w:docPart>
    <w:docPart>
      <w:docPartPr>
        <w:name w:val="01A652BF36204BD69034656F3D4D2043"/>
        <w:category>
          <w:name w:val="General"/>
          <w:gallery w:val="placeholder"/>
        </w:category>
        <w:types>
          <w:type w:val="bbPlcHdr"/>
        </w:types>
        <w:behaviors>
          <w:behavior w:val="content"/>
        </w:behaviors>
        <w:guid w:val="{7FD86915-1001-4E17-97AB-CDC1437BB700}"/>
      </w:docPartPr>
      <w:docPartBody>
        <w:p w:rsidR="007C01B8" w:rsidRDefault="007C01B8">
          <w:r>
            <w:t xml:space="preserve">     </w:t>
          </w:r>
        </w:p>
      </w:docPartBody>
    </w:docPart>
    <w:docPart>
      <w:docPartPr>
        <w:name w:val="F3B3BEFC351A43CEB68744A6D211FC7F"/>
        <w:category>
          <w:name w:val="General"/>
          <w:gallery w:val="placeholder"/>
        </w:category>
        <w:types>
          <w:type w:val="bbPlcHdr"/>
        </w:types>
        <w:behaviors>
          <w:behavior w:val="content"/>
        </w:behaviors>
        <w:guid w:val="{70829048-C079-4913-A923-73948E278319}"/>
      </w:docPartPr>
      <w:docPartBody>
        <w:p w:rsidR="007C01B8" w:rsidRDefault="007C01B8">
          <w:r>
            <w:t xml:space="preserve">     </w:t>
          </w:r>
        </w:p>
      </w:docPartBody>
    </w:docPart>
    <w:docPart>
      <w:docPartPr>
        <w:name w:val="49067F6E7FBA4B83AC8C2B7EADC0A780"/>
        <w:category>
          <w:name w:val="General"/>
          <w:gallery w:val="placeholder"/>
        </w:category>
        <w:types>
          <w:type w:val="bbPlcHdr"/>
        </w:types>
        <w:behaviors>
          <w:behavior w:val="content"/>
        </w:behaviors>
        <w:guid w:val="{EA59C56C-DEF9-4C50-B2D7-9FE4EFEF9158}"/>
      </w:docPartPr>
      <w:docPartBody>
        <w:p w:rsidR="007C01B8" w:rsidRDefault="007C01B8">
          <w:r>
            <w:t xml:space="preserve">     </w:t>
          </w:r>
        </w:p>
      </w:docPartBody>
    </w:docPart>
    <w:docPart>
      <w:docPartPr>
        <w:name w:val="5B28272F0EAD4D53A793DF55A130BDE7"/>
        <w:category>
          <w:name w:val="General"/>
          <w:gallery w:val="placeholder"/>
        </w:category>
        <w:types>
          <w:type w:val="bbPlcHdr"/>
        </w:types>
        <w:behaviors>
          <w:behavior w:val="content"/>
        </w:behaviors>
        <w:guid w:val="{BD1C98A6-2654-4429-8B0B-FBAA04432F52}"/>
      </w:docPartPr>
      <w:docPartBody>
        <w:p w:rsidR="007C01B8" w:rsidRDefault="007C01B8">
          <w:r>
            <w:t xml:space="preserve">     </w:t>
          </w:r>
        </w:p>
      </w:docPartBody>
    </w:docPart>
    <w:docPart>
      <w:docPartPr>
        <w:name w:val="2347A4253A0C44259272A8A3FCAE5C7D"/>
        <w:category>
          <w:name w:val="General"/>
          <w:gallery w:val="placeholder"/>
        </w:category>
        <w:types>
          <w:type w:val="bbPlcHdr"/>
        </w:types>
        <w:behaviors>
          <w:behavior w:val="content"/>
        </w:behaviors>
        <w:guid w:val="{61BF7D5C-9D31-4085-A26D-45FAB6546087}"/>
      </w:docPartPr>
      <w:docPartBody>
        <w:p w:rsidR="007C01B8" w:rsidRDefault="007C01B8">
          <w:r>
            <w:t xml:space="preserve">     </w:t>
          </w:r>
        </w:p>
      </w:docPartBody>
    </w:docPart>
    <w:docPart>
      <w:docPartPr>
        <w:name w:val="300F8EFA6FF4440EA251C3B06C30CB9B"/>
        <w:category>
          <w:name w:val="General"/>
          <w:gallery w:val="placeholder"/>
        </w:category>
        <w:types>
          <w:type w:val="bbPlcHdr"/>
        </w:types>
        <w:behaviors>
          <w:behavior w:val="content"/>
        </w:behaviors>
        <w:guid w:val="{6EC13DDF-435A-49B3-BB6D-1F1544754C29}"/>
      </w:docPartPr>
      <w:docPartBody>
        <w:p w:rsidR="007C01B8" w:rsidRDefault="007C01B8">
          <w:r>
            <w:t xml:space="preserve">     </w:t>
          </w:r>
        </w:p>
      </w:docPartBody>
    </w:docPart>
    <w:docPart>
      <w:docPartPr>
        <w:name w:val="7BD241C4CBD34452935C710265EF1998"/>
        <w:category>
          <w:name w:val="General"/>
          <w:gallery w:val="placeholder"/>
        </w:category>
        <w:types>
          <w:type w:val="bbPlcHdr"/>
        </w:types>
        <w:behaviors>
          <w:behavior w:val="content"/>
        </w:behaviors>
        <w:guid w:val="{83564056-8ADC-4419-B1E9-2C92D6B9DCBB}"/>
      </w:docPartPr>
      <w:docPartBody>
        <w:p w:rsidR="007C01B8" w:rsidRDefault="007C01B8">
          <w:r>
            <w:t xml:space="preserve">     </w:t>
          </w:r>
        </w:p>
      </w:docPartBody>
    </w:docPart>
    <w:docPart>
      <w:docPartPr>
        <w:name w:val="E31BD18B1CD24908AF2FAC6A2C1AD707"/>
        <w:category>
          <w:name w:val="General"/>
          <w:gallery w:val="placeholder"/>
        </w:category>
        <w:types>
          <w:type w:val="bbPlcHdr"/>
        </w:types>
        <w:behaviors>
          <w:behavior w:val="content"/>
        </w:behaviors>
        <w:guid w:val="{2A419372-30B6-4268-98EF-02982CAB5A67}"/>
      </w:docPartPr>
      <w:docPartBody>
        <w:p w:rsidR="007C01B8" w:rsidRDefault="007C01B8">
          <w:r>
            <w:t xml:space="preserve">     </w:t>
          </w:r>
        </w:p>
      </w:docPartBody>
    </w:docPart>
    <w:docPart>
      <w:docPartPr>
        <w:name w:val="F3E4267D1F344658A1FFB6EC52B1D390"/>
        <w:category>
          <w:name w:val="General"/>
          <w:gallery w:val="placeholder"/>
        </w:category>
        <w:types>
          <w:type w:val="bbPlcHdr"/>
        </w:types>
        <w:behaviors>
          <w:behavior w:val="content"/>
        </w:behaviors>
        <w:guid w:val="{F1B2C67F-30E8-49B6-BF0F-0734A9B29A60}"/>
      </w:docPartPr>
      <w:docPartBody>
        <w:p w:rsidR="007C01B8" w:rsidRDefault="007C01B8">
          <w:r>
            <w:t xml:space="preserve">     </w:t>
          </w:r>
        </w:p>
      </w:docPartBody>
    </w:docPart>
    <w:docPart>
      <w:docPartPr>
        <w:name w:val="A0723B2682764B3A87102B6BF36FFA62"/>
        <w:category>
          <w:name w:val="General"/>
          <w:gallery w:val="placeholder"/>
        </w:category>
        <w:types>
          <w:type w:val="bbPlcHdr"/>
        </w:types>
        <w:behaviors>
          <w:behavior w:val="content"/>
        </w:behaviors>
        <w:guid w:val="{0CDB8C05-BE66-45DC-B2DB-13C4C448A979}"/>
      </w:docPartPr>
      <w:docPartBody>
        <w:p w:rsidR="007C01B8" w:rsidRDefault="007C01B8">
          <w:r>
            <w:t xml:space="preserve">     </w:t>
          </w:r>
        </w:p>
      </w:docPartBody>
    </w:docPart>
    <w:docPart>
      <w:docPartPr>
        <w:name w:val="404E252A10F746609D67874C6FE4F5E9"/>
        <w:category>
          <w:name w:val="General"/>
          <w:gallery w:val="placeholder"/>
        </w:category>
        <w:types>
          <w:type w:val="bbPlcHdr"/>
        </w:types>
        <w:behaviors>
          <w:behavior w:val="content"/>
        </w:behaviors>
        <w:guid w:val="{CED79951-BDE1-411D-9AD5-43475F358C6A}"/>
      </w:docPartPr>
      <w:docPartBody>
        <w:p w:rsidR="007C01B8" w:rsidRDefault="007C01B8" w:rsidP="007C01B8">
          <w:pPr>
            <w:pStyle w:val="404E252A10F746609D67874C6FE4F5E93"/>
          </w:pPr>
          <w:r w:rsidRPr="008A4BB2">
            <w:rPr>
              <w:color w:val="auto"/>
            </w:rPr>
            <w:t>Site Use and Infrastructure </w:t>
          </w:r>
        </w:p>
      </w:docPartBody>
    </w:docPart>
    <w:docPart>
      <w:docPartPr>
        <w:name w:val="C88EA0C9E82E47A4AC8942C32A345479"/>
        <w:category>
          <w:name w:val="General"/>
          <w:gallery w:val="placeholder"/>
        </w:category>
        <w:types>
          <w:type w:val="bbPlcHdr"/>
        </w:types>
        <w:behaviors>
          <w:behavior w:val="content"/>
        </w:behaviors>
        <w:guid w:val="{23956729-9443-4470-B9B6-965B9D86EE4C}"/>
      </w:docPartPr>
      <w:docPartBody>
        <w:p w:rsidR="007C01B8" w:rsidRDefault="002A0075" w:rsidP="002A0075">
          <w:pPr>
            <w:pStyle w:val="C88EA0C9E82E47A4AC8942C32A345479"/>
          </w:pPr>
          <w:r w:rsidRPr="006B469E">
            <w:rPr>
              <w:rStyle w:val="PlaceholderText"/>
            </w:rPr>
            <w:t>Choose a building block.</w:t>
          </w:r>
        </w:p>
      </w:docPartBody>
    </w:docPart>
    <w:docPart>
      <w:docPartPr>
        <w:name w:val="764DC9C0F58C4DAFB22D7A0D4FCFCD45"/>
        <w:category>
          <w:name w:val="General"/>
          <w:gallery w:val="placeholder"/>
        </w:category>
        <w:types>
          <w:type w:val="bbPlcHdr"/>
        </w:types>
        <w:behaviors>
          <w:behavior w:val="content"/>
        </w:behaviors>
        <w:guid w:val="{A8E9125B-CC8C-4BAD-9B9B-1DB8139DDF21}"/>
      </w:docPartPr>
      <w:docPartBody>
        <w:p w:rsidR="007C01B8" w:rsidRDefault="002A0075" w:rsidP="002A0075">
          <w:pPr>
            <w:pStyle w:val="764DC9C0F58C4DAFB22D7A0D4FCFCD45"/>
          </w:pPr>
          <w:r w:rsidRPr="006B469E">
            <w:rPr>
              <w:rStyle w:val="PlaceholderText"/>
            </w:rPr>
            <w:t>Choose a building block.</w:t>
          </w:r>
        </w:p>
      </w:docPartBody>
    </w:docPart>
    <w:docPart>
      <w:docPartPr>
        <w:name w:val="DB3CF5D630C642D5B1CB9C6D951E7866"/>
        <w:category>
          <w:name w:val="General"/>
          <w:gallery w:val="placeholder"/>
        </w:category>
        <w:types>
          <w:type w:val="bbPlcHdr"/>
        </w:types>
        <w:behaviors>
          <w:behavior w:val="content"/>
        </w:behaviors>
        <w:guid w:val="{D0D1C1E1-1A47-4101-B6AA-650A67E91901}"/>
      </w:docPartPr>
      <w:docPartBody>
        <w:p w:rsidR="007C01B8" w:rsidRDefault="002A0075" w:rsidP="002A0075">
          <w:pPr>
            <w:pStyle w:val="DB3CF5D630C642D5B1CB9C6D951E7866"/>
          </w:pPr>
          <w:r w:rsidRPr="006B469E">
            <w:rPr>
              <w:rStyle w:val="PlaceholderText"/>
            </w:rPr>
            <w:t>Choose a building block.</w:t>
          </w:r>
        </w:p>
      </w:docPartBody>
    </w:docPart>
    <w:docPart>
      <w:docPartPr>
        <w:name w:val="D60DD02800D342D5BF010332CE826516"/>
        <w:category>
          <w:name w:val="General"/>
          <w:gallery w:val="placeholder"/>
        </w:category>
        <w:types>
          <w:type w:val="bbPlcHdr"/>
        </w:types>
        <w:behaviors>
          <w:behavior w:val="content"/>
        </w:behaviors>
        <w:guid w:val="{09E7B557-7542-4EA6-8978-58B16CAB296A}"/>
      </w:docPartPr>
      <w:docPartBody>
        <w:p w:rsidR="007C01B8" w:rsidRDefault="007C01B8" w:rsidP="002A0075">
          <w:pPr>
            <w:pStyle w:val="D60DD02800D342D5BF010332CE826516"/>
          </w:pPr>
          <w:r>
            <w:t xml:space="preserve">     </w:t>
          </w:r>
        </w:p>
      </w:docPartBody>
    </w:docPart>
    <w:docPart>
      <w:docPartPr>
        <w:name w:val="97542951B80F4CFD927BEAD432FC6C97"/>
        <w:category>
          <w:name w:val="General"/>
          <w:gallery w:val="placeholder"/>
        </w:category>
        <w:types>
          <w:type w:val="bbPlcHdr"/>
        </w:types>
        <w:behaviors>
          <w:behavior w:val="content"/>
        </w:behaviors>
        <w:guid w:val="{7C51195A-080B-4131-807C-15287B3682CE}"/>
      </w:docPartPr>
      <w:docPartBody>
        <w:p w:rsidR="007C01B8" w:rsidRDefault="007C01B8" w:rsidP="002A0075">
          <w:pPr>
            <w:pStyle w:val="97542951B80F4CFD927BEAD432FC6C97"/>
          </w:pPr>
          <w:r>
            <w:t xml:space="preserve">     </w:t>
          </w:r>
        </w:p>
      </w:docPartBody>
    </w:docPart>
    <w:docPart>
      <w:docPartPr>
        <w:name w:val="88E5292A022C44A2BEBD529B366FC776"/>
        <w:category>
          <w:name w:val="General"/>
          <w:gallery w:val="placeholder"/>
        </w:category>
        <w:types>
          <w:type w:val="bbPlcHdr"/>
        </w:types>
        <w:behaviors>
          <w:behavior w:val="content"/>
        </w:behaviors>
        <w:guid w:val="{026C0B3E-3B70-4A06-952D-EC1A0BFAF5DF}"/>
      </w:docPartPr>
      <w:docPartBody>
        <w:p w:rsidR="007C01B8" w:rsidRDefault="007C01B8" w:rsidP="002A0075">
          <w:pPr>
            <w:pStyle w:val="88E5292A022C44A2BEBD529B366FC776"/>
          </w:pPr>
          <w:r>
            <w:t xml:space="preserve">     </w:t>
          </w:r>
        </w:p>
      </w:docPartBody>
    </w:docPart>
    <w:docPart>
      <w:docPartPr>
        <w:name w:val="F44FE5A8CCDF4509BD9281C812B25A80"/>
        <w:category>
          <w:name w:val="General"/>
          <w:gallery w:val="placeholder"/>
        </w:category>
        <w:types>
          <w:type w:val="bbPlcHdr"/>
        </w:types>
        <w:behaviors>
          <w:behavior w:val="content"/>
        </w:behaviors>
        <w:guid w:val="{268DCA42-9E21-4BB4-8E0B-2463400E1925}"/>
      </w:docPartPr>
      <w:docPartBody>
        <w:p w:rsidR="007C01B8" w:rsidRDefault="007C01B8" w:rsidP="002A0075">
          <w:pPr>
            <w:pStyle w:val="F44FE5A8CCDF4509BD9281C812B25A80"/>
          </w:pPr>
          <w:r>
            <w:t xml:space="preserve">     </w:t>
          </w:r>
        </w:p>
      </w:docPartBody>
    </w:docPart>
    <w:docPart>
      <w:docPartPr>
        <w:name w:val="9858B7B9488245F18CFEEE73AAFEDE82"/>
        <w:category>
          <w:name w:val="General"/>
          <w:gallery w:val="placeholder"/>
        </w:category>
        <w:types>
          <w:type w:val="bbPlcHdr"/>
        </w:types>
        <w:behaviors>
          <w:behavior w:val="content"/>
        </w:behaviors>
        <w:guid w:val="{2DDC2CCC-4999-4F8E-AD81-57641A24CB3A}"/>
      </w:docPartPr>
      <w:docPartBody>
        <w:p w:rsidR="007C01B8" w:rsidRDefault="002A0075" w:rsidP="002A0075">
          <w:pPr>
            <w:pStyle w:val="9858B7B9488245F18CFEEE73AAFEDE82"/>
          </w:pPr>
          <w:r w:rsidRPr="006B469E">
            <w:rPr>
              <w:rStyle w:val="PlaceholderText"/>
            </w:rPr>
            <w:t>Choose a building block.</w:t>
          </w:r>
        </w:p>
      </w:docPartBody>
    </w:docPart>
    <w:docPart>
      <w:docPartPr>
        <w:name w:val="FBD1F8F9A6474489A985E6D89B3F75A5"/>
        <w:category>
          <w:name w:val="General"/>
          <w:gallery w:val="placeholder"/>
        </w:category>
        <w:types>
          <w:type w:val="bbPlcHdr"/>
        </w:types>
        <w:behaviors>
          <w:behavior w:val="content"/>
        </w:behaviors>
        <w:guid w:val="{2D2E4215-0B59-4577-8436-67DF401896AF}"/>
      </w:docPartPr>
      <w:docPartBody>
        <w:p w:rsidR="007C01B8" w:rsidRDefault="007C01B8" w:rsidP="002A0075">
          <w:pPr>
            <w:pStyle w:val="FBD1F8F9A6474489A985E6D89B3F75A5"/>
          </w:pPr>
          <w:r>
            <w:t xml:space="preserve">     </w:t>
          </w:r>
        </w:p>
      </w:docPartBody>
    </w:docPart>
    <w:docPart>
      <w:docPartPr>
        <w:name w:val="8FA2DD32A6584A93A09D104D4342E58C"/>
        <w:category>
          <w:name w:val="General"/>
          <w:gallery w:val="placeholder"/>
        </w:category>
        <w:types>
          <w:type w:val="bbPlcHdr"/>
        </w:types>
        <w:behaviors>
          <w:behavior w:val="content"/>
        </w:behaviors>
        <w:guid w:val="{A9181AB8-339C-4101-875F-4FD7F7A71324}"/>
      </w:docPartPr>
      <w:docPartBody>
        <w:p w:rsidR="007C01B8" w:rsidRDefault="007C01B8" w:rsidP="002A0075">
          <w:pPr>
            <w:pStyle w:val="8FA2DD32A6584A93A09D104D4342E58C"/>
          </w:pPr>
          <w:r>
            <w:t xml:space="preserve">     </w:t>
          </w:r>
        </w:p>
      </w:docPartBody>
    </w:docPart>
    <w:docPart>
      <w:docPartPr>
        <w:name w:val="07472DE954D24437AB6367D49E5B410B"/>
        <w:category>
          <w:name w:val="General"/>
          <w:gallery w:val="placeholder"/>
        </w:category>
        <w:types>
          <w:type w:val="bbPlcHdr"/>
        </w:types>
        <w:behaviors>
          <w:behavior w:val="content"/>
        </w:behaviors>
        <w:guid w:val="{E19D2E75-4F79-42C1-8789-90CACD4C681C}"/>
      </w:docPartPr>
      <w:docPartBody>
        <w:p w:rsidR="007C01B8" w:rsidRDefault="007C01B8" w:rsidP="007C01B8">
          <w:pPr>
            <w:pStyle w:val="07472DE954D24437AB6367D49E5B410B1"/>
          </w:pPr>
          <w:r>
            <w:t xml:space="preserve">  </w:t>
          </w:r>
          <w:r>
            <w:rPr>
              <w:rFonts w:ascii="Mistral" w:hAnsi="Mistral"/>
              <w:sz w:val="32"/>
              <w:szCs w:val="40"/>
            </w:rPr>
            <w:t>Sign and Date</w:t>
          </w:r>
          <w:r w:rsidRPr="00974E15">
            <w:rPr>
              <w:rFonts w:ascii="Mistral" w:hAnsi="Mistral"/>
              <w:sz w:val="32"/>
              <w:szCs w:val="40"/>
            </w:rPr>
            <w:t xml:space="preserve">    </w:t>
          </w:r>
        </w:p>
      </w:docPartBody>
    </w:docPart>
    <w:docPart>
      <w:docPartPr>
        <w:name w:val="FE19EE3D4D774D98BB165F28A437B3CA"/>
        <w:category>
          <w:name w:val="General"/>
          <w:gallery w:val="placeholder"/>
        </w:category>
        <w:types>
          <w:type w:val="bbPlcHdr"/>
        </w:types>
        <w:behaviors>
          <w:behavior w:val="content"/>
        </w:behaviors>
        <w:guid w:val="{B03C37AC-CEAC-441D-9D9A-38D93FFA6385}"/>
      </w:docPartPr>
      <w:docPartBody>
        <w:p w:rsidR="007C01B8" w:rsidRDefault="002A0075" w:rsidP="002A0075">
          <w:pPr>
            <w:pStyle w:val="FE19EE3D4D774D98BB165F28A437B3CA"/>
          </w:pPr>
          <w:r w:rsidRPr="006B469E">
            <w:rPr>
              <w:rStyle w:val="PlaceholderText"/>
            </w:rPr>
            <w:t>Choose an item.</w:t>
          </w:r>
        </w:p>
      </w:docPartBody>
    </w:docPart>
    <w:docPart>
      <w:docPartPr>
        <w:name w:val="F58952FB6F3C4F2ABF6E053CB82A651A"/>
        <w:category>
          <w:name w:val="General"/>
          <w:gallery w:val="placeholder"/>
        </w:category>
        <w:types>
          <w:type w:val="bbPlcHdr"/>
        </w:types>
        <w:behaviors>
          <w:behavior w:val="content"/>
        </w:behaviors>
        <w:guid w:val="{3949E43A-5D7B-4713-80B1-3EB42BE2D9D0}"/>
      </w:docPartPr>
      <w:docPartBody>
        <w:p w:rsidR="007C01B8" w:rsidRDefault="007C01B8" w:rsidP="007C01B8">
          <w:pPr>
            <w:pStyle w:val="F58952FB6F3C4F2ABF6E053CB82A651A1"/>
          </w:pPr>
          <w:r w:rsidRPr="00BA1DA1">
            <w:rPr>
              <w:rFonts w:ascii="Arial" w:hAnsi="Arial" w:cs="Arial"/>
            </w:rPr>
            <w:t xml:space="preserve">     </w:t>
          </w:r>
        </w:p>
      </w:docPartBody>
    </w:docPart>
    <w:docPart>
      <w:docPartPr>
        <w:name w:val="BA4D24A0B6BE41F8943E3DBFAF726AD5"/>
        <w:category>
          <w:name w:val="General"/>
          <w:gallery w:val="placeholder"/>
        </w:category>
        <w:types>
          <w:type w:val="bbPlcHdr"/>
        </w:types>
        <w:behaviors>
          <w:behavior w:val="content"/>
        </w:behaviors>
        <w:guid w:val="{B64AF3CF-73E9-460E-8E5B-8A7B842A7066}"/>
      </w:docPartPr>
      <w:docPartBody>
        <w:p w:rsidR="007C01B8" w:rsidRDefault="007C01B8" w:rsidP="007C01B8">
          <w:pPr>
            <w:pStyle w:val="BA4D24A0B6BE41F8943E3DBFAF726AD51"/>
          </w:pPr>
          <w:r w:rsidRPr="00BA1DA1">
            <w:rPr>
              <w:rFonts w:ascii="Arial" w:hAnsi="Arial" w:cs="Arial"/>
            </w:rPr>
            <w:t xml:space="preserve">     </w:t>
          </w:r>
        </w:p>
      </w:docPartBody>
    </w:docPart>
    <w:docPart>
      <w:docPartPr>
        <w:name w:val="E23567C8777140DC94AFA0E0684144A7"/>
        <w:category>
          <w:name w:val="General"/>
          <w:gallery w:val="placeholder"/>
        </w:category>
        <w:types>
          <w:type w:val="bbPlcHdr"/>
        </w:types>
        <w:behaviors>
          <w:behavior w:val="content"/>
        </w:behaviors>
        <w:guid w:val="{B7F7E7CF-08D9-4908-9FC0-C08F29F48BC1}"/>
      </w:docPartPr>
      <w:docPartBody>
        <w:p w:rsidR="007C01B8" w:rsidRDefault="002A0075" w:rsidP="002A0075">
          <w:pPr>
            <w:pStyle w:val="E23567C8777140DC94AFA0E0684144A7"/>
          </w:pPr>
          <w:r w:rsidRPr="006B469E">
            <w:rPr>
              <w:rStyle w:val="PlaceholderText"/>
            </w:rPr>
            <w:t>Choose an item.</w:t>
          </w:r>
        </w:p>
      </w:docPartBody>
    </w:docPart>
    <w:docPart>
      <w:docPartPr>
        <w:name w:val="57B69CB913CB4168A9718BB3767F0844"/>
        <w:category>
          <w:name w:val="General"/>
          <w:gallery w:val="placeholder"/>
        </w:category>
        <w:types>
          <w:type w:val="bbPlcHdr"/>
        </w:types>
        <w:behaviors>
          <w:behavior w:val="content"/>
        </w:behaviors>
        <w:guid w:val="{F7EAE07D-B863-439D-B93F-5F48AFF2DEDE}"/>
      </w:docPartPr>
      <w:docPartBody>
        <w:p w:rsidR="007C01B8" w:rsidRDefault="007C01B8" w:rsidP="007C01B8">
          <w:pPr>
            <w:pStyle w:val="57B69CB913CB4168A9718BB3767F08441"/>
          </w:pPr>
          <w:r w:rsidRPr="00BA1DA1">
            <w:rPr>
              <w:rFonts w:ascii="Arial" w:hAnsi="Arial" w:cs="Arial"/>
            </w:rPr>
            <w:t xml:space="preserve">     </w:t>
          </w:r>
        </w:p>
      </w:docPartBody>
    </w:docPart>
    <w:docPart>
      <w:docPartPr>
        <w:name w:val="1B08FE5813704695A3CC45851993E262"/>
        <w:category>
          <w:name w:val="General"/>
          <w:gallery w:val="placeholder"/>
        </w:category>
        <w:types>
          <w:type w:val="bbPlcHdr"/>
        </w:types>
        <w:behaviors>
          <w:behavior w:val="content"/>
        </w:behaviors>
        <w:guid w:val="{D13525B3-F0C9-43C2-AC98-F12DD5FE63BC}"/>
      </w:docPartPr>
      <w:docPartBody>
        <w:p w:rsidR="007C01B8" w:rsidRDefault="007C01B8" w:rsidP="007C01B8">
          <w:pPr>
            <w:pStyle w:val="1B08FE5813704695A3CC45851993E2621"/>
          </w:pPr>
          <w:r w:rsidRPr="00BA1DA1">
            <w:rPr>
              <w:rFonts w:ascii="Arial" w:hAnsi="Arial" w:cs="Arial"/>
            </w:rPr>
            <w:t xml:space="preserve">     </w:t>
          </w:r>
        </w:p>
      </w:docPartBody>
    </w:docPart>
    <w:docPart>
      <w:docPartPr>
        <w:name w:val="9DE02EBD670E4F7B8A6C1B9D8A5EF083"/>
        <w:category>
          <w:name w:val="General"/>
          <w:gallery w:val="placeholder"/>
        </w:category>
        <w:types>
          <w:type w:val="bbPlcHdr"/>
        </w:types>
        <w:behaviors>
          <w:behavior w:val="content"/>
        </w:behaviors>
        <w:guid w:val="{BEED3A9F-6B08-435D-B092-29C032A13A8E}"/>
      </w:docPartPr>
      <w:docPartBody>
        <w:p w:rsidR="007C01B8" w:rsidRDefault="007C01B8" w:rsidP="007C01B8">
          <w:pPr>
            <w:pStyle w:val="9DE02EBD670E4F7B8A6C1B9D8A5EF0831"/>
          </w:pPr>
          <w:r w:rsidRPr="006B469E">
            <w:rPr>
              <w:rStyle w:val="PlaceholderText"/>
            </w:rPr>
            <w:t>Choose an item.</w:t>
          </w:r>
        </w:p>
      </w:docPartBody>
    </w:docPart>
    <w:docPart>
      <w:docPartPr>
        <w:name w:val="3E9D388B88764E1CB1A72FCE4C47D30C"/>
        <w:category>
          <w:name w:val="General"/>
          <w:gallery w:val="placeholder"/>
        </w:category>
        <w:types>
          <w:type w:val="bbPlcHdr"/>
        </w:types>
        <w:behaviors>
          <w:behavior w:val="content"/>
        </w:behaviors>
        <w:guid w:val="{8A6E90ED-0441-4D9B-B134-FB09CAC17B9F}"/>
      </w:docPartPr>
      <w:docPartBody>
        <w:p w:rsidR="007C01B8" w:rsidRDefault="007C01B8" w:rsidP="007C01B8">
          <w:pPr>
            <w:pStyle w:val="3E9D388B88764E1CB1A72FCE4C47D30C1"/>
          </w:pPr>
          <w:r w:rsidRPr="00BA1DA1">
            <w:rPr>
              <w:rFonts w:ascii="Arial" w:hAnsi="Arial" w:cs="Arial"/>
            </w:rPr>
            <w:t xml:space="preserve">     </w:t>
          </w:r>
        </w:p>
      </w:docPartBody>
    </w:docPart>
    <w:docPart>
      <w:docPartPr>
        <w:name w:val="8B9BF00D6E7F4EA3AA1673F28A850387"/>
        <w:category>
          <w:name w:val="General"/>
          <w:gallery w:val="placeholder"/>
        </w:category>
        <w:types>
          <w:type w:val="bbPlcHdr"/>
        </w:types>
        <w:behaviors>
          <w:behavior w:val="content"/>
        </w:behaviors>
        <w:guid w:val="{F155BD15-5C61-4E09-BC61-5A6BC1DB72F9}"/>
      </w:docPartPr>
      <w:docPartBody>
        <w:p w:rsidR="007C01B8" w:rsidRDefault="007C01B8" w:rsidP="007C01B8">
          <w:pPr>
            <w:pStyle w:val="8B9BF00D6E7F4EA3AA1673F28A8503871"/>
          </w:pPr>
          <w:r w:rsidRPr="00BA1DA1">
            <w:rPr>
              <w:rFonts w:ascii="Arial" w:hAnsi="Arial" w:cs="Arial"/>
            </w:rPr>
            <w:t xml:space="preserve">     </w:t>
          </w:r>
        </w:p>
      </w:docPartBody>
    </w:docPart>
    <w:docPart>
      <w:docPartPr>
        <w:name w:val="A3781034AD30499499E16CBA16C6D0BE"/>
        <w:category>
          <w:name w:val="General"/>
          <w:gallery w:val="placeholder"/>
        </w:category>
        <w:types>
          <w:type w:val="bbPlcHdr"/>
        </w:types>
        <w:behaviors>
          <w:behavior w:val="content"/>
        </w:behaviors>
        <w:guid w:val="{2695A716-CB55-4F3C-8EE7-8BE28603F08F}"/>
      </w:docPartPr>
      <w:docPartBody>
        <w:p w:rsidR="007C01B8" w:rsidRDefault="007C01B8" w:rsidP="007C01B8">
          <w:pPr>
            <w:pStyle w:val="A3781034AD30499499E16CBA16C6D0BE1"/>
          </w:pPr>
          <w:r w:rsidRPr="006B469E">
            <w:rPr>
              <w:rStyle w:val="PlaceholderText"/>
            </w:rPr>
            <w:t>Choose an item.</w:t>
          </w:r>
        </w:p>
      </w:docPartBody>
    </w:docPart>
    <w:docPart>
      <w:docPartPr>
        <w:name w:val="E1435422271648CABBD08BEC8685B0FD"/>
        <w:category>
          <w:name w:val="General"/>
          <w:gallery w:val="placeholder"/>
        </w:category>
        <w:types>
          <w:type w:val="bbPlcHdr"/>
        </w:types>
        <w:behaviors>
          <w:behavior w:val="content"/>
        </w:behaviors>
        <w:guid w:val="{A026CAB1-47B9-47C6-BEF2-7EC50BBAD4E6}"/>
      </w:docPartPr>
      <w:docPartBody>
        <w:p w:rsidR="007C01B8" w:rsidRDefault="007C01B8" w:rsidP="007C01B8">
          <w:pPr>
            <w:pStyle w:val="E1435422271648CABBD08BEC8685B0FD1"/>
          </w:pPr>
          <w:r w:rsidRPr="00BA1DA1">
            <w:rPr>
              <w:rFonts w:ascii="Arial" w:hAnsi="Arial" w:cs="Arial"/>
            </w:rPr>
            <w:t xml:space="preserve">     </w:t>
          </w:r>
        </w:p>
      </w:docPartBody>
    </w:docPart>
    <w:docPart>
      <w:docPartPr>
        <w:name w:val="1667DE41164F4986B979DADEBAE707DE"/>
        <w:category>
          <w:name w:val="General"/>
          <w:gallery w:val="placeholder"/>
        </w:category>
        <w:types>
          <w:type w:val="bbPlcHdr"/>
        </w:types>
        <w:behaviors>
          <w:behavior w:val="content"/>
        </w:behaviors>
        <w:guid w:val="{42C882CD-DDA3-4E20-B6D8-A124E5339BD1}"/>
      </w:docPartPr>
      <w:docPartBody>
        <w:p w:rsidR="007C01B8" w:rsidRDefault="007C01B8" w:rsidP="007C01B8">
          <w:pPr>
            <w:pStyle w:val="1667DE41164F4986B979DADEBAE707DE1"/>
          </w:pPr>
          <w:r w:rsidRPr="00BA1DA1">
            <w:rPr>
              <w:rFonts w:ascii="Arial" w:hAnsi="Arial" w:cs="Arial"/>
            </w:rPr>
            <w:t xml:space="preserve">     </w:t>
          </w:r>
        </w:p>
      </w:docPartBody>
    </w:docPart>
    <w:docPart>
      <w:docPartPr>
        <w:name w:val="113619B521134D70BB12F58E80DBCDE9"/>
        <w:category>
          <w:name w:val="General"/>
          <w:gallery w:val="placeholder"/>
        </w:category>
        <w:types>
          <w:type w:val="bbPlcHdr"/>
        </w:types>
        <w:behaviors>
          <w:behavior w:val="content"/>
        </w:behaviors>
        <w:guid w:val="{6C904309-8955-4C78-955D-D48F54671610}"/>
      </w:docPartPr>
      <w:docPartBody>
        <w:p w:rsidR="007C01B8" w:rsidRDefault="007C01B8" w:rsidP="007C01B8">
          <w:pPr>
            <w:pStyle w:val="113619B521134D70BB12F58E80DBCDE91"/>
          </w:pPr>
          <w:r w:rsidRPr="006B469E">
            <w:rPr>
              <w:rStyle w:val="PlaceholderText"/>
            </w:rPr>
            <w:t>Choose an item.</w:t>
          </w:r>
        </w:p>
      </w:docPartBody>
    </w:docPart>
    <w:docPart>
      <w:docPartPr>
        <w:name w:val="A1E20FD26588482CA37F657DDC293073"/>
        <w:category>
          <w:name w:val="General"/>
          <w:gallery w:val="placeholder"/>
        </w:category>
        <w:types>
          <w:type w:val="bbPlcHdr"/>
        </w:types>
        <w:behaviors>
          <w:behavior w:val="content"/>
        </w:behaviors>
        <w:guid w:val="{DAA9A6EA-7B20-4AF6-B819-F3997C95BE8E}"/>
      </w:docPartPr>
      <w:docPartBody>
        <w:p w:rsidR="007C01B8" w:rsidRDefault="007C01B8" w:rsidP="007C01B8">
          <w:pPr>
            <w:pStyle w:val="A1E20FD26588482CA37F657DDC2930731"/>
          </w:pPr>
          <w:r w:rsidRPr="00BA1DA1">
            <w:rPr>
              <w:rFonts w:ascii="Arial" w:hAnsi="Arial" w:cs="Arial"/>
            </w:rPr>
            <w:t xml:space="preserve">     </w:t>
          </w:r>
        </w:p>
      </w:docPartBody>
    </w:docPart>
    <w:docPart>
      <w:docPartPr>
        <w:name w:val="87B4E9BB7D334665BD47A9BA92BE54F0"/>
        <w:category>
          <w:name w:val="General"/>
          <w:gallery w:val="placeholder"/>
        </w:category>
        <w:types>
          <w:type w:val="bbPlcHdr"/>
        </w:types>
        <w:behaviors>
          <w:behavior w:val="content"/>
        </w:behaviors>
        <w:guid w:val="{704F5605-5CF7-4CA7-B985-6EBCCA1D1CE1}"/>
      </w:docPartPr>
      <w:docPartBody>
        <w:p w:rsidR="007C01B8" w:rsidRDefault="007C01B8" w:rsidP="007C01B8">
          <w:pPr>
            <w:pStyle w:val="87B4E9BB7D334665BD47A9BA92BE54F01"/>
          </w:pPr>
          <w:r w:rsidRPr="00BA1DA1">
            <w:rPr>
              <w:rFonts w:ascii="Arial" w:hAnsi="Arial" w:cs="Arial"/>
            </w:rPr>
            <w:t xml:space="preserve">     </w:t>
          </w:r>
        </w:p>
      </w:docPartBody>
    </w:docPart>
    <w:docPart>
      <w:docPartPr>
        <w:name w:val="9CA9819B38884E2785019EAFE1325EA4"/>
        <w:category>
          <w:name w:val="General"/>
          <w:gallery w:val="placeholder"/>
        </w:category>
        <w:types>
          <w:type w:val="bbPlcHdr"/>
        </w:types>
        <w:behaviors>
          <w:behavior w:val="content"/>
        </w:behaviors>
        <w:guid w:val="{0AB7BF14-1CBC-4425-84CF-AEBF834D1669}"/>
      </w:docPartPr>
      <w:docPartBody>
        <w:p w:rsidR="007C01B8" w:rsidRDefault="007C01B8" w:rsidP="007C01B8">
          <w:pPr>
            <w:pStyle w:val="9CA9819B38884E2785019EAFE1325EA41"/>
          </w:pPr>
          <w:r w:rsidRPr="006B469E">
            <w:rPr>
              <w:rStyle w:val="PlaceholderText"/>
            </w:rPr>
            <w:t>Choose an item.</w:t>
          </w:r>
        </w:p>
      </w:docPartBody>
    </w:docPart>
    <w:docPart>
      <w:docPartPr>
        <w:name w:val="86AD456768AA49F3B0CF68650C4EF775"/>
        <w:category>
          <w:name w:val="General"/>
          <w:gallery w:val="placeholder"/>
        </w:category>
        <w:types>
          <w:type w:val="bbPlcHdr"/>
        </w:types>
        <w:behaviors>
          <w:behavior w:val="content"/>
        </w:behaviors>
        <w:guid w:val="{24682C2E-0864-4CCA-B695-94F51FF1B496}"/>
      </w:docPartPr>
      <w:docPartBody>
        <w:p w:rsidR="007C01B8" w:rsidRDefault="007C01B8" w:rsidP="007C01B8">
          <w:pPr>
            <w:pStyle w:val="86AD456768AA49F3B0CF68650C4EF7751"/>
          </w:pPr>
          <w:r w:rsidRPr="00BA1DA1">
            <w:rPr>
              <w:rFonts w:ascii="Arial" w:hAnsi="Arial" w:cs="Arial"/>
            </w:rPr>
            <w:t xml:space="preserve">     </w:t>
          </w:r>
        </w:p>
      </w:docPartBody>
    </w:docPart>
    <w:docPart>
      <w:docPartPr>
        <w:name w:val="4539D37655B943E8A3A4D6C17525BAB2"/>
        <w:category>
          <w:name w:val="General"/>
          <w:gallery w:val="placeholder"/>
        </w:category>
        <w:types>
          <w:type w:val="bbPlcHdr"/>
        </w:types>
        <w:behaviors>
          <w:behavior w:val="content"/>
        </w:behaviors>
        <w:guid w:val="{E27DDB06-5E76-4375-9E4D-B1DE00BA021C}"/>
      </w:docPartPr>
      <w:docPartBody>
        <w:p w:rsidR="007C01B8" w:rsidRDefault="007C01B8" w:rsidP="007C01B8">
          <w:pPr>
            <w:pStyle w:val="4539D37655B943E8A3A4D6C17525BAB21"/>
          </w:pPr>
          <w:r w:rsidRPr="00BA1DA1">
            <w:rPr>
              <w:rFonts w:ascii="Arial" w:hAnsi="Arial" w:cs="Arial"/>
            </w:rPr>
            <w:t xml:space="preserve">     </w:t>
          </w:r>
        </w:p>
      </w:docPartBody>
    </w:docPart>
    <w:docPart>
      <w:docPartPr>
        <w:name w:val="37A1068D69AC4DA0AEC5FA2A343C2C1F"/>
        <w:category>
          <w:name w:val="General"/>
          <w:gallery w:val="placeholder"/>
        </w:category>
        <w:types>
          <w:type w:val="bbPlcHdr"/>
        </w:types>
        <w:behaviors>
          <w:behavior w:val="content"/>
        </w:behaviors>
        <w:guid w:val="{F6BBCD1D-A8B6-4483-9C2C-359D93558475}"/>
      </w:docPartPr>
      <w:docPartBody>
        <w:p w:rsidR="007C01B8" w:rsidRDefault="007C01B8" w:rsidP="007C01B8">
          <w:pPr>
            <w:pStyle w:val="37A1068D69AC4DA0AEC5FA2A343C2C1F1"/>
          </w:pPr>
          <w:r w:rsidRPr="00837EF3">
            <w:rPr>
              <w:color w:val="auto"/>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istral">
    <w:panose1 w:val="03090702030407020403"/>
    <w:charset w:val="00"/>
    <w:family w:val="script"/>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651A3"/>
    <w:multiLevelType w:val="multilevel"/>
    <w:tmpl w:val="3ABA530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A785B89"/>
    <w:multiLevelType w:val="multilevel"/>
    <w:tmpl w:val="C9B4AF5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E3E022E"/>
    <w:multiLevelType w:val="multilevel"/>
    <w:tmpl w:val="8702D70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4B46089"/>
    <w:multiLevelType w:val="multilevel"/>
    <w:tmpl w:val="7F92725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85F0DE1"/>
    <w:multiLevelType w:val="multilevel"/>
    <w:tmpl w:val="3B103FB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9362B8D"/>
    <w:multiLevelType w:val="multilevel"/>
    <w:tmpl w:val="F85A522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E5D3648"/>
    <w:multiLevelType w:val="multilevel"/>
    <w:tmpl w:val="468A8A1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FEF739C"/>
    <w:multiLevelType w:val="multilevel"/>
    <w:tmpl w:val="E1F411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92976874">
    <w:abstractNumId w:val="7"/>
  </w:num>
  <w:num w:numId="2" w16cid:durableId="234752390">
    <w:abstractNumId w:val="3"/>
  </w:num>
  <w:num w:numId="3" w16cid:durableId="1503006106">
    <w:abstractNumId w:val="0"/>
  </w:num>
  <w:num w:numId="4" w16cid:durableId="1303728692">
    <w:abstractNumId w:val="6"/>
  </w:num>
  <w:num w:numId="5" w16cid:durableId="798886461">
    <w:abstractNumId w:val="5"/>
  </w:num>
  <w:num w:numId="6" w16cid:durableId="12263812">
    <w:abstractNumId w:val="1"/>
  </w:num>
  <w:num w:numId="7" w16cid:durableId="1740202201">
    <w:abstractNumId w:val="2"/>
  </w:num>
  <w:num w:numId="8" w16cid:durableId="528106887">
    <w:abstractNumId w:val="4"/>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75"/>
    <w:rsid w:val="00182B77"/>
    <w:rsid w:val="001A731B"/>
    <w:rsid w:val="0023469B"/>
    <w:rsid w:val="002A0075"/>
    <w:rsid w:val="0041772C"/>
    <w:rsid w:val="00573E16"/>
    <w:rsid w:val="007C01B8"/>
    <w:rsid w:val="00B30F8F"/>
    <w:rsid w:val="00B73251"/>
    <w:rsid w:val="00F543E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C01B8"/>
    <w:rPr>
      <w:color w:val="666666"/>
    </w:rPr>
  </w:style>
  <w:style w:type="paragraph" w:customStyle="1" w:styleId="C88EA0C9E82E47A4AC8942C32A345479">
    <w:name w:val="C88EA0C9E82E47A4AC8942C32A345479"/>
    <w:rsid w:val="002A0075"/>
  </w:style>
  <w:style w:type="paragraph" w:customStyle="1" w:styleId="764DC9C0F58C4DAFB22D7A0D4FCFCD45">
    <w:name w:val="764DC9C0F58C4DAFB22D7A0D4FCFCD45"/>
    <w:rsid w:val="002A0075"/>
  </w:style>
  <w:style w:type="paragraph" w:customStyle="1" w:styleId="DB3CF5D630C642D5B1CB9C6D951E7866">
    <w:name w:val="DB3CF5D630C642D5B1CB9C6D951E7866"/>
    <w:rsid w:val="002A0075"/>
  </w:style>
  <w:style w:type="paragraph" w:customStyle="1" w:styleId="D60DD02800D342D5BF010332CE826516">
    <w:name w:val="D60DD02800D342D5BF010332CE826516"/>
    <w:rsid w:val="002A0075"/>
  </w:style>
  <w:style w:type="paragraph" w:customStyle="1" w:styleId="97542951B80F4CFD927BEAD432FC6C97">
    <w:name w:val="97542951B80F4CFD927BEAD432FC6C97"/>
    <w:rsid w:val="002A0075"/>
  </w:style>
  <w:style w:type="paragraph" w:customStyle="1" w:styleId="88E5292A022C44A2BEBD529B366FC776">
    <w:name w:val="88E5292A022C44A2BEBD529B366FC776"/>
    <w:rsid w:val="002A0075"/>
  </w:style>
  <w:style w:type="paragraph" w:customStyle="1" w:styleId="F44FE5A8CCDF4509BD9281C812B25A80">
    <w:name w:val="F44FE5A8CCDF4509BD9281C812B25A80"/>
    <w:rsid w:val="002A0075"/>
  </w:style>
  <w:style w:type="paragraph" w:customStyle="1" w:styleId="9858B7B9488245F18CFEEE73AAFEDE82">
    <w:name w:val="9858B7B9488245F18CFEEE73AAFEDE82"/>
    <w:rsid w:val="002A0075"/>
  </w:style>
  <w:style w:type="paragraph" w:customStyle="1" w:styleId="FBD1F8F9A6474489A985E6D89B3F75A5">
    <w:name w:val="FBD1F8F9A6474489A985E6D89B3F75A5"/>
    <w:rsid w:val="002A0075"/>
  </w:style>
  <w:style w:type="paragraph" w:customStyle="1" w:styleId="8FA2DD32A6584A93A09D104D4342E58C">
    <w:name w:val="8FA2DD32A6584A93A09D104D4342E58C"/>
    <w:rsid w:val="002A0075"/>
  </w:style>
  <w:style w:type="paragraph" w:customStyle="1" w:styleId="FE19EE3D4D774D98BB165F28A437B3CA">
    <w:name w:val="FE19EE3D4D774D98BB165F28A437B3CA"/>
    <w:rsid w:val="002A0075"/>
  </w:style>
  <w:style w:type="paragraph" w:customStyle="1" w:styleId="E23567C8777140DC94AFA0E0684144A7">
    <w:name w:val="E23567C8777140DC94AFA0E0684144A7"/>
    <w:rsid w:val="002A0075"/>
  </w:style>
  <w:style w:type="paragraph" w:customStyle="1" w:styleId="EC94331EF1724A70BCEEE567F93991AE26">
    <w:name w:val="EC94331EF1724A70BCEEE567F93991AE26"/>
    <w:rsid w:val="007C01B8"/>
    <w:pPr>
      <w:spacing w:after="80" w:line="276" w:lineRule="auto"/>
    </w:pPr>
    <w:rPr>
      <w:rFonts w:ascii="Aptos" w:hAnsi="Aptos"/>
      <w:color w:val="253341"/>
      <w:kern w:val="0"/>
      <w:sz w:val="18"/>
      <w:szCs w:val="22"/>
      <w:lang w:val="en-US" w:eastAsia="en-US"/>
      <w14:ligatures w14:val="none"/>
    </w:rPr>
  </w:style>
  <w:style w:type="paragraph" w:customStyle="1" w:styleId="033EA92341BE4299B54028F5A134EB3826">
    <w:name w:val="033EA92341BE4299B54028F5A134EB3826"/>
    <w:rsid w:val="007C01B8"/>
    <w:pPr>
      <w:spacing w:after="80" w:line="276" w:lineRule="auto"/>
    </w:pPr>
    <w:rPr>
      <w:rFonts w:ascii="Aptos" w:hAnsi="Aptos"/>
      <w:color w:val="253341"/>
      <w:kern w:val="0"/>
      <w:sz w:val="18"/>
      <w:szCs w:val="22"/>
      <w:lang w:val="en-US" w:eastAsia="en-US"/>
      <w14:ligatures w14:val="none"/>
    </w:rPr>
  </w:style>
  <w:style w:type="paragraph" w:customStyle="1" w:styleId="FBC5BDAD84AF49069D8953537B17422226">
    <w:name w:val="FBC5BDAD84AF49069D8953537B17422226"/>
    <w:rsid w:val="007C01B8"/>
    <w:pPr>
      <w:spacing w:after="80" w:line="276" w:lineRule="auto"/>
    </w:pPr>
    <w:rPr>
      <w:rFonts w:ascii="Aptos" w:hAnsi="Aptos"/>
      <w:color w:val="253341"/>
      <w:kern w:val="0"/>
      <w:sz w:val="18"/>
      <w:szCs w:val="22"/>
      <w:lang w:val="en-US" w:eastAsia="en-US"/>
      <w14:ligatures w14:val="none"/>
    </w:rPr>
  </w:style>
  <w:style w:type="paragraph" w:customStyle="1" w:styleId="588CA021510944CBBB796A7FB873CD2E26">
    <w:name w:val="588CA021510944CBBB796A7FB873CD2E26"/>
    <w:rsid w:val="007C01B8"/>
    <w:pPr>
      <w:spacing w:after="80" w:line="276" w:lineRule="auto"/>
    </w:pPr>
    <w:rPr>
      <w:rFonts w:ascii="Aptos" w:hAnsi="Aptos"/>
      <w:color w:val="253341"/>
      <w:kern w:val="0"/>
      <w:sz w:val="18"/>
      <w:szCs w:val="22"/>
      <w:lang w:val="en-US" w:eastAsia="en-US"/>
      <w14:ligatures w14:val="none"/>
    </w:rPr>
  </w:style>
  <w:style w:type="paragraph" w:customStyle="1" w:styleId="0F68E330DE84431CBE892AC9ED28C78326">
    <w:name w:val="0F68E330DE84431CBE892AC9ED28C78326"/>
    <w:rsid w:val="007C01B8"/>
    <w:pPr>
      <w:spacing w:after="80" w:line="276" w:lineRule="auto"/>
    </w:pPr>
    <w:rPr>
      <w:rFonts w:ascii="Aptos" w:hAnsi="Aptos"/>
      <w:color w:val="253341"/>
      <w:kern w:val="0"/>
      <w:sz w:val="18"/>
      <w:szCs w:val="22"/>
      <w:lang w:val="en-US" w:eastAsia="en-US"/>
      <w14:ligatures w14:val="none"/>
    </w:rPr>
  </w:style>
  <w:style w:type="paragraph" w:customStyle="1" w:styleId="B20D5CE7CC044229B4F4D5DC72F285F426">
    <w:name w:val="B20D5CE7CC044229B4F4D5DC72F285F426"/>
    <w:rsid w:val="007C01B8"/>
    <w:pPr>
      <w:spacing w:after="80" w:line="276" w:lineRule="auto"/>
    </w:pPr>
    <w:rPr>
      <w:rFonts w:ascii="Aptos" w:hAnsi="Aptos"/>
      <w:color w:val="253341"/>
      <w:kern w:val="0"/>
      <w:sz w:val="18"/>
      <w:szCs w:val="22"/>
      <w:lang w:val="en-US" w:eastAsia="en-US"/>
      <w14:ligatures w14:val="none"/>
    </w:rPr>
  </w:style>
  <w:style w:type="paragraph" w:customStyle="1" w:styleId="8054533F1B9749E5AA35D4017AE0110A26">
    <w:name w:val="8054533F1B9749E5AA35D4017AE0110A26"/>
    <w:rsid w:val="007C01B8"/>
    <w:pPr>
      <w:spacing w:after="80" w:line="276" w:lineRule="auto"/>
    </w:pPr>
    <w:rPr>
      <w:rFonts w:ascii="Aptos" w:hAnsi="Aptos"/>
      <w:color w:val="253341"/>
      <w:kern w:val="0"/>
      <w:sz w:val="18"/>
      <w:szCs w:val="22"/>
      <w:lang w:val="en-US" w:eastAsia="en-US"/>
      <w14:ligatures w14:val="none"/>
    </w:rPr>
  </w:style>
  <w:style w:type="paragraph" w:customStyle="1" w:styleId="29DAFF271B3F462F852F43C95029339B26">
    <w:name w:val="29DAFF271B3F462F852F43C95029339B26"/>
    <w:rsid w:val="007C01B8"/>
    <w:pPr>
      <w:spacing w:after="80" w:line="276" w:lineRule="auto"/>
    </w:pPr>
    <w:rPr>
      <w:rFonts w:ascii="Aptos" w:hAnsi="Aptos"/>
      <w:color w:val="253341"/>
      <w:kern w:val="0"/>
      <w:sz w:val="18"/>
      <w:szCs w:val="22"/>
      <w:lang w:val="en-US" w:eastAsia="en-US"/>
      <w14:ligatures w14:val="none"/>
    </w:rPr>
  </w:style>
  <w:style w:type="paragraph" w:customStyle="1" w:styleId="5565210C16944589ADEAD6301739C1BA26">
    <w:name w:val="5565210C16944589ADEAD6301739C1BA26"/>
    <w:rsid w:val="007C01B8"/>
    <w:pPr>
      <w:spacing w:after="80" w:line="276" w:lineRule="auto"/>
    </w:pPr>
    <w:rPr>
      <w:rFonts w:ascii="Aptos" w:hAnsi="Aptos"/>
      <w:color w:val="253341"/>
      <w:kern w:val="0"/>
      <w:sz w:val="18"/>
      <w:szCs w:val="22"/>
      <w:lang w:val="en-US" w:eastAsia="en-US"/>
      <w14:ligatures w14:val="none"/>
    </w:rPr>
  </w:style>
  <w:style w:type="paragraph" w:customStyle="1" w:styleId="BA061B0C318149A8BA5C8706C2F620E826">
    <w:name w:val="BA061B0C318149A8BA5C8706C2F620E826"/>
    <w:rsid w:val="007C01B8"/>
    <w:pPr>
      <w:spacing w:after="80" w:line="276" w:lineRule="auto"/>
    </w:pPr>
    <w:rPr>
      <w:rFonts w:ascii="Aptos" w:hAnsi="Aptos"/>
      <w:color w:val="253341"/>
      <w:kern w:val="0"/>
      <w:sz w:val="18"/>
      <w:szCs w:val="22"/>
      <w:lang w:val="en-US" w:eastAsia="en-US"/>
      <w14:ligatures w14:val="none"/>
    </w:rPr>
  </w:style>
  <w:style w:type="paragraph" w:customStyle="1" w:styleId="A150D3E5383C41318BAD70AEE94249F226">
    <w:name w:val="A150D3E5383C41318BAD70AEE94249F226"/>
    <w:rsid w:val="007C01B8"/>
    <w:pPr>
      <w:spacing w:after="80" w:line="276" w:lineRule="auto"/>
    </w:pPr>
    <w:rPr>
      <w:rFonts w:ascii="Aptos" w:hAnsi="Aptos"/>
      <w:color w:val="253341"/>
      <w:kern w:val="0"/>
      <w:sz w:val="18"/>
      <w:szCs w:val="22"/>
      <w:lang w:val="en-US" w:eastAsia="en-US"/>
      <w14:ligatures w14:val="none"/>
    </w:rPr>
  </w:style>
  <w:style w:type="paragraph" w:customStyle="1" w:styleId="3D009EE9F3E64DF09526ED260D27014526">
    <w:name w:val="3D009EE9F3E64DF09526ED260D27014526"/>
    <w:rsid w:val="007C01B8"/>
    <w:pPr>
      <w:spacing w:after="80" w:line="276" w:lineRule="auto"/>
    </w:pPr>
    <w:rPr>
      <w:rFonts w:ascii="Aptos" w:hAnsi="Aptos"/>
      <w:color w:val="253341"/>
      <w:kern w:val="0"/>
      <w:sz w:val="18"/>
      <w:szCs w:val="22"/>
      <w:lang w:val="en-US" w:eastAsia="en-US"/>
      <w14:ligatures w14:val="none"/>
    </w:rPr>
  </w:style>
  <w:style w:type="paragraph" w:customStyle="1" w:styleId="548586EFB7BD4365B114E73B44A9353326">
    <w:name w:val="548586EFB7BD4365B114E73B44A9353326"/>
    <w:rsid w:val="007C01B8"/>
    <w:pPr>
      <w:spacing w:after="80" w:line="276" w:lineRule="auto"/>
    </w:pPr>
    <w:rPr>
      <w:rFonts w:ascii="Aptos" w:hAnsi="Aptos"/>
      <w:color w:val="253341"/>
      <w:kern w:val="0"/>
      <w:sz w:val="18"/>
      <w:szCs w:val="22"/>
      <w:lang w:val="en-US" w:eastAsia="en-US"/>
      <w14:ligatures w14:val="none"/>
    </w:rPr>
  </w:style>
  <w:style w:type="paragraph" w:customStyle="1" w:styleId="CEAC08A8537A42838E8944EED76BEEE226">
    <w:name w:val="CEAC08A8537A42838E8944EED76BEEE226"/>
    <w:rsid w:val="007C01B8"/>
    <w:pPr>
      <w:spacing w:after="80" w:line="276" w:lineRule="auto"/>
    </w:pPr>
    <w:rPr>
      <w:rFonts w:ascii="Aptos" w:hAnsi="Aptos"/>
      <w:color w:val="253341"/>
      <w:kern w:val="0"/>
      <w:sz w:val="18"/>
      <w:szCs w:val="22"/>
      <w:lang w:val="en-US" w:eastAsia="en-US"/>
      <w14:ligatures w14:val="none"/>
    </w:rPr>
  </w:style>
  <w:style w:type="paragraph" w:customStyle="1" w:styleId="1F8412A9793E4404B8BE914B183AF42C26">
    <w:name w:val="1F8412A9793E4404B8BE914B183AF42C26"/>
    <w:rsid w:val="007C01B8"/>
    <w:pPr>
      <w:spacing w:after="80" w:line="276" w:lineRule="auto"/>
    </w:pPr>
    <w:rPr>
      <w:rFonts w:ascii="Aptos" w:hAnsi="Aptos"/>
      <w:color w:val="253341"/>
      <w:kern w:val="0"/>
      <w:sz w:val="18"/>
      <w:szCs w:val="22"/>
      <w:lang w:val="en-US" w:eastAsia="en-US"/>
      <w14:ligatures w14:val="none"/>
    </w:rPr>
  </w:style>
  <w:style w:type="paragraph" w:customStyle="1" w:styleId="AFB07781DA02405595E95DABF2C4706F26">
    <w:name w:val="AFB07781DA02405595E95DABF2C4706F26"/>
    <w:rsid w:val="007C01B8"/>
    <w:pPr>
      <w:spacing w:after="80" w:line="276" w:lineRule="auto"/>
    </w:pPr>
    <w:rPr>
      <w:rFonts w:ascii="Aptos" w:hAnsi="Aptos"/>
      <w:color w:val="253341"/>
      <w:kern w:val="0"/>
      <w:sz w:val="18"/>
      <w:szCs w:val="22"/>
      <w:lang w:val="en-US" w:eastAsia="en-US"/>
      <w14:ligatures w14:val="none"/>
    </w:rPr>
  </w:style>
  <w:style w:type="paragraph" w:customStyle="1" w:styleId="07472DE954D24437AB6367D49E5B410B1">
    <w:name w:val="07472DE954D24437AB6367D49E5B410B1"/>
    <w:rsid w:val="007C01B8"/>
    <w:pPr>
      <w:spacing w:after="80" w:line="276" w:lineRule="auto"/>
    </w:pPr>
    <w:rPr>
      <w:rFonts w:ascii="Aptos" w:hAnsi="Aptos"/>
      <w:color w:val="253341"/>
      <w:kern w:val="0"/>
      <w:sz w:val="18"/>
      <w:szCs w:val="22"/>
      <w:lang w:val="en-US" w:eastAsia="en-US"/>
      <w14:ligatures w14:val="none"/>
    </w:rPr>
  </w:style>
  <w:style w:type="paragraph" w:customStyle="1" w:styleId="1F3C5677114A42238D5E1C390893781326">
    <w:name w:val="1F3C5677114A42238D5E1C390893781326"/>
    <w:rsid w:val="007C01B8"/>
    <w:pPr>
      <w:spacing w:after="80" w:line="276" w:lineRule="auto"/>
    </w:pPr>
    <w:rPr>
      <w:rFonts w:ascii="Aptos" w:hAnsi="Aptos"/>
      <w:color w:val="253341"/>
      <w:kern w:val="0"/>
      <w:sz w:val="18"/>
      <w:szCs w:val="22"/>
      <w:lang w:val="en-US" w:eastAsia="en-US"/>
      <w14:ligatures w14:val="none"/>
    </w:rPr>
  </w:style>
  <w:style w:type="paragraph" w:customStyle="1" w:styleId="F58952FB6F3C4F2ABF6E053CB82A651A1">
    <w:name w:val="F58952FB6F3C4F2ABF6E053CB82A651A1"/>
    <w:rsid w:val="007C01B8"/>
    <w:pPr>
      <w:spacing w:after="80" w:line="276" w:lineRule="auto"/>
    </w:pPr>
    <w:rPr>
      <w:rFonts w:ascii="Aptos" w:hAnsi="Aptos"/>
      <w:color w:val="253341"/>
      <w:kern w:val="0"/>
      <w:sz w:val="18"/>
      <w:szCs w:val="22"/>
      <w:lang w:val="en-US" w:eastAsia="en-US"/>
      <w14:ligatures w14:val="none"/>
    </w:rPr>
  </w:style>
  <w:style w:type="paragraph" w:customStyle="1" w:styleId="BA4D24A0B6BE41F8943E3DBFAF726AD51">
    <w:name w:val="BA4D24A0B6BE41F8943E3DBFAF726AD51"/>
    <w:rsid w:val="007C01B8"/>
    <w:pPr>
      <w:spacing w:after="80" w:line="276" w:lineRule="auto"/>
    </w:pPr>
    <w:rPr>
      <w:rFonts w:ascii="Aptos" w:hAnsi="Aptos"/>
      <w:color w:val="253341"/>
      <w:kern w:val="0"/>
      <w:sz w:val="18"/>
      <w:szCs w:val="22"/>
      <w:lang w:val="en-US" w:eastAsia="en-US"/>
      <w14:ligatures w14:val="none"/>
    </w:rPr>
  </w:style>
  <w:style w:type="paragraph" w:customStyle="1" w:styleId="57B69CB913CB4168A9718BB3767F08441">
    <w:name w:val="57B69CB913CB4168A9718BB3767F08441"/>
    <w:rsid w:val="007C01B8"/>
    <w:pPr>
      <w:spacing w:after="80" w:line="276" w:lineRule="auto"/>
    </w:pPr>
    <w:rPr>
      <w:rFonts w:ascii="Aptos" w:hAnsi="Aptos"/>
      <w:color w:val="253341"/>
      <w:kern w:val="0"/>
      <w:sz w:val="18"/>
      <w:szCs w:val="22"/>
      <w:lang w:val="en-US" w:eastAsia="en-US"/>
      <w14:ligatures w14:val="none"/>
    </w:rPr>
  </w:style>
  <w:style w:type="paragraph" w:customStyle="1" w:styleId="1B08FE5813704695A3CC45851993E2621">
    <w:name w:val="1B08FE5813704695A3CC45851993E2621"/>
    <w:rsid w:val="007C01B8"/>
    <w:pPr>
      <w:spacing w:after="80" w:line="276" w:lineRule="auto"/>
    </w:pPr>
    <w:rPr>
      <w:rFonts w:ascii="Aptos" w:hAnsi="Aptos"/>
      <w:color w:val="253341"/>
      <w:kern w:val="0"/>
      <w:sz w:val="18"/>
      <w:szCs w:val="22"/>
      <w:lang w:val="en-US" w:eastAsia="en-US"/>
      <w14:ligatures w14:val="none"/>
    </w:rPr>
  </w:style>
  <w:style w:type="paragraph" w:customStyle="1" w:styleId="9DE02EBD670E4F7B8A6C1B9D8A5EF0831">
    <w:name w:val="9DE02EBD670E4F7B8A6C1B9D8A5EF0831"/>
    <w:rsid w:val="007C01B8"/>
    <w:pPr>
      <w:spacing w:after="80" w:line="276" w:lineRule="auto"/>
    </w:pPr>
    <w:rPr>
      <w:rFonts w:ascii="Aptos" w:hAnsi="Aptos"/>
      <w:color w:val="253341"/>
      <w:kern w:val="0"/>
      <w:sz w:val="18"/>
      <w:szCs w:val="22"/>
      <w:lang w:val="en-US" w:eastAsia="en-US"/>
      <w14:ligatures w14:val="none"/>
    </w:rPr>
  </w:style>
  <w:style w:type="paragraph" w:customStyle="1" w:styleId="3E9D388B88764E1CB1A72FCE4C47D30C1">
    <w:name w:val="3E9D388B88764E1CB1A72FCE4C47D30C1"/>
    <w:rsid w:val="007C01B8"/>
    <w:pPr>
      <w:spacing w:after="80" w:line="276" w:lineRule="auto"/>
    </w:pPr>
    <w:rPr>
      <w:rFonts w:ascii="Aptos" w:hAnsi="Aptos"/>
      <w:color w:val="253341"/>
      <w:kern w:val="0"/>
      <w:sz w:val="18"/>
      <w:szCs w:val="22"/>
      <w:lang w:val="en-US" w:eastAsia="en-US"/>
      <w14:ligatures w14:val="none"/>
    </w:rPr>
  </w:style>
  <w:style w:type="paragraph" w:customStyle="1" w:styleId="8B9BF00D6E7F4EA3AA1673F28A8503871">
    <w:name w:val="8B9BF00D6E7F4EA3AA1673F28A8503871"/>
    <w:rsid w:val="007C01B8"/>
    <w:pPr>
      <w:spacing w:after="80" w:line="276" w:lineRule="auto"/>
    </w:pPr>
    <w:rPr>
      <w:rFonts w:ascii="Aptos" w:hAnsi="Aptos"/>
      <w:color w:val="253341"/>
      <w:kern w:val="0"/>
      <w:sz w:val="18"/>
      <w:szCs w:val="22"/>
      <w:lang w:val="en-US" w:eastAsia="en-US"/>
      <w14:ligatures w14:val="none"/>
    </w:rPr>
  </w:style>
  <w:style w:type="paragraph" w:customStyle="1" w:styleId="A3781034AD30499499E16CBA16C6D0BE1">
    <w:name w:val="A3781034AD30499499E16CBA16C6D0BE1"/>
    <w:rsid w:val="007C01B8"/>
    <w:pPr>
      <w:spacing w:after="80" w:line="276" w:lineRule="auto"/>
    </w:pPr>
    <w:rPr>
      <w:rFonts w:ascii="Aptos" w:hAnsi="Aptos"/>
      <w:color w:val="253341"/>
      <w:kern w:val="0"/>
      <w:sz w:val="18"/>
      <w:szCs w:val="22"/>
      <w:lang w:val="en-US" w:eastAsia="en-US"/>
      <w14:ligatures w14:val="none"/>
    </w:rPr>
  </w:style>
  <w:style w:type="paragraph" w:customStyle="1" w:styleId="E1435422271648CABBD08BEC8685B0FD1">
    <w:name w:val="E1435422271648CABBD08BEC8685B0FD1"/>
    <w:rsid w:val="007C01B8"/>
    <w:pPr>
      <w:spacing w:after="80" w:line="276" w:lineRule="auto"/>
    </w:pPr>
    <w:rPr>
      <w:rFonts w:ascii="Aptos" w:hAnsi="Aptos"/>
      <w:color w:val="253341"/>
      <w:kern w:val="0"/>
      <w:sz w:val="18"/>
      <w:szCs w:val="22"/>
      <w:lang w:val="en-US" w:eastAsia="en-US"/>
      <w14:ligatures w14:val="none"/>
    </w:rPr>
  </w:style>
  <w:style w:type="paragraph" w:customStyle="1" w:styleId="1667DE41164F4986B979DADEBAE707DE1">
    <w:name w:val="1667DE41164F4986B979DADEBAE707DE1"/>
    <w:rsid w:val="007C01B8"/>
    <w:pPr>
      <w:spacing w:after="80" w:line="276" w:lineRule="auto"/>
    </w:pPr>
    <w:rPr>
      <w:rFonts w:ascii="Aptos" w:hAnsi="Aptos"/>
      <w:color w:val="253341"/>
      <w:kern w:val="0"/>
      <w:sz w:val="18"/>
      <w:szCs w:val="22"/>
      <w:lang w:val="en-US" w:eastAsia="en-US"/>
      <w14:ligatures w14:val="none"/>
    </w:rPr>
  </w:style>
  <w:style w:type="paragraph" w:customStyle="1" w:styleId="113619B521134D70BB12F58E80DBCDE91">
    <w:name w:val="113619B521134D70BB12F58E80DBCDE91"/>
    <w:rsid w:val="007C01B8"/>
    <w:pPr>
      <w:spacing w:after="80" w:line="276" w:lineRule="auto"/>
    </w:pPr>
    <w:rPr>
      <w:rFonts w:ascii="Aptos" w:hAnsi="Aptos"/>
      <w:color w:val="253341"/>
      <w:kern w:val="0"/>
      <w:sz w:val="18"/>
      <w:szCs w:val="22"/>
      <w:lang w:val="en-US" w:eastAsia="en-US"/>
      <w14:ligatures w14:val="none"/>
    </w:rPr>
  </w:style>
  <w:style w:type="paragraph" w:customStyle="1" w:styleId="A1E20FD26588482CA37F657DDC2930731">
    <w:name w:val="A1E20FD26588482CA37F657DDC2930731"/>
    <w:rsid w:val="007C01B8"/>
    <w:pPr>
      <w:spacing w:after="80" w:line="276" w:lineRule="auto"/>
    </w:pPr>
    <w:rPr>
      <w:rFonts w:ascii="Aptos" w:hAnsi="Aptos"/>
      <w:color w:val="253341"/>
      <w:kern w:val="0"/>
      <w:sz w:val="18"/>
      <w:szCs w:val="22"/>
      <w:lang w:val="en-US" w:eastAsia="en-US"/>
      <w14:ligatures w14:val="none"/>
    </w:rPr>
  </w:style>
  <w:style w:type="paragraph" w:customStyle="1" w:styleId="87B4E9BB7D334665BD47A9BA92BE54F01">
    <w:name w:val="87B4E9BB7D334665BD47A9BA92BE54F01"/>
    <w:rsid w:val="007C01B8"/>
    <w:pPr>
      <w:spacing w:after="80" w:line="276" w:lineRule="auto"/>
    </w:pPr>
    <w:rPr>
      <w:rFonts w:ascii="Aptos" w:hAnsi="Aptos"/>
      <w:color w:val="253341"/>
      <w:kern w:val="0"/>
      <w:sz w:val="18"/>
      <w:szCs w:val="22"/>
      <w:lang w:val="en-US" w:eastAsia="en-US"/>
      <w14:ligatures w14:val="none"/>
    </w:rPr>
  </w:style>
  <w:style w:type="paragraph" w:customStyle="1" w:styleId="9CA9819B38884E2785019EAFE1325EA41">
    <w:name w:val="9CA9819B38884E2785019EAFE1325EA41"/>
    <w:rsid w:val="007C01B8"/>
    <w:pPr>
      <w:spacing w:after="80" w:line="276" w:lineRule="auto"/>
    </w:pPr>
    <w:rPr>
      <w:rFonts w:ascii="Aptos" w:hAnsi="Aptos"/>
      <w:color w:val="253341"/>
      <w:kern w:val="0"/>
      <w:sz w:val="18"/>
      <w:szCs w:val="22"/>
      <w:lang w:val="en-US" w:eastAsia="en-US"/>
      <w14:ligatures w14:val="none"/>
    </w:rPr>
  </w:style>
  <w:style w:type="paragraph" w:customStyle="1" w:styleId="86AD456768AA49F3B0CF68650C4EF7751">
    <w:name w:val="86AD456768AA49F3B0CF68650C4EF7751"/>
    <w:rsid w:val="007C01B8"/>
    <w:pPr>
      <w:spacing w:after="80" w:line="276" w:lineRule="auto"/>
    </w:pPr>
    <w:rPr>
      <w:rFonts w:ascii="Aptos" w:hAnsi="Aptos"/>
      <w:color w:val="253341"/>
      <w:kern w:val="0"/>
      <w:sz w:val="18"/>
      <w:szCs w:val="22"/>
      <w:lang w:val="en-US" w:eastAsia="en-US"/>
      <w14:ligatures w14:val="none"/>
    </w:rPr>
  </w:style>
  <w:style w:type="paragraph" w:customStyle="1" w:styleId="4539D37655B943E8A3A4D6C17525BAB21">
    <w:name w:val="4539D37655B943E8A3A4D6C17525BAB21"/>
    <w:rsid w:val="007C01B8"/>
    <w:pPr>
      <w:spacing w:after="80" w:line="276" w:lineRule="auto"/>
    </w:pPr>
    <w:rPr>
      <w:rFonts w:ascii="Aptos" w:hAnsi="Aptos"/>
      <w:color w:val="253341"/>
      <w:kern w:val="0"/>
      <w:sz w:val="18"/>
      <w:szCs w:val="22"/>
      <w:lang w:val="en-US" w:eastAsia="en-US"/>
      <w14:ligatures w14:val="none"/>
    </w:rPr>
  </w:style>
  <w:style w:type="paragraph" w:customStyle="1" w:styleId="37A1068D69AC4DA0AEC5FA2A343C2C1F1">
    <w:name w:val="37A1068D69AC4DA0AEC5FA2A343C2C1F1"/>
    <w:rsid w:val="007C01B8"/>
    <w:pPr>
      <w:spacing w:after="80" w:line="276" w:lineRule="auto"/>
    </w:pPr>
    <w:rPr>
      <w:rFonts w:ascii="Aptos" w:hAnsi="Aptos"/>
      <w:color w:val="253341"/>
      <w:kern w:val="0"/>
      <w:sz w:val="18"/>
      <w:szCs w:val="22"/>
      <w:lang w:val="en-US" w:eastAsia="en-US"/>
      <w14:ligatures w14:val="none"/>
    </w:rPr>
  </w:style>
  <w:style w:type="paragraph" w:customStyle="1" w:styleId="404E252A10F746609D67874C6FE4F5E93">
    <w:name w:val="404E252A10F746609D67874C6FE4F5E93"/>
    <w:rsid w:val="007C01B8"/>
    <w:pPr>
      <w:keepNext/>
      <w:keepLines/>
      <w:spacing w:before="200" w:after="100" w:line="276" w:lineRule="auto"/>
      <w:outlineLvl w:val="0"/>
    </w:pPr>
    <w:rPr>
      <w:rFonts w:asciiTheme="majorHAnsi" w:eastAsiaTheme="majorEastAsia" w:hAnsiTheme="majorHAnsi" w:cstheme="majorBidi"/>
      <w:b/>
      <w:bCs/>
      <w:color w:val="578741"/>
      <w:kern w:val="0"/>
      <w:szCs w:val="28"/>
      <w:lang w:val="en-US"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9</Pages>
  <Words>2310</Words>
  <Characters>11878</Characters>
  <Application>Microsoft Office Word</Application>
  <DocSecurity>0</DocSecurity>
  <Lines>456</Lines>
  <Paragraphs>228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13960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Beatrix Macintyre</cp:lastModifiedBy>
  <cp:revision>2</cp:revision>
  <cp:lastPrinted>2026-10-01T02:17:00Z</cp:lastPrinted>
  <dcterms:created xsi:type="dcterms:W3CDTF">2026-10-01T02:22:00Z</dcterms:created>
  <dcterms:modified xsi:type="dcterms:W3CDTF">2026-10-01T02:22:00Z</dcterms:modified>
  <cp:category/>
</cp:coreProperties>
</file>